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B3A4" w14:textId="77777777" w:rsidR="00C931E3" w:rsidRDefault="00C931E3" w:rsidP="003E706D">
      <w:pPr>
        <w:spacing w:before="140" w:after="40"/>
        <w:jc w:val="center"/>
        <w:rPr>
          <w:b/>
          <w:sz w:val="28"/>
          <w:szCs w:val="28"/>
          <w:lang w:val="fr-FR"/>
        </w:rPr>
      </w:pPr>
    </w:p>
    <w:p w14:paraId="0E0F6F3E" w14:textId="45FD0161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A7864" w14:paraId="62EA5FDE" w14:textId="77777777" w:rsidTr="007301E4">
        <w:trPr>
          <w:cantSplit/>
        </w:trPr>
        <w:tc>
          <w:tcPr>
            <w:tcW w:w="9636" w:type="dxa"/>
            <w:shd w:val="clear" w:color="auto" w:fill="F4F4F4"/>
          </w:tcPr>
          <w:p w14:paraId="210F4C2F" w14:textId="77777777" w:rsidR="001A7864" w:rsidRDefault="001A7864" w:rsidP="007301E4">
            <w:pPr>
              <w:keepNext/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A7864" w:rsidRPr="0021562A" w14:paraId="6A6A1CD1" w14:textId="77777777" w:rsidTr="007301E4">
        <w:trPr>
          <w:cantSplit/>
          <w:trHeight w:val="510"/>
        </w:trPr>
        <w:tc>
          <w:tcPr>
            <w:tcW w:w="9636" w:type="dxa"/>
          </w:tcPr>
          <w:p w14:paraId="546CBBB6" w14:textId="77777777" w:rsidR="001A7864" w:rsidRPr="002F5EAB" w:rsidRDefault="001A7864" w:rsidP="007301E4">
            <w:pPr>
              <w:keepNext/>
              <w:rPr>
                <w:b/>
                <w:color w:val="0D5F78"/>
                <w:sz w:val="28"/>
                <w:szCs w:val="28"/>
              </w:rPr>
            </w:pPr>
            <w:proofErr w:type="spellStart"/>
            <w:r w:rsidRPr="004516C3">
              <w:rPr>
                <w:b/>
                <w:sz w:val="28"/>
                <w:szCs w:val="28"/>
              </w:rPr>
              <w:t>Primăria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Municipiului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Drobeta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516C3">
              <w:rPr>
                <w:b/>
                <w:sz w:val="28"/>
                <w:szCs w:val="28"/>
              </w:rPr>
              <w:t>Turnu</w:t>
            </w:r>
            <w:proofErr w:type="spellEnd"/>
            <w:r w:rsidRPr="004516C3">
              <w:rPr>
                <w:b/>
                <w:sz w:val="28"/>
                <w:szCs w:val="28"/>
              </w:rPr>
              <w:t xml:space="preserve"> Severin</w:t>
            </w:r>
          </w:p>
        </w:tc>
      </w:tr>
      <w:tr w:rsidR="001A7864" w:rsidRPr="0021562A" w14:paraId="52D2B202" w14:textId="77777777" w:rsidTr="007301E4">
        <w:trPr>
          <w:cantSplit/>
        </w:trPr>
        <w:tc>
          <w:tcPr>
            <w:tcW w:w="9636" w:type="dxa"/>
            <w:shd w:val="clear" w:color="auto" w:fill="F4F4F4"/>
          </w:tcPr>
          <w:p w14:paraId="03E066C1" w14:textId="77777777" w:rsidR="001A7864" w:rsidRPr="00E44906" w:rsidRDefault="001A7864" w:rsidP="007301E4">
            <w:pPr>
              <w:spacing w:line="228" w:lineRule="auto"/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E44906">
              <w:rPr>
                <w:bCs/>
              </w:rPr>
              <w:t>Drobeta</w:t>
            </w:r>
            <w:proofErr w:type="spellEnd"/>
            <w:r w:rsidRPr="00E44906">
              <w:rPr>
                <w:bCs/>
              </w:rPr>
              <w:t xml:space="preserve"> </w:t>
            </w:r>
            <w:proofErr w:type="spellStart"/>
            <w:r w:rsidRPr="00E44906">
              <w:rPr>
                <w:bCs/>
              </w:rPr>
              <w:t>Turnu</w:t>
            </w:r>
            <w:proofErr w:type="spellEnd"/>
            <w:r w:rsidRPr="00E44906">
              <w:rPr>
                <w:bCs/>
              </w:rPr>
              <w:t xml:space="preserve"> Severin</w:t>
            </w:r>
          </w:p>
        </w:tc>
      </w:tr>
    </w:tbl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p w14:paraId="222ED0F3" w14:textId="77777777" w:rsidR="00945CC5" w:rsidRDefault="00945CC5">
      <w:pPr>
        <w:spacing w:line="168" w:lineRule="auto"/>
        <w:rPr>
          <w:lang w:val="fr-FR"/>
        </w:rPr>
      </w:pPr>
    </w:p>
    <w:p w14:paraId="4B551A7C" w14:textId="77777777" w:rsidR="001A7864" w:rsidRPr="003E706D" w:rsidRDefault="001A786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13"/>
        <w:gridCol w:w="793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6"/>
          </w:tcPr>
          <w:p w14:paraId="5A80AF79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și </w:t>
            </w: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</w:p>
          <w:p w14:paraId="15D8905F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  <w:gridSpan w:val="3"/>
          </w:tcPr>
          <w:p w14:paraId="30275711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CNP</w:t>
            </w:r>
          </w:p>
          <w:p w14:paraId="7043F6BF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246A213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r w:rsidRPr="00F86B8F">
              <w:rPr>
                <w:sz w:val="20"/>
                <w:szCs w:val="20"/>
              </w:rPr>
              <w:t xml:space="preserve"> Act de </w:t>
            </w:r>
            <w:proofErr w:type="spellStart"/>
            <w:r w:rsidRPr="00F86B8F">
              <w:rPr>
                <w:sz w:val="20"/>
                <w:szCs w:val="20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  <w:gridSpan w:val="2"/>
          </w:tcPr>
          <w:p w14:paraId="49A60C37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Numărul</w:t>
            </w:r>
            <w:proofErr w:type="spellEnd"/>
          </w:p>
          <w:p w14:paraId="022F74DF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5"/>
          </w:tcPr>
          <w:p w14:paraId="71A34F26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Eliberat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2120513B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FD9088A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La data</w:t>
            </w:r>
          </w:p>
          <w:p w14:paraId="74299A9A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2450A83E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r w:rsidRPr="00F86B8F">
              <w:rPr>
                <w:sz w:val="20"/>
                <w:szCs w:val="20"/>
              </w:rPr>
              <w:t xml:space="preserve"> </w:t>
            </w:r>
            <w:proofErr w:type="spellStart"/>
            <w:r w:rsidRPr="00F86B8F">
              <w:rPr>
                <w:sz w:val="20"/>
                <w:szCs w:val="20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1F9DE2B5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</w:p>
          <w:p w14:paraId="070EEA63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4"/>
          </w:tcPr>
          <w:p w14:paraId="62428705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Municipiul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orașul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comuna</w:t>
            </w:r>
            <w:proofErr w:type="spellEnd"/>
          </w:p>
          <w:p w14:paraId="2D42A75B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711B0E0B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Satul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sectorul</w:t>
            </w:r>
            <w:proofErr w:type="spellEnd"/>
          </w:p>
          <w:p w14:paraId="35F6C0D8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543BCE" w14:paraId="0883C693" w14:textId="77777777" w:rsidTr="00543BCE">
        <w:trPr>
          <w:cantSplit/>
          <w:trHeight w:val="510"/>
        </w:trPr>
        <w:tc>
          <w:tcPr>
            <w:tcW w:w="2419" w:type="dxa"/>
            <w:gridSpan w:val="2"/>
            <w:tcBorders>
              <w:right w:val="single" w:sz="4" w:space="0" w:color="auto"/>
            </w:tcBorders>
          </w:tcPr>
          <w:p w14:paraId="7B9D7D01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63D1970E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left w:val="single" w:sz="4" w:space="0" w:color="auto"/>
            </w:tcBorders>
          </w:tcPr>
          <w:p w14:paraId="1E414F7F" w14:textId="77777777" w:rsidR="005670FD" w:rsidRPr="00F86B8F" w:rsidRDefault="005670FD" w:rsidP="005670FD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Nr.</w:t>
            </w:r>
          </w:p>
          <w:p w14:paraId="429E9620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720F8FA8" w14:textId="3568AF1C" w:rsidR="00543BCE" w:rsidRPr="00F86B8F" w:rsidRDefault="005670FD" w:rsidP="005670FD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Bl.</w:t>
            </w:r>
          </w:p>
        </w:tc>
        <w:tc>
          <w:tcPr>
            <w:tcW w:w="803" w:type="dxa"/>
          </w:tcPr>
          <w:p w14:paraId="5A070FC0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Sc.</w:t>
            </w:r>
          </w:p>
          <w:p w14:paraId="5BF40BFE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3C7D07E9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Et.</w:t>
            </w:r>
          </w:p>
          <w:p w14:paraId="23A53A0E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14B0FEB5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Ap.</w:t>
            </w:r>
          </w:p>
          <w:p w14:paraId="65283480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2730F08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23147B67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63CEDB8F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Țara</w:t>
            </w:r>
            <w:proofErr w:type="spellEnd"/>
          </w:p>
          <w:p w14:paraId="11C9DF2F" w14:textId="77777777" w:rsidR="00543BCE" w:rsidRPr="00F86B8F" w:rsidRDefault="00543BCE">
            <w:pPr>
              <w:keepNext/>
              <w:rPr>
                <w:sz w:val="20"/>
                <w:szCs w:val="20"/>
              </w:rPr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4265A73B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r w:rsidRPr="00F86B8F">
              <w:rPr>
                <w:sz w:val="20"/>
                <w:szCs w:val="20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702628F0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Telefon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/ fax</w:t>
            </w:r>
          </w:p>
          <w:p w14:paraId="02FD6B8A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5621" w:type="dxa"/>
            <w:gridSpan w:val="5"/>
          </w:tcPr>
          <w:p w14:paraId="4F13336C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E-mail</w:t>
            </w:r>
          </w:p>
          <w:p w14:paraId="2EA8891C" w14:textId="77777777" w:rsidR="00945CC5" w:rsidRPr="00F86B8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B96B342" w14:textId="77777777" w:rsidR="00945CC5" w:rsidRPr="00F86B8F" w:rsidRDefault="00FA7758">
            <w:pPr>
              <w:keepNext/>
              <w:rPr>
                <w:sz w:val="20"/>
                <w:szCs w:val="20"/>
              </w:rPr>
            </w:pPr>
            <w:r w:rsidRPr="00F86B8F">
              <w:rPr>
                <w:sz w:val="20"/>
                <w:szCs w:val="20"/>
              </w:rPr>
              <w:t xml:space="preserve"> </w:t>
            </w:r>
            <w:proofErr w:type="spellStart"/>
            <w:r w:rsidRPr="00F86B8F">
              <w:rPr>
                <w:sz w:val="20"/>
                <w:szCs w:val="20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7"/>
          </w:tcPr>
          <w:p w14:paraId="69DF8424" w14:textId="77777777" w:rsidR="00945CC5" w:rsidRPr="00F86B8F" w:rsidRDefault="00FA7758">
            <w:pPr>
              <w:rPr>
                <w:sz w:val="20"/>
                <w:szCs w:val="20"/>
              </w:rPr>
            </w:pP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calitate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F86B8F">
              <w:rPr>
                <w:b/>
                <w:color w:val="0D5F78"/>
                <w:sz w:val="20"/>
                <w:szCs w:val="20"/>
              </w:rPr>
              <w:t>reprezentant</w:t>
            </w:r>
            <w:proofErr w:type="spellEnd"/>
            <w:r w:rsidRPr="00F86B8F">
              <w:rPr>
                <w:b/>
                <w:color w:val="0D5F78"/>
                <w:sz w:val="20"/>
                <w:szCs w:val="20"/>
              </w:rPr>
              <w:t xml:space="preserve"> al</w:t>
            </w:r>
          </w:p>
          <w:p w14:paraId="3EDD4294" w14:textId="77777777" w:rsidR="00945CC5" w:rsidRPr="00F86B8F" w:rsidRDefault="00945CC5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94FF803" w14:textId="77777777" w:rsidR="00945CC5" w:rsidRPr="00F86B8F" w:rsidRDefault="00FA7758">
            <w:pPr>
              <w:rPr>
                <w:sz w:val="20"/>
                <w:szCs w:val="20"/>
              </w:rPr>
            </w:pPr>
            <w:r w:rsidRPr="00F86B8F">
              <w:rPr>
                <w:b/>
                <w:color w:val="0D5F78"/>
                <w:sz w:val="20"/>
                <w:szCs w:val="20"/>
              </w:rPr>
              <w:t>CUI / CIF</w:t>
            </w:r>
          </w:p>
          <w:p w14:paraId="1BEA7989" w14:textId="77777777" w:rsidR="00945CC5" w:rsidRPr="00F86B8F" w:rsidRDefault="00945CC5">
            <w:pPr>
              <w:rPr>
                <w:sz w:val="20"/>
                <w:szCs w:val="20"/>
              </w:rPr>
            </w:pPr>
          </w:p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Pr="0071783F" w:rsidRDefault="00FA7758">
            <w:pPr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>Nr.</w:t>
            </w:r>
          </w:p>
          <w:p w14:paraId="26A8ADF7" w14:textId="77777777" w:rsidR="00945CC5" w:rsidRPr="0071783F" w:rsidRDefault="00945CC5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3026A8C9" w14:textId="77777777" w:rsidR="00945CC5" w:rsidRPr="0071783F" w:rsidRDefault="00FA7758">
            <w:pPr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>Din data</w:t>
            </w:r>
          </w:p>
          <w:p w14:paraId="5625E881" w14:textId="77777777" w:rsidR="00945CC5" w:rsidRPr="0071783F" w:rsidRDefault="00945CC5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75593A1" w14:textId="77777777" w:rsidR="00945CC5" w:rsidRPr="0071783F" w:rsidRDefault="00FA7758">
            <w:pPr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 xml:space="preserve">Termen de </w:t>
            </w: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valabilitate</w:t>
            </w:r>
            <w:proofErr w:type="spellEnd"/>
          </w:p>
          <w:p w14:paraId="790D3724" w14:textId="77777777" w:rsidR="00945CC5" w:rsidRPr="0071783F" w:rsidRDefault="00945CC5">
            <w:pPr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0B094E00" w14:textId="77777777" w:rsidR="00945CC5" w:rsidRPr="0071783F" w:rsidRDefault="00FA7758">
            <w:pPr>
              <w:rPr>
                <w:sz w:val="20"/>
                <w:szCs w:val="20"/>
              </w:rPr>
            </w:pP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Emisă</w:t>
            </w:r>
            <w:proofErr w:type="spellEnd"/>
            <w:r w:rsidRPr="0071783F">
              <w:rPr>
                <w:b/>
                <w:color w:val="0D5F78"/>
                <w:sz w:val="20"/>
                <w:szCs w:val="20"/>
              </w:rPr>
              <w:t xml:space="preserve"> de</w:t>
            </w:r>
          </w:p>
          <w:p w14:paraId="7F021B74" w14:textId="77777777" w:rsidR="00945CC5" w:rsidRPr="0071783F" w:rsidRDefault="00945CC5">
            <w:pPr>
              <w:rPr>
                <w:sz w:val="20"/>
                <w:szCs w:val="20"/>
              </w:rPr>
            </w:pPr>
          </w:p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r w:rsidRPr="0071783F">
              <w:rPr>
                <w:sz w:val="20"/>
                <w:szCs w:val="20"/>
              </w:rPr>
              <w:t xml:space="preserve"> ☐ </w:t>
            </w:r>
            <w:proofErr w:type="spellStart"/>
            <w:r w:rsidRPr="0071783F">
              <w:rPr>
                <w:sz w:val="20"/>
                <w:szCs w:val="20"/>
              </w:rPr>
              <w:t>teren</w:t>
            </w:r>
            <w:proofErr w:type="spellEnd"/>
            <w:r w:rsidRPr="0071783F">
              <w:rPr>
                <w:sz w:val="20"/>
                <w:szCs w:val="20"/>
              </w:rPr>
              <w:t xml:space="preserve">     ☐ </w:t>
            </w:r>
            <w:proofErr w:type="spellStart"/>
            <w:r w:rsidRPr="0071783F">
              <w:rPr>
                <w:sz w:val="20"/>
                <w:szCs w:val="20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Județ</w:t>
            </w:r>
            <w:proofErr w:type="spellEnd"/>
          </w:p>
          <w:p w14:paraId="64FC99F0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49AA7131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Municipiu</w:t>
            </w:r>
            <w:proofErr w:type="spellEnd"/>
            <w:r w:rsidRPr="0071783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oraș</w:t>
            </w:r>
            <w:proofErr w:type="spellEnd"/>
            <w:r w:rsidRPr="0071783F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comună</w:t>
            </w:r>
            <w:proofErr w:type="spellEnd"/>
          </w:p>
          <w:p w14:paraId="2AC538F2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gridSpan w:val="2"/>
          </w:tcPr>
          <w:p w14:paraId="6B267514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>Sat / sector</w:t>
            </w:r>
          </w:p>
          <w:p w14:paraId="3D665FF3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 xml:space="preserve">Cod </w:t>
            </w: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poștal</w:t>
            </w:r>
            <w:proofErr w:type="spellEnd"/>
          </w:p>
          <w:p w14:paraId="7759EFD5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818" w:type="dxa"/>
            <w:gridSpan w:val="3"/>
          </w:tcPr>
          <w:p w14:paraId="5052AACD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>Strada</w:t>
            </w:r>
          </w:p>
          <w:p w14:paraId="0E6F4E05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803" w:type="dxa"/>
          </w:tcPr>
          <w:p w14:paraId="5F10DD99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>Nr.</w:t>
            </w:r>
          </w:p>
          <w:p w14:paraId="251210DF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411E1021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>Bl. / sc. / et. / ap.</w:t>
            </w:r>
          </w:p>
          <w:p w14:paraId="395DA904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71783F" w:rsidRDefault="00FA7758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71783F">
              <w:rPr>
                <w:b/>
                <w:color w:val="0D5F78"/>
                <w:sz w:val="20"/>
                <w:szCs w:val="20"/>
                <w:lang w:val="fr-FR"/>
              </w:rPr>
              <w:t>Număr</w:t>
            </w:r>
            <w:proofErr w:type="spellEnd"/>
            <w:r w:rsidRPr="0071783F">
              <w:rPr>
                <w:b/>
                <w:color w:val="0D5F78"/>
                <w:sz w:val="20"/>
                <w:szCs w:val="20"/>
                <w:lang w:val="fr-FR"/>
              </w:rPr>
              <w:t xml:space="preserve"> cadastral</w:t>
            </w:r>
          </w:p>
          <w:p w14:paraId="3AF20A6E" w14:textId="77777777" w:rsidR="00945CC5" w:rsidRPr="0071783F" w:rsidRDefault="00FA7758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proofErr w:type="gramStart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>dacă</w:t>
            </w:r>
            <w:proofErr w:type="spellEnd"/>
            <w:proofErr w:type="gramEnd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>imobilul</w:t>
            </w:r>
            <w:proofErr w:type="spellEnd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 xml:space="preserve"> e </w:t>
            </w:r>
            <w:proofErr w:type="spellStart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>înscris</w:t>
            </w:r>
            <w:proofErr w:type="spellEnd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>în</w:t>
            </w:r>
            <w:proofErr w:type="spellEnd"/>
            <w:r w:rsidRPr="0071783F">
              <w:rPr>
                <w:i/>
                <w:color w:val="7A7A7A"/>
                <w:sz w:val="20"/>
                <w:szCs w:val="20"/>
                <w:lang w:val="fr-FR"/>
              </w:rPr>
              <w:t xml:space="preserve"> e-Terra</w:t>
            </w:r>
          </w:p>
          <w:p w14:paraId="7286E3B7" w14:textId="77777777" w:rsidR="00945CC5" w:rsidRPr="0071783F" w:rsidRDefault="00945CC5">
            <w:pPr>
              <w:keepNext/>
              <w:rPr>
                <w:sz w:val="20"/>
                <w:szCs w:val="20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Pr="0071783F" w:rsidRDefault="00FA7758">
            <w:pPr>
              <w:keepNext/>
              <w:rPr>
                <w:sz w:val="20"/>
                <w:szCs w:val="20"/>
              </w:rPr>
            </w:pPr>
            <w:r w:rsidRPr="0071783F">
              <w:rPr>
                <w:b/>
                <w:color w:val="0D5F78"/>
                <w:sz w:val="20"/>
                <w:szCs w:val="20"/>
              </w:rPr>
              <w:t xml:space="preserve">Carte </w:t>
            </w:r>
            <w:proofErr w:type="spellStart"/>
            <w:r w:rsidRPr="0071783F">
              <w:rPr>
                <w:b/>
                <w:color w:val="0D5F78"/>
                <w:sz w:val="20"/>
                <w:szCs w:val="20"/>
              </w:rPr>
              <w:t>funciară</w:t>
            </w:r>
            <w:proofErr w:type="spellEnd"/>
            <w:r w:rsidRPr="0071783F">
              <w:rPr>
                <w:b/>
                <w:color w:val="0D5F78"/>
                <w:sz w:val="20"/>
                <w:szCs w:val="20"/>
              </w:rPr>
              <w:t xml:space="preserve"> nr.</w:t>
            </w:r>
          </w:p>
          <w:p w14:paraId="57FB9B48" w14:textId="77777777" w:rsidR="00945CC5" w:rsidRPr="0071783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Pr="0071783F" w:rsidRDefault="00FA7758">
            <w:pPr>
              <w:rPr>
                <w:sz w:val="20"/>
                <w:szCs w:val="20"/>
              </w:rPr>
            </w:pPr>
            <w:r w:rsidRPr="0071783F">
              <w:rPr>
                <w:sz w:val="20"/>
                <w:szCs w:val="20"/>
              </w:rPr>
              <w:t xml:space="preserve"> ☐ extras de carte </w:t>
            </w:r>
            <w:proofErr w:type="spellStart"/>
            <w:r w:rsidRPr="0071783F">
              <w:rPr>
                <w:sz w:val="20"/>
                <w:szCs w:val="20"/>
              </w:rPr>
              <w:t>funciară</w:t>
            </w:r>
            <w:proofErr w:type="spellEnd"/>
            <w:r w:rsidRPr="0071783F">
              <w:rPr>
                <w:sz w:val="20"/>
                <w:szCs w:val="20"/>
              </w:rPr>
              <w:t xml:space="preserve"> </w:t>
            </w:r>
            <w:proofErr w:type="spellStart"/>
            <w:r w:rsidRPr="0071783F">
              <w:rPr>
                <w:sz w:val="20"/>
                <w:szCs w:val="20"/>
              </w:rPr>
              <w:t>actualizat</w:t>
            </w:r>
            <w:proofErr w:type="spellEnd"/>
            <w:r w:rsidRPr="0071783F">
              <w:rPr>
                <w:sz w:val="20"/>
                <w:szCs w:val="20"/>
              </w:rPr>
              <w:t xml:space="preserve">, </w:t>
            </w:r>
            <w:proofErr w:type="spellStart"/>
            <w:r w:rsidRPr="0071783F">
              <w:rPr>
                <w:sz w:val="20"/>
                <w:szCs w:val="20"/>
              </w:rPr>
              <w:t>anexat</w:t>
            </w:r>
            <w:proofErr w:type="spellEnd"/>
            <w:r w:rsidRPr="0071783F">
              <w:rPr>
                <w:sz w:val="20"/>
                <w:szCs w:val="20"/>
              </w:rPr>
              <w:t xml:space="preserve">     ☐ plan de </w:t>
            </w:r>
            <w:proofErr w:type="spellStart"/>
            <w:r w:rsidRPr="0071783F">
              <w:rPr>
                <w:sz w:val="20"/>
                <w:szCs w:val="20"/>
              </w:rPr>
              <w:t>încadrare</w:t>
            </w:r>
            <w:proofErr w:type="spellEnd"/>
            <w:r w:rsidRPr="0071783F">
              <w:rPr>
                <w:sz w:val="20"/>
                <w:szCs w:val="20"/>
              </w:rPr>
              <w:t xml:space="preserve"> </w:t>
            </w:r>
            <w:proofErr w:type="spellStart"/>
            <w:r w:rsidRPr="0071783F">
              <w:rPr>
                <w:sz w:val="20"/>
                <w:szCs w:val="20"/>
              </w:rPr>
              <w:t>în</w:t>
            </w:r>
            <w:proofErr w:type="spellEnd"/>
            <w:r w:rsidRPr="0071783F">
              <w:rPr>
                <w:sz w:val="20"/>
                <w:szCs w:val="20"/>
              </w:rPr>
              <w:t xml:space="preserve"> </w:t>
            </w:r>
            <w:proofErr w:type="spellStart"/>
            <w:r w:rsidRPr="0071783F">
              <w:rPr>
                <w:sz w:val="20"/>
                <w:szCs w:val="20"/>
              </w:rPr>
              <w:t>zonă</w:t>
            </w:r>
            <w:proofErr w:type="spellEnd"/>
            <w:r w:rsidRPr="0071783F">
              <w:rPr>
                <w:sz w:val="20"/>
                <w:szCs w:val="20"/>
              </w:rPr>
              <w:t xml:space="preserve"> </w:t>
            </w:r>
            <w:proofErr w:type="spellStart"/>
            <w:r w:rsidRPr="0071783F">
              <w:rPr>
                <w:sz w:val="20"/>
                <w:szCs w:val="20"/>
              </w:rPr>
              <w:t>în</w:t>
            </w:r>
            <w:proofErr w:type="spellEnd"/>
            <w:r w:rsidRPr="0071783F">
              <w:rPr>
                <w:sz w:val="20"/>
                <w:szCs w:val="20"/>
              </w:rPr>
              <w:t xml:space="preserve"> </w:t>
            </w:r>
            <w:proofErr w:type="spellStart"/>
            <w:r w:rsidRPr="0071783F">
              <w:rPr>
                <w:sz w:val="20"/>
                <w:szCs w:val="20"/>
              </w:rPr>
              <w:t>sistem</w:t>
            </w:r>
            <w:proofErr w:type="spellEnd"/>
            <w:r w:rsidRPr="0071783F">
              <w:rPr>
                <w:sz w:val="20"/>
                <w:szCs w:val="20"/>
              </w:rPr>
              <w:t xml:space="preserve"> Stereo 70, </w:t>
            </w:r>
            <w:proofErr w:type="spellStart"/>
            <w:r w:rsidRPr="0071783F">
              <w:rPr>
                <w:sz w:val="20"/>
                <w:szCs w:val="20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6582945F" w:rsidR="00945CC5" w:rsidRPr="00846A4D" w:rsidRDefault="00FA7758">
      <w:pPr>
        <w:spacing w:after="160"/>
        <w:jc w:val="center"/>
        <w:rPr>
          <w:sz w:val="24"/>
          <w:szCs w:val="24"/>
        </w:rPr>
      </w:pPr>
      <w:proofErr w:type="gramStart"/>
      <w:r w:rsidRPr="00846A4D">
        <w:rPr>
          <w:b/>
          <w:sz w:val="24"/>
          <w:szCs w:val="24"/>
        </w:rPr>
        <w:t xml:space="preserve">AUTORIZAȚIEI </w:t>
      </w:r>
      <w:r w:rsidR="0047731C">
        <w:rPr>
          <w:b/>
          <w:sz w:val="24"/>
          <w:szCs w:val="24"/>
        </w:rPr>
        <w:t xml:space="preserve"> </w:t>
      </w:r>
      <w:r w:rsidRPr="00846A4D">
        <w:rPr>
          <w:b/>
          <w:sz w:val="24"/>
          <w:szCs w:val="24"/>
        </w:rPr>
        <w:t>DE</w:t>
      </w:r>
      <w:proofErr w:type="gramEnd"/>
      <w:r w:rsidRPr="00846A4D">
        <w:rPr>
          <w:b/>
          <w:sz w:val="24"/>
          <w:szCs w:val="24"/>
        </w:rPr>
        <w:t xml:space="preserve"> </w:t>
      </w:r>
      <w:r w:rsidR="0047731C">
        <w:rPr>
          <w:b/>
          <w:sz w:val="24"/>
          <w:szCs w:val="24"/>
        </w:rPr>
        <w:t xml:space="preserve"> </w:t>
      </w:r>
      <w:r w:rsidRPr="00846A4D">
        <w:rPr>
          <w:b/>
          <w:sz w:val="24"/>
          <w:szCs w:val="24"/>
        </w:rPr>
        <w:t>MODIFICARE</w:t>
      </w:r>
    </w:p>
    <w:p w14:paraId="2C3182FB" w14:textId="7446FCB0" w:rsidR="00945CC5" w:rsidRPr="00846A4D" w:rsidRDefault="00FA7758">
      <w:pPr>
        <w:spacing w:after="120"/>
        <w:jc w:val="center"/>
        <w:rPr>
          <w:sz w:val="24"/>
          <w:szCs w:val="24"/>
        </w:rPr>
      </w:pPr>
      <w:proofErr w:type="spellStart"/>
      <w:r w:rsidRPr="00846A4D">
        <w:rPr>
          <w:sz w:val="24"/>
          <w:szCs w:val="24"/>
        </w:rPr>
        <w:t>în</w:t>
      </w:r>
      <w:proofErr w:type="spellEnd"/>
      <w:r w:rsidRPr="00846A4D">
        <w:rPr>
          <w:sz w:val="24"/>
          <w:szCs w:val="24"/>
        </w:rPr>
        <w:t xml:space="preserve"> </w:t>
      </w:r>
      <w:proofErr w:type="spellStart"/>
      <w:r w:rsidRPr="00846A4D">
        <w:rPr>
          <w:sz w:val="24"/>
          <w:szCs w:val="24"/>
        </w:rPr>
        <w:t>vederea</w:t>
      </w:r>
      <w:proofErr w:type="spellEnd"/>
      <w:r w:rsidRPr="00846A4D">
        <w:rPr>
          <w:sz w:val="24"/>
          <w:szCs w:val="24"/>
        </w:rPr>
        <w:t xml:space="preserve"> </w:t>
      </w:r>
      <w:proofErr w:type="spellStart"/>
      <w:r w:rsidRPr="00846A4D">
        <w:rPr>
          <w:sz w:val="24"/>
          <w:szCs w:val="24"/>
        </w:rPr>
        <w:t>realizării</w:t>
      </w:r>
      <w:proofErr w:type="spellEnd"/>
      <w:r w:rsidRPr="00846A4D">
        <w:rPr>
          <w:sz w:val="24"/>
          <w:szCs w:val="24"/>
        </w:rPr>
        <w:t xml:space="preserve"> </w:t>
      </w:r>
      <w:proofErr w:type="spellStart"/>
      <w:r w:rsidRPr="00846A4D">
        <w:rPr>
          <w:sz w:val="24"/>
          <w:szCs w:val="24"/>
        </w:rPr>
        <w:t>lucrărilor</w:t>
      </w:r>
      <w:proofErr w:type="spellEnd"/>
      <w:r w:rsidRPr="00846A4D">
        <w:rPr>
          <w:sz w:val="24"/>
          <w:szCs w:val="24"/>
        </w:rPr>
        <w:t xml:space="preserve"> </w:t>
      </w:r>
      <w:proofErr w:type="spellStart"/>
      <w:r w:rsidRPr="00846A4D">
        <w:rPr>
          <w:sz w:val="24"/>
          <w:szCs w:val="24"/>
        </w:rPr>
        <w:t>corespunzătoare</w:t>
      </w:r>
      <w:proofErr w:type="spellEnd"/>
      <w:r w:rsidRPr="00846A4D">
        <w:rPr>
          <w:sz w:val="24"/>
          <w:szCs w:val="24"/>
        </w:rPr>
        <w:t xml:space="preserve"> </w:t>
      </w:r>
      <w:proofErr w:type="spellStart"/>
      <w:r w:rsidRPr="00846A4D">
        <w:rPr>
          <w:sz w:val="24"/>
          <w:szCs w:val="24"/>
        </w:rPr>
        <w:t>modificărilor</w:t>
      </w:r>
      <w:proofErr w:type="spellEnd"/>
      <w:r w:rsidRPr="00846A4D">
        <w:rPr>
          <w:sz w:val="24"/>
          <w:szCs w:val="24"/>
        </w:rPr>
        <w:t xml:space="preserve"> de </w:t>
      </w:r>
      <w:proofErr w:type="spellStart"/>
      <w:r w:rsidRPr="00846A4D">
        <w:rPr>
          <w:sz w:val="24"/>
          <w:szCs w:val="24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Pr="00A86E25" w:rsidRDefault="00FA7758">
            <w:pPr>
              <w:keepNext/>
              <w:rPr>
                <w:sz w:val="20"/>
                <w:szCs w:val="20"/>
              </w:rPr>
            </w:pPr>
            <w:r w:rsidRPr="00A86E25">
              <w:rPr>
                <w:sz w:val="20"/>
                <w:szCs w:val="20"/>
              </w:rPr>
              <w:t xml:space="preserve"> ☐ </w:t>
            </w:r>
            <w:proofErr w:type="spellStart"/>
            <w:r w:rsidR="003E706D" w:rsidRPr="00A86E25">
              <w:rPr>
                <w:sz w:val="20"/>
                <w:szCs w:val="20"/>
              </w:rPr>
              <w:t>P</w:t>
            </w:r>
            <w:r w:rsidRPr="00A86E25">
              <w:rPr>
                <w:sz w:val="20"/>
                <w:szCs w:val="20"/>
              </w:rPr>
              <w:t>roiect</w:t>
            </w:r>
            <w:proofErr w:type="spellEnd"/>
            <w:r w:rsidRPr="00A86E25">
              <w:rPr>
                <w:sz w:val="20"/>
                <w:szCs w:val="20"/>
              </w:rPr>
              <w:t xml:space="preserve"> </w:t>
            </w:r>
            <w:proofErr w:type="spellStart"/>
            <w:r w:rsidRPr="00A86E25">
              <w:rPr>
                <w:sz w:val="20"/>
                <w:szCs w:val="20"/>
              </w:rPr>
              <w:t>pentru</w:t>
            </w:r>
            <w:proofErr w:type="spellEnd"/>
            <w:r w:rsidRPr="00A86E25">
              <w:rPr>
                <w:sz w:val="20"/>
                <w:szCs w:val="20"/>
              </w:rPr>
              <w:t xml:space="preserve"> </w:t>
            </w:r>
            <w:proofErr w:type="spellStart"/>
            <w:r w:rsidRPr="00A86E25">
              <w:rPr>
                <w:sz w:val="20"/>
                <w:szCs w:val="20"/>
              </w:rPr>
              <w:t>autorizarea</w:t>
            </w:r>
            <w:proofErr w:type="spellEnd"/>
            <w:r w:rsidRPr="00A86E25">
              <w:rPr>
                <w:sz w:val="20"/>
                <w:szCs w:val="20"/>
              </w:rPr>
              <w:t xml:space="preserve"> </w:t>
            </w:r>
            <w:proofErr w:type="spellStart"/>
            <w:r w:rsidRPr="00A86E25">
              <w:rPr>
                <w:sz w:val="20"/>
                <w:szCs w:val="20"/>
              </w:rPr>
              <w:t>construirii</w:t>
            </w:r>
            <w:proofErr w:type="spellEnd"/>
            <w:r w:rsidR="003E706D" w:rsidRPr="00A86E25">
              <w:rPr>
                <w:sz w:val="20"/>
                <w:szCs w:val="20"/>
              </w:rPr>
              <w:t xml:space="preserve"> </w:t>
            </w:r>
            <w:proofErr w:type="spellStart"/>
            <w:r w:rsidR="003E706D" w:rsidRPr="00A86E25">
              <w:rPr>
                <w:sz w:val="20"/>
                <w:szCs w:val="20"/>
              </w:rPr>
              <w:t>actualizat</w:t>
            </w:r>
            <w:proofErr w:type="spellEnd"/>
            <w:r w:rsidRPr="00A86E25">
              <w:rPr>
                <w:sz w:val="20"/>
                <w:szCs w:val="20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Pr="00A86E25" w:rsidRDefault="00FA7758">
            <w:pPr>
              <w:keepNext/>
              <w:rPr>
                <w:sz w:val="20"/>
                <w:szCs w:val="20"/>
              </w:rPr>
            </w:pPr>
            <w:r w:rsidRPr="00A86E25">
              <w:rPr>
                <w:b/>
                <w:color w:val="0D5F78"/>
                <w:sz w:val="20"/>
                <w:szCs w:val="20"/>
              </w:rPr>
              <w:t xml:space="preserve">Nr. / </w:t>
            </w:r>
            <w:proofErr w:type="gramStart"/>
            <w:r w:rsidRPr="00A86E25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  <w:r w:rsidRPr="00A86E25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proiectului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actualizat</w:t>
            </w:r>
            <w:proofErr w:type="spellEnd"/>
          </w:p>
          <w:p w14:paraId="2587A78E" w14:textId="77777777" w:rsidR="00945CC5" w:rsidRPr="00A86E25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6424" w:type="dxa"/>
            <w:gridSpan w:val="3"/>
          </w:tcPr>
          <w:p w14:paraId="6033B50C" w14:textId="77777777" w:rsidR="00945CC5" w:rsidRPr="00A86E25" w:rsidRDefault="00FA7758">
            <w:pPr>
              <w:keepNext/>
              <w:rPr>
                <w:sz w:val="20"/>
                <w:szCs w:val="20"/>
              </w:rPr>
            </w:pPr>
            <w:r w:rsidRPr="00A86E25">
              <w:rPr>
                <w:b/>
                <w:color w:val="0D5F78"/>
                <w:sz w:val="20"/>
                <w:szCs w:val="20"/>
              </w:rPr>
              <w:t>Elaborator (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denumire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 +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sediu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>)</w:t>
            </w:r>
          </w:p>
          <w:p w14:paraId="3AB56B9F" w14:textId="77777777" w:rsidR="00945CC5" w:rsidRPr="00A86E25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Pr="00A86E25" w:rsidRDefault="00FA7758">
            <w:pPr>
              <w:rPr>
                <w:sz w:val="20"/>
                <w:szCs w:val="20"/>
              </w:rPr>
            </w:pP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Proiectant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autor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arhitect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 / conductor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arhitect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 /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arhitect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 de interior</w:t>
            </w:r>
          </w:p>
          <w:p w14:paraId="69F7938F" w14:textId="77777777" w:rsidR="00945CC5" w:rsidRPr="00A86E25" w:rsidRDefault="00945CC5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</w:tcPr>
          <w:p w14:paraId="59E4B71B" w14:textId="77777777" w:rsidR="00945CC5" w:rsidRPr="00A86E25" w:rsidRDefault="00FA7758">
            <w:pPr>
              <w:rPr>
                <w:sz w:val="20"/>
                <w:szCs w:val="20"/>
              </w:rPr>
            </w:pPr>
            <w:r w:rsidRPr="00A86E25">
              <w:rPr>
                <w:b/>
                <w:color w:val="0D5F78"/>
                <w:sz w:val="20"/>
                <w:szCs w:val="20"/>
              </w:rPr>
              <w:t>Nr. TNA</w:t>
            </w:r>
          </w:p>
          <w:p w14:paraId="36515EB3" w14:textId="77777777" w:rsidR="00945CC5" w:rsidRPr="00A86E25" w:rsidRDefault="00945CC5">
            <w:pPr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6AAAD556" w14:textId="77777777" w:rsidR="00945CC5" w:rsidRPr="00A86E25" w:rsidRDefault="00FA7758">
            <w:pPr>
              <w:rPr>
                <w:sz w:val="20"/>
                <w:szCs w:val="20"/>
              </w:rPr>
            </w:pP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Ingineri</w:t>
            </w:r>
            <w:proofErr w:type="spellEnd"/>
            <w:r w:rsidRPr="00A86E25">
              <w:rPr>
                <w:b/>
                <w:color w:val="0D5F78"/>
                <w:sz w:val="20"/>
                <w:szCs w:val="20"/>
              </w:rPr>
              <w:t xml:space="preserve">, pe </w:t>
            </w:r>
            <w:proofErr w:type="spellStart"/>
            <w:r w:rsidRPr="00A86E25">
              <w:rPr>
                <w:b/>
                <w:color w:val="0D5F78"/>
                <w:sz w:val="20"/>
                <w:szCs w:val="20"/>
              </w:rPr>
              <w:t>specialități</w:t>
            </w:r>
            <w:proofErr w:type="spellEnd"/>
          </w:p>
          <w:p w14:paraId="36C73C0E" w14:textId="77777777" w:rsidR="00945CC5" w:rsidRPr="00A86E25" w:rsidRDefault="00945CC5">
            <w:pPr>
              <w:rPr>
                <w:sz w:val="20"/>
                <w:szCs w:val="20"/>
              </w:rPr>
            </w:pPr>
          </w:p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rezistență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mecanică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stabilitate —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689EA516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2930213F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00091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36784913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securitate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la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incendiu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703B95E1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38F1D831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00091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30FFA898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igienă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,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sănătate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mediu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înconjurător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5BB348F7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0803026D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00091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7680C924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siguranță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accesibilitate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în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exploatare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76E92343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68FAC4FD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00091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7763FD4A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protecție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împotriva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zgomotului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6BFE415A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141E13C2" w14:textId="77777777" w:rsidR="00945CC5" w:rsidRPr="0000091F" w:rsidRDefault="00FA7758">
            <w:pPr>
              <w:keepNext/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00091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60E8A8E8" w14:textId="77777777" w:rsidR="00945CC5" w:rsidRPr="0000091F" w:rsidRDefault="00945CC5">
            <w:pPr>
              <w:keepNext/>
              <w:rPr>
                <w:sz w:val="20"/>
                <w:szCs w:val="20"/>
              </w:rPr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Pr="0000091F" w:rsidRDefault="00FA7758">
            <w:pPr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economie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energie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izolare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termică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—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și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prenume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verificator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/ nr. </w:t>
            </w: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atestat</w:t>
            </w:r>
            <w:proofErr w:type="spellEnd"/>
          </w:p>
          <w:p w14:paraId="4CDA516A" w14:textId="77777777" w:rsidR="00945CC5" w:rsidRPr="0000091F" w:rsidRDefault="00945CC5">
            <w:pPr>
              <w:rPr>
                <w:sz w:val="20"/>
                <w:szCs w:val="20"/>
              </w:rPr>
            </w:pPr>
          </w:p>
        </w:tc>
        <w:tc>
          <w:tcPr>
            <w:tcW w:w="4015" w:type="dxa"/>
          </w:tcPr>
          <w:p w14:paraId="6E723FF9" w14:textId="77777777" w:rsidR="00945CC5" w:rsidRPr="0000091F" w:rsidRDefault="00FA7758">
            <w:pPr>
              <w:rPr>
                <w:sz w:val="20"/>
                <w:szCs w:val="20"/>
              </w:rPr>
            </w:pPr>
            <w:proofErr w:type="spellStart"/>
            <w:r w:rsidRPr="0000091F">
              <w:rPr>
                <w:b/>
                <w:color w:val="0D5F78"/>
                <w:sz w:val="20"/>
                <w:szCs w:val="20"/>
              </w:rPr>
              <w:t>Referat</w:t>
            </w:r>
            <w:proofErr w:type="spellEnd"/>
            <w:r w:rsidRPr="0000091F">
              <w:rPr>
                <w:b/>
                <w:color w:val="0D5F78"/>
                <w:sz w:val="20"/>
                <w:szCs w:val="20"/>
              </w:rPr>
              <w:t xml:space="preserve"> nr. / </w:t>
            </w:r>
            <w:proofErr w:type="gramStart"/>
            <w:r w:rsidRPr="0000091F">
              <w:rPr>
                <w:b/>
                <w:color w:val="0D5F78"/>
                <w:sz w:val="20"/>
                <w:szCs w:val="20"/>
              </w:rPr>
              <w:t>data</w:t>
            </w:r>
            <w:proofErr w:type="gramEnd"/>
          </w:p>
          <w:p w14:paraId="300D25F3" w14:textId="77777777" w:rsidR="00945CC5" w:rsidRPr="0000091F" w:rsidRDefault="00945CC5">
            <w:pPr>
              <w:rPr>
                <w:sz w:val="20"/>
                <w:szCs w:val="20"/>
              </w:rPr>
            </w:pPr>
          </w:p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Pr="00616033" w:rsidRDefault="00FA7758">
            <w:pPr>
              <w:rPr>
                <w:sz w:val="20"/>
                <w:szCs w:val="20"/>
              </w:rPr>
            </w:pP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Valoarea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lucrărilor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supuse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autorizării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</w:rPr>
              <w:t xml:space="preserve"> (lei)</w:t>
            </w:r>
          </w:p>
          <w:p w14:paraId="1E0E077C" w14:textId="77777777" w:rsidR="00945CC5" w:rsidRPr="00616033" w:rsidRDefault="00945CC5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1B41F458" w14:textId="77777777" w:rsidR="00945CC5" w:rsidRPr="00616033" w:rsidRDefault="00FA7758">
            <w:pPr>
              <w:rPr>
                <w:sz w:val="20"/>
                <w:szCs w:val="20"/>
              </w:rPr>
            </w:pP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Valoarea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obiectivului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</w:rPr>
              <w:t xml:space="preserve"> (lei)</w:t>
            </w:r>
          </w:p>
          <w:p w14:paraId="4C4794B5" w14:textId="77777777" w:rsidR="00945CC5" w:rsidRPr="00616033" w:rsidRDefault="00945CC5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120BB31" w14:textId="77777777" w:rsidR="00945CC5" w:rsidRPr="00616033" w:rsidRDefault="00FA7758">
            <w:pPr>
              <w:rPr>
                <w:sz w:val="20"/>
                <w:szCs w:val="20"/>
                <w:lang w:val="fr-FR"/>
              </w:rPr>
            </w:pPr>
            <w:proofErr w:type="spellStart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>Durata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>estimată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>execuție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>luni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  <w:lang w:val="fr-FR"/>
              </w:rPr>
              <w:t>)</w:t>
            </w:r>
          </w:p>
          <w:p w14:paraId="0FBA4608" w14:textId="77777777" w:rsidR="00945CC5" w:rsidRPr="00616033" w:rsidRDefault="00945CC5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11616ECB" w14:textId="77777777" w:rsidR="00D77472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(copie)     </w:t>
            </w:r>
          </w:p>
          <w:p w14:paraId="2F2A261A" w14:textId="0972BA4A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Pr="00616033" w:rsidRDefault="00FA7758" w:rsidP="00CB26B3">
            <w:pPr>
              <w:jc w:val="center"/>
              <w:rPr>
                <w:sz w:val="20"/>
                <w:szCs w:val="20"/>
              </w:rPr>
            </w:pPr>
            <w:r w:rsidRPr="00616033">
              <w:rPr>
                <w:b/>
                <w:color w:val="0D5F78"/>
                <w:sz w:val="20"/>
                <w:szCs w:val="20"/>
              </w:rPr>
              <w:t>Data</w:t>
            </w:r>
          </w:p>
          <w:p w14:paraId="73E03F31" w14:textId="77777777" w:rsidR="00945CC5" w:rsidRPr="00616033" w:rsidRDefault="00945CC5" w:rsidP="00CB26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7CE53D19" w14:textId="77777777" w:rsidR="00945CC5" w:rsidRPr="00616033" w:rsidRDefault="00FA7758" w:rsidP="00CB26B3">
            <w:pPr>
              <w:jc w:val="center"/>
              <w:rPr>
                <w:sz w:val="20"/>
                <w:szCs w:val="20"/>
              </w:rPr>
            </w:pP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Titularul</w:t>
            </w:r>
            <w:proofErr w:type="spellEnd"/>
            <w:r w:rsidRPr="00616033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autorizației</w:t>
            </w:r>
            <w:proofErr w:type="spellEnd"/>
          </w:p>
          <w:p w14:paraId="0165E37E" w14:textId="77777777" w:rsidR="00945CC5" w:rsidRPr="00616033" w:rsidRDefault="00945CC5" w:rsidP="00CB26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3CD5128B" w14:textId="77777777" w:rsidR="00945CC5" w:rsidRPr="00616033" w:rsidRDefault="00FA7758" w:rsidP="00CB26B3">
            <w:pPr>
              <w:jc w:val="center"/>
              <w:rPr>
                <w:sz w:val="20"/>
                <w:szCs w:val="20"/>
              </w:rPr>
            </w:pPr>
            <w:proofErr w:type="spellStart"/>
            <w:r w:rsidRPr="00616033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55353A0F" w14:textId="77777777" w:rsidR="00945CC5" w:rsidRPr="00616033" w:rsidRDefault="00945CC5" w:rsidP="00CB26B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4BC17" w14:textId="77777777" w:rsidR="00F4585C" w:rsidRDefault="00F4585C">
      <w:r>
        <w:separator/>
      </w:r>
    </w:p>
  </w:endnote>
  <w:endnote w:type="continuationSeparator" w:id="0">
    <w:p w14:paraId="371919F1" w14:textId="77777777" w:rsidR="00F4585C" w:rsidRDefault="00F4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45EC7" w14:textId="77777777" w:rsidR="00F4585C" w:rsidRDefault="00F4585C">
      <w:r>
        <w:separator/>
      </w:r>
    </w:p>
  </w:footnote>
  <w:footnote w:type="continuationSeparator" w:id="0">
    <w:p w14:paraId="17984EED" w14:textId="77777777" w:rsidR="00F4585C" w:rsidRDefault="00F458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41273">
    <w:abstractNumId w:val="8"/>
  </w:num>
  <w:num w:numId="2" w16cid:durableId="1366129525">
    <w:abstractNumId w:val="6"/>
  </w:num>
  <w:num w:numId="3" w16cid:durableId="971598131">
    <w:abstractNumId w:val="5"/>
  </w:num>
  <w:num w:numId="4" w16cid:durableId="1368991107">
    <w:abstractNumId w:val="4"/>
  </w:num>
  <w:num w:numId="5" w16cid:durableId="844975713">
    <w:abstractNumId w:val="7"/>
  </w:num>
  <w:num w:numId="6" w16cid:durableId="1358889428">
    <w:abstractNumId w:val="3"/>
  </w:num>
  <w:num w:numId="7" w16cid:durableId="1495223260">
    <w:abstractNumId w:val="2"/>
  </w:num>
  <w:num w:numId="8" w16cid:durableId="1621640790">
    <w:abstractNumId w:val="1"/>
  </w:num>
  <w:num w:numId="9" w16cid:durableId="112199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91F"/>
    <w:rsid w:val="00034616"/>
    <w:rsid w:val="0006063C"/>
    <w:rsid w:val="000F4FE3"/>
    <w:rsid w:val="0015074B"/>
    <w:rsid w:val="001A7864"/>
    <w:rsid w:val="0029639D"/>
    <w:rsid w:val="00297E9A"/>
    <w:rsid w:val="002F7EE8"/>
    <w:rsid w:val="00326F90"/>
    <w:rsid w:val="003D10A1"/>
    <w:rsid w:val="003E706D"/>
    <w:rsid w:val="0047731C"/>
    <w:rsid w:val="004E6AFA"/>
    <w:rsid w:val="004F6BA5"/>
    <w:rsid w:val="00543BCE"/>
    <w:rsid w:val="005670FD"/>
    <w:rsid w:val="00616033"/>
    <w:rsid w:val="00625EAE"/>
    <w:rsid w:val="006C103E"/>
    <w:rsid w:val="0071783F"/>
    <w:rsid w:val="007255EC"/>
    <w:rsid w:val="007851D8"/>
    <w:rsid w:val="007933A0"/>
    <w:rsid w:val="00802946"/>
    <w:rsid w:val="00832087"/>
    <w:rsid w:val="00844148"/>
    <w:rsid w:val="00846A4D"/>
    <w:rsid w:val="00895548"/>
    <w:rsid w:val="00896560"/>
    <w:rsid w:val="00925AA5"/>
    <w:rsid w:val="00945CC5"/>
    <w:rsid w:val="00A61FF8"/>
    <w:rsid w:val="00A71320"/>
    <w:rsid w:val="00A86E25"/>
    <w:rsid w:val="00AA1D8D"/>
    <w:rsid w:val="00B255A9"/>
    <w:rsid w:val="00B47730"/>
    <w:rsid w:val="00B80AC5"/>
    <w:rsid w:val="00C8112A"/>
    <w:rsid w:val="00C931E3"/>
    <w:rsid w:val="00CB0664"/>
    <w:rsid w:val="00CB26B3"/>
    <w:rsid w:val="00D77472"/>
    <w:rsid w:val="00E61A6B"/>
    <w:rsid w:val="00E731D6"/>
    <w:rsid w:val="00EE46A7"/>
    <w:rsid w:val="00F4585C"/>
    <w:rsid w:val="00F86B8F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515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Magdalena Mihaela Cojocaru</cp:lastModifiedBy>
  <cp:revision>42</cp:revision>
  <dcterms:created xsi:type="dcterms:W3CDTF">2013-12-23T23:15:00Z</dcterms:created>
  <dcterms:modified xsi:type="dcterms:W3CDTF">2026-10-07T05:50:00Z</dcterms:modified>
  <cp:category/>
</cp:coreProperties>
</file>