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764E6" w:rsidRPr="001241A0" w14:paraId="585774D0" w14:textId="77777777" w:rsidTr="00FD5DF5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CD522BE" w14:textId="77777777" w:rsidR="00F764E6" w:rsidRPr="001241A0" w:rsidRDefault="00F764E6" w:rsidP="00FD5DF5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3E36EFDA" wp14:editId="5C9C4839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7A28B4B" w14:textId="77777777" w:rsidR="00F764E6" w:rsidRPr="001241A0" w:rsidRDefault="00F764E6" w:rsidP="00FD5DF5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1C6A5E5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</w:p>
          <w:p w14:paraId="1CD72061" w14:textId="77777777" w:rsidR="00F764E6" w:rsidRPr="004116A4" w:rsidRDefault="00F764E6" w:rsidP="00FD5DF5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Județul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Mehedin</w:t>
            </w:r>
            <w:r w:rsidRPr="004116A4">
              <w:rPr>
                <w:b/>
                <w:sz w:val="18"/>
                <w:szCs w:val="18"/>
                <w:lang w:val="ro-RO"/>
              </w:rPr>
              <w:t>ți</w:t>
            </w:r>
          </w:p>
          <w:p w14:paraId="0401E915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</w:p>
        </w:tc>
      </w:tr>
      <w:tr w:rsidR="00F764E6" w:rsidRPr="001241A0" w14:paraId="66C91F9A" w14:textId="77777777" w:rsidTr="00FD5DF5">
        <w:trPr>
          <w:cantSplit/>
          <w:trHeight w:val="510"/>
        </w:trPr>
        <w:tc>
          <w:tcPr>
            <w:tcW w:w="1606" w:type="dxa"/>
            <w:vMerge/>
          </w:tcPr>
          <w:p w14:paraId="2E293385" w14:textId="77777777" w:rsidR="00F764E6" w:rsidRPr="001241A0" w:rsidRDefault="00F764E6" w:rsidP="00FD5DF5"/>
        </w:tc>
        <w:tc>
          <w:tcPr>
            <w:tcW w:w="8030" w:type="dxa"/>
            <w:gridSpan w:val="3"/>
            <w:shd w:val="clear" w:color="auto" w:fill="F0F0F0"/>
          </w:tcPr>
          <w:p w14:paraId="7DAA34A1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</w:p>
          <w:p w14:paraId="05B1F0FD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Primăria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16A4">
              <w:rPr>
                <w:b/>
                <w:sz w:val="18"/>
                <w:szCs w:val="18"/>
              </w:rPr>
              <w:t>Municipiului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16A4">
              <w:rPr>
                <w:b/>
                <w:sz w:val="18"/>
                <w:szCs w:val="18"/>
              </w:rPr>
              <w:t>Drobeta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16A4">
              <w:rPr>
                <w:b/>
                <w:sz w:val="18"/>
                <w:szCs w:val="18"/>
              </w:rPr>
              <w:t>Turnu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Severin</w:t>
            </w:r>
          </w:p>
          <w:p w14:paraId="1676CDFD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</w:p>
        </w:tc>
      </w:tr>
      <w:tr w:rsidR="00F764E6" w:rsidRPr="001241A0" w14:paraId="49B549A4" w14:textId="77777777" w:rsidTr="00FD5DF5">
        <w:trPr>
          <w:cantSplit/>
          <w:trHeight w:val="510"/>
        </w:trPr>
        <w:tc>
          <w:tcPr>
            <w:tcW w:w="1606" w:type="dxa"/>
            <w:vMerge/>
          </w:tcPr>
          <w:p w14:paraId="4CCE35BB" w14:textId="77777777" w:rsidR="00F764E6" w:rsidRPr="001241A0" w:rsidRDefault="00F764E6" w:rsidP="00FD5DF5"/>
        </w:tc>
        <w:tc>
          <w:tcPr>
            <w:tcW w:w="2409" w:type="dxa"/>
            <w:shd w:val="clear" w:color="auto" w:fill="F0F0F0"/>
          </w:tcPr>
          <w:p w14:paraId="1DF01829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4116A4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4116A4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4116A4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6A4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4116A4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1EDB8C7A" w14:textId="77777777" w:rsidR="00F764E6" w:rsidRPr="004116A4" w:rsidRDefault="00F764E6" w:rsidP="00FD5DF5">
            <w:pPr>
              <w:keepNext/>
              <w:rPr>
                <w:sz w:val="18"/>
                <w:szCs w:val="18"/>
                <w:lang w:val="fr-FR"/>
              </w:rPr>
            </w:pPr>
            <w:r w:rsidRPr="004116A4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67A8E4E8" w14:textId="77777777" w:rsidR="00F764E6" w:rsidRPr="004116A4" w:rsidRDefault="00F764E6" w:rsidP="00FD5DF5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55628826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Adresa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4116A4">
              <w:rPr>
                <w:b/>
                <w:sz w:val="18"/>
                <w:szCs w:val="18"/>
              </w:rPr>
              <w:t>Maresal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Averescu nr. 2 </w:t>
            </w:r>
          </w:p>
          <w:p w14:paraId="400DFAE9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Drobeta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16A4">
              <w:rPr>
                <w:b/>
                <w:sz w:val="18"/>
                <w:szCs w:val="18"/>
              </w:rPr>
              <w:t>Turnu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4116A4">
              <w:rPr>
                <w:b/>
                <w:sz w:val="18"/>
                <w:szCs w:val="18"/>
              </w:rPr>
              <w:t>Județul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4116A4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735FA611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Telefon</w:t>
            </w:r>
            <w:proofErr w:type="spellEnd"/>
            <w:r w:rsidRPr="004116A4">
              <w:rPr>
                <w:b/>
                <w:sz w:val="18"/>
                <w:szCs w:val="18"/>
              </w:rPr>
              <w:t>: 0252.31.43.79   Fax: 0252.31.63.17</w:t>
            </w:r>
          </w:p>
          <w:p w14:paraId="3772C9D2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  <w:r w:rsidRPr="004116A4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F764E6" w:rsidRPr="001241A0" w14:paraId="7613E483" w14:textId="77777777" w:rsidTr="00FD5DF5">
        <w:trPr>
          <w:cantSplit/>
          <w:trHeight w:val="510"/>
        </w:trPr>
        <w:tc>
          <w:tcPr>
            <w:tcW w:w="1606" w:type="dxa"/>
            <w:vMerge/>
          </w:tcPr>
          <w:p w14:paraId="4AD6F5F0" w14:textId="77777777" w:rsidR="00F764E6" w:rsidRPr="001241A0" w:rsidRDefault="00F764E6" w:rsidP="00FD5DF5"/>
        </w:tc>
        <w:tc>
          <w:tcPr>
            <w:tcW w:w="4818" w:type="dxa"/>
            <w:gridSpan w:val="2"/>
            <w:shd w:val="clear" w:color="auto" w:fill="F0F0F0"/>
          </w:tcPr>
          <w:p w14:paraId="33A5DE77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</w:p>
          <w:p w14:paraId="7D5452BE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4116A4">
              <w:rPr>
                <w:b/>
                <w:sz w:val="18"/>
                <w:szCs w:val="18"/>
              </w:rPr>
              <w:t>Număr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4116A4">
              <w:rPr>
                <w:b/>
                <w:sz w:val="18"/>
                <w:szCs w:val="18"/>
              </w:rPr>
              <w:t>înregistrare</w:t>
            </w:r>
            <w:proofErr w:type="spellEnd"/>
            <w:r w:rsidRPr="004116A4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26F74939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77C0CF78" w14:textId="77777777" w:rsidR="00F764E6" w:rsidRPr="004116A4" w:rsidRDefault="00F764E6" w:rsidP="00FD5DF5">
            <w:pPr>
              <w:keepNext/>
              <w:rPr>
                <w:b/>
                <w:sz w:val="18"/>
                <w:szCs w:val="18"/>
              </w:rPr>
            </w:pPr>
          </w:p>
          <w:p w14:paraId="3AE41E8A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  <w:r w:rsidRPr="004116A4">
              <w:rPr>
                <w:b/>
                <w:sz w:val="18"/>
                <w:szCs w:val="18"/>
              </w:rPr>
              <w:t>Data ………………………</w:t>
            </w:r>
          </w:p>
          <w:p w14:paraId="5C7455FE" w14:textId="77777777" w:rsidR="00F764E6" w:rsidRPr="004116A4" w:rsidRDefault="00F764E6" w:rsidP="00FD5DF5">
            <w:pPr>
              <w:keepNext/>
              <w:rPr>
                <w:sz w:val="18"/>
                <w:szCs w:val="18"/>
              </w:rPr>
            </w:pPr>
          </w:p>
        </w:tc>
      </w:tr>
      <w:tr w:rsidR="00F764E6" w:rsidRPr="001241A0" w14:paraId="4B34A8A7" w14:textId="77777777" w:rsidTr="00FD5DF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4325D5D" w14:textId="77777777" w:rsidR="00F764E6" w:rsidRPr="001241A0" w:rsidRDefault="00F764E6" w:rsidP="00FD5DF5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764E6" w14:paraId="311BE71E" w14:textId="77777777" w:rsidTr="00FD5DF5">
        <w:trPr>
          <w:cantSplit/>
        </w:trPr>
        <w:tc>
          <w:tcPr>
            <w:tcW w:w="9636" w:type="dxa"/>
            <w:shd w:val="clear" w:color="auto" w:fill="F4F4F4"/>
          </w:tcPr>
          <w:p w14:paraId="0D41D1D7" w14:textId="77777777" w:rsidR="00F764E6" w:rsidRDefault="00F764E6" w:rsidP="00FD5DF5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F764E6" w:rsidRPr="0021562A" w14:paraId="051ED9A8" w14:textId="77777777" w:rsidTr="00FD5DF5">
        <w:trPr>
          <w:cantSplit/>
          <w:trHeight w:val="510"/>
        </w:trPr>
        <w:tc>
          <w:tcPr>
            <w:tcW w:w="9636" w:type="dxa"/>
          </w:tcPr>
          <w:p w14:paraId="167E44B7" w14:textId="77777777" w:rsidR="00F764E6" w:rsidRPr="002F5EAB" w:rsidRDefault="00F764E6" w:rsidP="00FD5DF5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F764E6" w:rsidRPr="0021562A" w14:paraId="473748ED" w14:textId="77777777" w:rsidTr="00FD5DF5">
        <w:trPr>
          <w:cantSplit/>
        </w:trPr>
        <w:tc>
          <w:tcPr>
            <w:tcW w:w="9636" w:type="dxa"/>
            <w:shd w:val="clear" w:color="auto" w:fill="F4F4F4"/>
          </w:tcPr>
          <w:p w14:paraId="0B90A5DA" w14:textId="77777777" w:rsidR="00F764E6" w:rsidRPr="00E44906" w:rsidRDefault="00F764E6" w:rsidP="00FD5DF5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26CD517C" w14:textId="77777777" w:rsidR="007F7E84" w:rsidRDefault="007F7E84">
      <w:pPr>
        <w:spacing w:line="168" w:lineRule="auto"/>
        <w:rPr>
          <w:lang w:val="fr-FR"/>
        </w:rPr>
      </w:pPr>
    </w:p>
    <w:p w14:paraId="0A9EC9B0" w14:textId="77777777" w:rsidR="00F764E6" w:rsidRPr="00243AD6" w:rsidRDefault="00F764E6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82"/>
        <w:gridCol w:w="770"/>
        <w:gridCol w:w="757"/>
        <w:gridCol w:w="803"/>
        <w:gridCol w:w="780"/>
        <w:gridCol w:w="810"/>
        <w:gridCol w:w="16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10"/>
            <w:shd w:val="clear" w:color="auto" w:fill="F4F4F4"/>
          </w:tcPr>
          <w:p w14:paraId="2DBBD465" w14:textId="77777777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 w:rsidTr="00DE45D5">
        <w:trPr>
          <w:cantSplit/>
          <w:trHeight w:val="242"/>
        </w:trPr>
        <w:tc>
          <w:tcPr>
            <w:tcW w:w="6408" w:type="dxa"/>
            <w:gridSpan w:val="7"/>
          </w:tcPr>
          <w:p w14:paraId="774E2DDA" w14:textId="77777777" w:rsidR="007F7E84" w:rsidRDefault="00000000">
            <w:pPr>
              <w:keepNext/>
              <w:rPr>
                <w:b/>
                <w:color w:val="0D5F78"/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14EB8AC3" w14:textId="31AC12E2" w:rsidR="00EB0170" w:rsidRPr="00CB5AAB" w:rsidRDefault="00EB017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28" w:type="dxa"/>
            <w:gridSpan w:val="3"/>
          </w:tcPr>
          <w:p w14:paraId="79191782" w14:textId="315D3474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CNP</w:t>
            </w: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10"/>
            <w:shd w:val="clear" w:color="auto" w:fill="F4F4F4"/>
          </w:tcPr>
          <w:p w14:paraId="0D94B7CC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sz w:val="20"/>
                <w:szCs w:val="20"/>
              </w:rPr>
              <w:t xml:space="preserve"> Act de </w:t>
            </w:r>
            <w:proofErr w:type="spellStart"/>
            <w:r w:rsidRPr="00CB5AAB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7F7E84" w14:paraId="229F2206" w14:textId="77777777" w:rsidTr="000F469D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Seria</w:t>
            </w:r>
          </w:p>
          <w:p w14:paraId="776E7F87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651F57CD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7E7833C1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772" w:type="dxa"/>
            <w:gridSpan w:val="6"/>
          </w:tcPr>
          <w:p w14:paraId="64665C9C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45FBC349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67F8F99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46B4D6BE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10"/>
            <w:shd w:val="clear" w:color="auto" w:fill="F4F4F4"/>
          </w:tcPr>
          <w:p w14:paraId="4DE90257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sz w:val="20"/>
                <w:szCs w:val="20"/>
              </w:rPr>
              <w:t xml:space="preserve"> </w:t>
            </w:r>
            <w:proofErr w:type="spellStart"/>
            <w:r w:rsidRPr="00CB5AAB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7F7E84" w14:paraId="7EB0CBBA" w14:textId="77777777" w:rsidTr="000F469D">
        <w:trPr>
          <w:cantSplit/>
          <w:trHeight w:val="510"/>
        </w:trPr>
        <w:tc>
          <w:tcPr>
            <w:tcW w:w="3258" w:type="dxa"/>
            <w:gridSpan w:val="3"/>
          </w:tcPr>
          <w:p w14:paraId="7DDFF659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13FAA5B4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166" w:type="dxa"/>
            <w:gridSpan w:val="5"/>
          </w:tcPr>
          <w:p w14:paraId="11B39720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31B96AF6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31492C05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5F2A8EAF" w14:textId="77777777" w:rsidR="007F7E84" w:rsidRPr="00CB5AAB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0F469D" w14:paraId="05FD705A" w14:textId="77777777" w:rsidTr="00DE45D5">
        <w:trPr>
          <w:cantSplit/>
          <w:trHeight w:val="510"/>
        </w:trPr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14:paraId="5F849DF2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7DAC4505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sz="4" w:space="0" w:color="auto"/>
            </w:tcBorders>
          </w:tcPr>
          <w:p w14:paraId="4FBD9D04" w14:textId="579E0E2B" w:rsidR="000F469D" w:rsidRDefault="00856042" w:rsidP="00856042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Nr.</w:t>
            </w:r>
          </w:p>
          <w:p w14:paraId="7010CE0C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57" w:type="dxa"/>
          </w:tcPr>
          <w:p w14:paraId="54E0D789" w14:textId="6DDF655B" w:rsidR="000F469D" w:rsidRPr="00CB5AAB" w:rsidRDefault="00346DCF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0F469D" w:rsidRPr="00CB5AAB">
              <w:rPr>
                <w:b/>
                <w:color w:val="0D5F78"/>
                <w:sz w:val="20"/>
                <w:szCs w:val="20"/>
              </w:rPr>
              <w:t>.</w:t>
            </w:r>
          </w:p>
          <w:p w14:paraId="50B99363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A581707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Sc.</w:t>
            </w:r>
          </w:p>
          <w:p w14:paraId="20784E1F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80" w:type="dxa"/>
          </w:tcPr>
          <w:p w14:paraId="4259C85D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Et.</w:t>
            </w:r>
          </w:p>
          <w:p w14:paraId="09686E1B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</w:tcPr>
          <w:p w14:paraId="0654BEE1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Ap.</w:t>
            </w:r>
          </w:p>
          <w:p w14:paraId="7C2B72A2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9D9BA32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20C8E80F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67B3D66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50EF4380" w14:textId="77777777" w:rsidR="000F469D" w:rsidRPr="00CB5AAB" w:rsidRDefault="000F469D">
            <w:pPr>
              <w:keepNext/>
              <w:rPr>
                <w:sz w:val="20"/>
                <w:szCs w:val="20"/>
              </w:rPr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10"/>
            <w:shd w:val="clear" w:color="auto" w:fill="F4F4F4"/>
          </w:tcPr>
          <w:p w14:paraId="66CBE0EB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sz w:val="20"/>
                <w:szCs w:val="20"/>
              </w:rPr>
              <w:t xml:space="preserve"> Date de contact</w:t>
            </w:r>
          </w:p>
        </w:tc>
      </w:tr>
      <w:tr w:rsidR="007F7E84" w14:paraId="0E1801DF" w14:textId="77777777" w:rsidTr="00732BD8">
        <w:trPr>
          <w:cantSplit/>
          <w:trHeight w:val="143"/>
        </w:trPr>
        <w:tc>
          <w:tcPr>
            <w:tcW w:w="4015" w:type="dxa"/>
            <w:gridSpan w:val="4"/>
          </w:tcPr>
          <w:p w14:paraId="148A1E7D" w14:textId="2520F321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6"/>
          </w:tcPr>
          <w:p w14:paraId="1EA72A8C" w14:textId="786B3FB4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10"/>
            <w:shd w:val="clear" w:color="auto" w:fill="F4F4F4"/>
          </w:tcPr>
          <w:p w14:paraId="4A0C86A7" w14:textId="77777777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sz w:val="20"/>
                <w:szCs w:val="20"/>
              </w:rPr>
              <w:t xml:space="preserve"> </w:t>
            </w:r>
            <w:proofErr w:type="spellStart"/>
            <w:r w:rsidRPr="00CB5AAB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7F7E84" w14:paraId="60ABE85B" w14:textId="77777777" w:rsidTr="00732BD8">
        <w:trPr>
          <w:cantSplit/>
          <w:trHeight w:val="287"/>
        </w:trPr>
        <w:tc>
          <w:tcPr>
            <w:tcW w:w="6424" w:type="dxa"/>
            <w:gridSpan w:val="8"/>
          </w:tcPr>
          <w:p w14:paraId="1856FB42" w14:textId="709845B2" w:rsidR="007F7E84" w:rsidRPr="00CB5AA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CB5AAB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CB5AAB">
              <w:rPr>
                <w:b/>
                <w:color w:val="0D5F78"/>
                <w:sz w:val="20"/>
                <w:szCs w:val="20"/>
              </w:rPr>
              <w:t xml:space="preserve"> al</w:t>
            </w:r>
          </w:p>
        </w:tc>
        <w:tc>
          <w:tcPr>
            <w:tcW w:w="3212" w:type="dxa"/>
            <w:gridSpan w:val="2"/>
          </w:tcPr>
          <w:p w14:paraId="6517E4A8" w14:textId="1CB69FE6" w:rsidR="007F7E84" w:rsidRPr="00CB5AAB" w:rsidRDefault="00000000">
            <w:pPr>
              <w:keepNext/>
              <w:rPr>
                <w:sz w:val="20"/>
                <w:szCs w:val="20"/>
              </w:rPr>
            </w:pPr>
            <w:r w:rsidRPr="00CB5AAB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10"/>
          </w:tcPr>
          <w:p w14:paraId="3DFDD768" w14:textId="77777777" w:rsidR="007F7E84" w:rsidRPr="00CB5AAB" w:rsidRDefault="00000000">
            <w:pPr>
              <w:rPr>
                <w:sz w:val="20"/>
                <w:szCs w:val="20"/>
                <w:lang w:val="fr-FR"/>
              </w:rPr>
            </w:pPr>
            <w:r w:rsidRPr="00CB5AAB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CB5AAB">
              <w:rPr>
                <w:sz w:val="20"/>
                <w:szCs w:val="20"/>
                <w:lang w:val="fr-FR"/>
              </w:rPr>
              <w:t>titular</w:t>
            </w:r>
            <w:proofErr w:type="spellEnd"/>
            <w:r w:rsidRPr="00CB5AAB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CB5AAB">
              <w:rPr>
                <w:sz w:val="20"/>
                <w:szCs w:val="20"/>
                <w:lang w:val="fr-FR"/>
              </w:rPr>
              <w:t>dreptului</w:t>
            </w:r>
            <w:proofErr w:type="spellEnd"/>
            <w:r w:rsidRPr="00CB5AA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B5AAB">
              <w:rPr>
                <w:sz w:val="20"/>
                <w:szCs w:val="20"/>
                <w:lang w:val="fr-FR"/>
              </w:rPr>
              <w:t>proprietate</w:t>
            </w:r>
            <w:proofErr w:type="spellEnd"/>
            <w:r w:rsidRPr="00CB5AAB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CB5AAB">
              <w:rPr>
                <w:sz w:val="20"/>
                <w:szCs w:val="20"/>
                <w:lang w:val="fr-FR"/>
              </w:rPr>
              <w:t>împuternicit</w:t>
            </w:r>
            <w:proofErr w:type="spellEnd"/>
            <w:r w:rsidRPr="00CB5AAB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CB5AAB">
              <w:rPr>
                <w:sz w:val="20"/>
                <w:szCs w:val="20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000000" w:rsidP="00890220">
      <w:pPr>
        <w:spacing w:before="8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000000" w:rsidP="00890220">
      <w:pPr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50CAD30A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00EFDDA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094A0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094A0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2A2D5828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89BC6B5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7B22CEDD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44B31EA8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26ABF57D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DF589D0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FB4BC64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>Nr.</w:t>
            </w:r>
          </w:p>
          <w:p w14:paraId="13AC1B47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C9F2931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10FC11B3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094A0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094A06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094A06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3C474063" w14:textId="3955CFFC" w:rsidR="007F7E84" w:rsidRPr="00094A0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094A06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47DDAC1" w14:textId="77777777" w:rsidR="007F7E84" w:rsidRPr="00094A06" w:rsidRDefault="00000000">
            <w:pPr>
              <w:keepNext/>
              <w:rPr>
                <w:sz w:val="20"/>
                <w:szCs w:val="20"/>
              </w:rPr>
            </w:pPr>
            <w:r w:rsidRPr="00094A06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94A06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94A06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3B3DC7D9" w14:textId="77777777" w:rsidR="007F7E84" w:rsidRPr="00094A06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Pr="00094A06" w:rsidRDefault="00000000">
            <w:pPr>
              <w:rPr>
                <w:sz w:val="20"/>
                <w:szCs w:val="20"/>
              </w:rPr>
            </w:pPr>
            <w:r w:rsidRPr="00094A06">
              <w:rPr>
                <w:sz w:val="20"/>
                <w:szCs w:val="20"/>
              </w:rPr>
              <w:t xml:space="preserve"> ☐ extras de carte </w:t>
            </w:r>
            <w:proofErr w:type="spellStart"/>
            <w:r w:rsidRPr="00094A06">
              <w:rPr>
                <w:sz w:val="20"/>
                <w:szCs w:val="20"/>
              </w:rPr>
              <w:t>funciară</w:t>
            </w:r>
            <w:proofErr w:type="spellEnd"/>
            <w:r w:rsidRPr="00094A06">
              <w:rPr>
                <w:sz w:val="20"/>
                <w:szCs w:val="20"/>
              </w:rPr>
              <w:t xml:space="preserve"> </w:t>
            </w:r>
            <w:proofErr w:type="spellStart"/>
            <w:r w:rsidRPr="00094A06">
              <w:rPr>
                <w:sz w:val="20"/>
                <w:szCs w:val="20"/>
              </w:rPr>
              <w:t>actualizat</w:t>
            </w:r>
            <w:proofErr w:type="spellEnd"/>
            <w:r w:rsidRPr="00094A06">
              <w:rPr>
                <w:sz w:val="20"/>
                <w:szCs w:val="20"/>
              </w:rPr>
              <w:t xml:space="preserve">, </w:t>
            </w:r>
            <w:proofErr w:type="spellStart"/>
            <w:r w:rsidRPr="00094A06">
              <w:rPr>
                <w:sz w:val="20"/>
                <w:szCs w:val="20"/>
              </w:rPr>
              <w:t>anexat</w:t>
            </w:r>
            <w:proofErr w:type="spellEnd"/>
            <w:r w:rsidRPr="00094A06">
              <w:rPr>
                <w:sz w:val="20"/>
                <w:szCs w:val="20"/>
              </w:rPr>
              <w:t xml:space="preserve">     ☐ plan de </w:t>
            </w:r>
            <w:proofErr w:type="spellStart"/>
            <w:r w:rsidRPr="00094A06">
              <w:rPr>
                <w:sz w:val="20"/>
                <w:szCs w:val="20"/>
              </w:rPr>
              <w:t>încadrare</w:t>
            </w:r>
            <w:proofErr w:type="spellEnd"/>
            <w:r w:rsidRPr="00094A06">
              <w:rPr>
                <w:sz w:val="20"/>
                <w:szCs w:val="20"/>
              </w:rPr>
              <w:t xml:space="preserve"> </w:t>
            </w:r>
            <w:proofErr w:type="spellStart"/>
            <w:r w:rsidRPr="00094A06">
              <w:rPr>
                <w:sz w:val="20"/>
                <w:szCs w:val="20"/>
              </w:rPr>
              <w:t>în</w:t>
            </w:r>
            <w:proofErr w:type="spellEnd"/>
            <w:r w:rsidRPr="00094A06">
              <w:rPr>
                <w:sz w:val="20"/>
                <w:szCs w:val="20"/>
              </w:rPr>
              <w:t xml:space="preserve"> </w:t>
            </w:r>
            <w:proofErr w:type="spellStart"/>
            <w:r w:rsidRPr="00094A06">
              <w:rPr>
                <w:sz w:val="20"/>
                <w:szCs w:val="20"/>
              </w:rPr>
              <w:t>zonă</w:t>
            </w:r>
            <w:proofErr w:type="spellEnd"/>
            <w:r w:rsidRPr="00094A06">
              <w:rPr>
                <w:sz w:val="20"/>
                <w:szCs w:val="20"/>
              </w:rPr>
              <w:t xml:space="preserve"> </w:t>
            </w:r>
            <w:proofErr w:type="spellStart"/>
            <w:r w:rsidRPr="00094A06">
              <w:rPr>
                <w:sz w:val="20"/>
                <w:szCs w:val="20"/>
              </w:rPr>
              <w:t>în</w:t>
            </w:r>
            <w:proofErr w:type="spellEnd"/>
            <w:r w:rsidRPr="00094A06">
              <w:rPr>
                <w:sz w:val="20"/>
                <w:szCs w:val="20"/>
              </w:rPr>
              <w:t xml:space="preserve"> </w:t>
            </w:r>
            <w:proofErr w:type="spellStart"/>
            <w:r w:rsidRPr="00094A06">
              <w:rPr>
                <w:sz w:val="20"/>
                <w:szCs w:val="20"/>
              </w:rPr>
              <w:t>sistem</w:t>
            </w:r>
            <w:proofErr w:type="spellEnd"/>
            <w:r w:rsidRPr="00094A06">
              <w:rPr>
                <w:sz w:val="20"/>
                <w:szCs w:val="20"/>
              </w:rPr>
              <w:t xml:space="preserve"> Stereo 70, </w:t>
            </w:r>
            <w:proofErr w:type="spellStart"/>
            <w:r w:rsidRPr="00094A06">
              <w:rPr>
                <w:sz w:val="20"/>
                <w:szCs w:val="20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E9483B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E9483B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realizată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FĂRĂ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autorizație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de construire     ☐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realizată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CU NERESPECTAREA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autorizației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E9483B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E9483B">
              <w:rPr>
                <w:b/>
                <w:color w:val="0D5F78"/>
                <w:sz w:val="20"/>
                <w:szCs w:val="20"/>
                <w:lang w:val="fr-FR"/>
              </w:rPr>
              <w:t>Autorizația</w:t>
            </w:r>
            <w:proofErr w:type="spellEnd"/>
            <w:r w:rsidRPr="00E9483B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b/>
                <w:color w:val="0D5F78"/>
                <w:sz w:val="20"/>
                <w:szCs w:val="20"/>
                <w:lang w:val="fr-FR"/>
              </w:rPr>
              <w:t>nerespectată</w:t>
            </w:r>
            <w:proofErr w:type="spellEnd"/>
            <w:r w:rsidRPr="00E9483B">
              <w:rPr>
                <w:b/>
                <w:color w:val="0D5F78"/>
                <w:sz w:val="20"/>
                <w:szCs w:val="20"/>
                <w:lang w:val="fr-FR"/>
              </w:rPr>
              <w:t xml:space="preserve"> — nr. / data / </w:t>
            </w:r>
            <w:proofErr w:type="spellStart"/>
            <w:r w:rsidRPr="00E9483B">
              <w:rPr>
                <w:b/>
                <w:color w:val="0D5F78"/>
                <w:sz w:val="20"/>
                <w:szCs w:val="20"/>
                <w:lang w:val="fr-FR"/>
              </w:rPr>
              <w:t>emitent</w:t>
            </w:r>
            <w:proofErr w:type="spellEnd"/>
          </w:p>
          <w:p w14:paraId="006DD817" w14:textId="77777777" w:rsidR="007F7E84" w:rsidRPr="00E9483B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E9483B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E9483B">
              <w:rPr>
                <w:i/>
                <w:color w:val="7A7A7A"/>
                <w:sz w:val="20"/>
                <w:szCs w:val="20"/>
                <w:lang w:val="fr-FR"/>
              </w:rPr>
              <w:t xml:space="preserve"> este </w:t>
            </w:r>
            <w:proofErr w:type="spellStart"/>
            <w:r w:rsidRPr="00E9483B">
              <w:rPr>
                <w:i/>
                <w:color w:val="7A7A7A"/>
                <w:sz w:val="20"/>
                <w:szCs w:val="20"/>
                <w:lang w:val="fr-FR"/>
              </w:rPr>
              <w:t>cazul</w:t>
            </w:r>
            <w:proofErr w:type="spellEnd"/>
          </w:p>
          <w:p w14:paraId="11078F60" w14:textId="77777777" w:rsidR="007F7E84" w:rsidRPr="00E9483B" w:rsidRDefault="007F7E84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Pr="00E9483B" w:rsidRDefault="00000000">
            <w:pPr>
              <w:keepNext/>
              <w:rPr>
                <w:sz w:val="20"/>
                <w:szCs w:val="20"/>
              </w:rPr>
            </w:pPr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Încadrarea</w:t>
            </w:r>
            <w:proofErr w:type="spellEnd"/>
            <w:r w:rsidRPr="00E9483B">
              <w:rPr>
                <w:sz w:val="20"/>
                <w:szCs w:val="20"/>
              </w:rPr>
              <w:t xml:space="preserve"> — art. 301, se </w:t>
            </w:r>
            <w:proofErr w:type="spellStart"/>
            <w:r w:rsidRPr="00E9483B">
              <w:rPr>
                <w:sz w:val="20"/>
                <w:szCs w:val="20"/>
              </w:rPr>
              <w:t>bifează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cazul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Pr="00E9483B" w:rsidRDefault="00000000">
            <w:pPr>
              <w:rPr>
                <w:sz w:val="20"/>
                <w:szCs w:val="20"/>
              </w:rPr>
            </w:pPr>
            <w:r w:rsidRPr="00E9483B">
              <w:rPr>
                <w:sz w:val="20"/>
                <w:szCs w:val="20"/>
              </w:rPr>
              <w:t xml:space="preserve">☐ </w:t>
            </w:r>
            <w:proofErr w:type="spellStart"/>
            <w:r w:rsidRPr="00E9483B">
              <w:rPr>
                <w:sz w:val="20"/>
                <w:szCs w:val="20"/>
              </w:rPr>
              <w:t>alin</w:t>
            </w:r>
            <w:proofErr w:type="spellEnd"/>
            <w:r w:rsidRPr="00E9483B">
              <w:rPr>
                <w:sz w:val="20"/>
                <w:szCs w:val="20"/>
              </w:rPr>
              <w:t xml:space="preserve">. (2) — </w:t>
            </w:r>
            <w:proofErr w:type="spellStart"/>
            <w:r w:rsidRPr="00E9483B">
              <w:rPr>
                <w:sz w:val="20"/>
                <w:szCs w:val="20"/>
              </w:rPr>
              <w:t>locuință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unifamilială</w:t>
            </w:r>
            <w:proofErr w:type="spellEnd"/>
            <w:r w:rsidRPr="00E9483B">
              <w:rPr>
                <w:sz w:val="20"/>
                <w:szCs w:val="20"/>
              </w:rPr>
              <w:t xml:space="preserve">, </w:t>
            </w:r>
            <w:proofErr w:type="spellStart"/>
            <w:r w:rsidRPr="00E9483B">
              <w:rPr>
                <w:sz w:val="20"/>
                <w:szCs w:val="20"/>
              </w:rPr>
              <w:t>suprafață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construită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desfășurată</w:t>
            </w:r>
            <w:proofErr w:type="spellEnd"/>
            <w:r w:rsidRPr="00E9483B">
              <w:rPr>
                <w:sz w:val="20"/>
                <w:szCs w:val="20"/>
              </w:rPr>
              <w:t xml:space="preserve"> de cel </w:t>
            </w:r>
            <w:proofErr w:type="spellStart"/>
            <w:r w:rsidRPr="00E9483B">
              <w:rPr>
                <w:sz w:val="20"/>
                <w:szCs w:val="20"/>
              </w:rPr>
              <w:t>mult</w:t>
            </w:r>
            <w:proofErr w:type="spellEnd"/>
            <w:r w:rsidRPr="00E9483B">
              <w:rPr>
                <w:sz w:val="20"/>
                <w:szCs w:val="20"/>
              </w:rPr>
              <w:t xml:space="preserve"> 150 </w:t>
            </w:r>
            <w:proofErr w:type="spellStart"/>
            <w:r w:rsidRPr="00E9483B">
              <w:rPr>
                <w:sz w:val="20"/>
                <w:szCs w:val="20"/>
              </w:rPr>
              <w:t>mp</w:t>
            </w:r>
            <w:proofErr w:type="spellEnd"/>
            <w:r w:rsidRPr="00E9483B">
              <w:rPr>
                <w:sz w:val="20"/>
                <w:szCs w:val="20"/>
              </w:rPr>
              <w:t xml:space="preserve">, care nu </w:t>
            </w:r>
            <w:proofErr w:type="spellStart"/>
            <w:r w:rsidRPr="00E9483B">
              <w:rPr>
                <w:sz w:val="20"/>
                <w:szCs w:val="20"/>
              </w:rPr>
              <w:t>este</w:t>
            </w:r>
            <w:proofErr w:type="spellEnd"/>
            <w:r w:rsidRPr="00E9483B">
              <w:rPr>
                <w:sz w:val="20"/>
                <w:szCs w:val="20"/>
              </w:rPr>
              <w:t xml:space="preserve"> monument </w:t>
            </w:r>
            <w:proofErr w:type="spellStart"/>
            <w:r w:rsidRPr="00E9483B">
              <w:rPr>
                <w:sz w:val="20"/>
                <w:szCs w:val="20"/>
              </w:rPr>
              <w:t>istoric</w:t>
            </w:r>
            <w:proofErr w:type="spellEnd"/>
          </w:p>
          <w:p w14:paraId="031DF070" w14:textId="77777777" w:rsidR="007F7E84" w:rsidRPr="00E9483B" w:rsidRDefault="00000000">
            <w:pPr>
              <w:rPr>
                <w:sz w:val="20"/>
                <w:szCs w:val="20"/>
              </w:rPr>
            </w:pPr>
            <w:r w:rsidRPr="00E9483B">
              <w:rPr>
                <w:sz w:val="20"/>
                <w:szCs w:val="20"/>
              </w:rPr>
              <w:t xml:space="preserve">☐ </w:t>
            </w:r>
            <w:proofErr w:type="spellStart"/>
            <w:r w:rsidRPr="00E9483B">
              <w:rPr>
                <w:sz w:val="20"/>
                <w:szCs w:val="20"/>
              </w:rPr>
              <w:t>alin</w:t>
            </w:r>
            <w:proofErr w:type="spellEnd"/>
            <w:r w:rsidRPr="00E9483B">
              <w:rPr>
                <w:sz w:val="20"/>
                <w:szCs w:val="20"/>
              </w:rPr>
              <w:t xml:space="preserve">. (2) — </w:t>
            </w:r>
            <w:proofErr w:type="spellStart"/>
            <w:r w:rsidRPr="00E9483B">
              <w:rPr>
                <w:sz w:val="20"/>
                <w:szCs w:val="20"/>
              </w:rPr>
              <w:t>anexă</w:t>
            </w:r>
            <w:proofErr w:type="spellEnd"/>
            <w:r w:rsidRPr="00E9483B">
              <w:rPr>
                <w:sz w:val="20"/>
                <w:szCs w:val="20"/>
              </w:rPr>
              <w:t xml:space="preserve"> a </w:t>
            </w:r>
            <w:proofErr w:type="spellStart"/>
            <w:r w:rsidRPr="00E9483B">
              <w:rPr>
                <w:sz w:val="20"/>
                <w:szCs w:val="20"/>
              </w:rPr>
              <w:t>locuinței</w:t>
            </w:r>
            <w:proofErr w:type="spellEnd"/>
            <w:r w:rsidRPr="00E9483B">
              <w:rPr>
                <w:sz w:val="20"/>
                <w:szCs w:val="20"/>
              </w:rPr>
              <w:t xml:space="preserve"> / </w:t>
            </w:r>
            <w:proofErr w:type="spellStart"/>
            <w:r w:rsidRPr="00E9483B">
              <w:rPr>
                <w:sz w:val="20"/>
                <w:szCs w:val="20"/>
              </w:rPr>
              <w:t>gospodărească</w:t>
            </w:r>
            <w:proofErr w:type="spellEnd"/>
            <w:r w:rsidRPr="00E9483B">
              <w:rPr>
                <w:sz w:val="20"/>
                <w:szCs w:val="20"/>
              </w:rPr>
              <w:t xml:space="preserve"> / a </w:t>
            </w:r>
            <w:proofErr w:type="spellStart"/>
            <w:r w:rsidRPr="00E9483B">
              <w:rPr>
                <w:sz w:val="20"/>
                <w:szCs w:val="20"/>
              </w:rPr>
              <w:t>exploatației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agricole</w:t>
            </w:r>
            <w:proofErr w:type="spellEnd"/>
            <w:r w:rsidRPr="00E9483B">
              <w:rPr>
                <w:sz w:val="20"/>
                <w:szCs w:val="20"/>
              </w:rPr>
              <w:t xml:space="preserve">, de cel </w:t>
            </w:r>
            <w:proofErr w:type="spellStart"/>
            <w:r w:rsidRPr="00E9483B">
              <w:rPr>
                <w:sz w:val="20"/>
                <w:szCs w:val="20"/>
              </w:rPr>
              <w:t>mult</w:t>
            </w:r>
            <w:proofErr w:type="spellEnd"/>
            <w:r w:rsidRPr="00E9483B">
              <w:rPr>
                <w:sz w:val="20"/>
                <w:szCs w:val="20"/>
              </w:rPr>
              <w:t xml:space="preserve"> 150 </w:t>
            </w:r>
            <w:proofErr w:type="spellStart"/>
            <w:r w:rsidRPr="00E9483B">
              <w:rPr>
                <w:sz w:val="20"/>
                <w:szCs w:val="20"/>
              </w:rPr>
              <w:t>mp</w:t>
            </w:r>
            <w:proofErr w:type="spellEnd"/>
          </w:p>
          <w:p w14:paraId="2E9D9F47" w14:textId="77777777" w:rsidR="007F7E84" w:rsidRPr="00E9483B" w:rsidRDefault="00000000">
            <w:pPr>
              <w:rPr>
                <w:sz w:val="20"/>
                <w:szCs w:val="20"/>
              </w:rPr>
            </w:pPr>
            <w:r w:rsidRPr="00E9483B">
              <w:rPr>
                <w:sz w:val="20"/>
                <w:szCs w:val="20"/>
              </w:rPr>
              <w:t xml:space="preserve">☐ </w:t>
            </w:r>
            <w:proofErr w:type="spellStart"/>
            <w:r w:rsidRPr="00E9483B">
              <w:rPr>
                <w:sz w:val="20"/>
                <w:szCs w:val="20"/>
              </w:rPr>
              <w:t>alin</w:t>
            </w:r>
            <w:proofErr w:type="spellEnd"/>
            <w:r w:rsidRPr="00E9483B">
              <w:rPr>
                <w:sz w:val="20"/>
                <w:szCs w:val="20"/>
              </w:rPr>
              <w:t xml:space="preserve">. (2) — </w:t>
            </w:r>
            <w:proofErr w:type="spellStart"/>
            <w:r w:rsidRPr="00E9483B">
              <w:rPr>
                <w:sz w:val="20"/>
                <w:szCs w:val="20"/>
              </w:rPr>
              <w:t>lucrări</w:t>
            </w:r>
            <w:proofErr w:type="spellEnd"/>
            <w:r w:rsidRPr="00E9483B">
              <w:rPr>
                <w:sz w:val="20"/>
                <w:szCs w:val="20"/>
              </w:rPr>
              <w:t xml:space="preserve"> de </w:t>
            </w:r>
            <w:proofErr w:type="spellStart"/>
            <w:r w:rsidRPr="00E9483B">
              <w:rPr>
                <w:sz w:val="20"/>
                <w:szCs w:val="20"/>
              </w:rPr>
              <w:t>închidere</w:t>
            </w:r>
            <w:proofErr w:type="spellEnd"/>
            <w:r w:rsidRPr="00E9483B">
              <w:rPr>
                <w:sz w:val="20"/>
                <w:szCs w:val="20"/>
              </w:rPr>
              <w:t xml:space="preserve"> a </w:t>
            </w:r>
            <w:proofErr w:type="spellStart"/>
            <w:r w:rsidRPr="00E9483B">
              <w:rPr>
                <w:sz w:val="20"/>
                <w:szCs w:val="20"/>
              </w:rPr>
              <w:t>balcoanelor</w:t>
            </w:r>
            <w:proofErr w:type="spellEnd"/>
            <w:r w:rsidRPr="00E9483B">
              <w:rPr>
                <w:sz w:val="20"/>
                <w:szCs w:val="20"/>
              </w:rPr>
              <w:t xml:space="preserve">, </w:t>
            </w:r>
            <w:proofErr w:type="spellStart"/>
            <w:r w:rsidRPr="00E9483B">
              <w:rPr>
                <w:sz w:val="20"/>
                <w:szCs w:val="20"/>
              </w:rPr>
              <w:t>fără</w:t>
            </w:r>
            <w:proofErr w:type="spellEnd"/>
            <w:r w:rsidRPr="00E9483B">
              <w:rPr>
                <w:sz w:val="20"/>
                <w:szCs w:val="20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</w:rPr>
              <w:t>extindere</w:t>
            </w:r>
            <w:proofErr w:type="spellEnd"/>
            <w:r w:rsidRPr="00E9483B">
              <w:rPr>
                <w:sz w:val="20"/>
                <w:szCs w:val="20"/>
              </w:rPr>
              <w:t xml:space="preserve"> pe </w:t>
            </w:r>
            <w:proofErr w:type="spellStart"/>
            <w:r w:rsidRPr="00E9483B">
              <w:rPr>
                <w:sz w:val="20"/>
                <w:szCs w:val="20"/>
              </w:rPr>
              <w:t>domeniul</w:t>
            </w:r>
            <w:proofErr w:type="spellEnd"/>
            <w:r w:rsidRPr="00E9483B">
              <w:rPr>
                <w:sz w:val="20"/>
                <w:szCs w:val="20"/>
              </w:rPr>
              <w:t xml:space="preserve"> public</w:t>
            </w:r>
          </w:p>
          <w:p w14:paraId="6FF42F2C" w14:textId="77777777" w:rsidR="007F7E84" w:rsidRPr="00E9483B" w:rsidRDefault="00000000">
            <w:pPr>
              <w:rPr>
                <w:sz w:val="20"/>
                <w:szCs w:val="20"/>
                <w:lang w:val="fr-FR"/>
              </w:rPr>
            </w:pPr>
            <w:r w:rsidRPr="00E9483B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alin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. (7) —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categorii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termenul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excepție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cel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mult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1 an de la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intrarea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vigoare</w:t>
            </w:r>
            <w:proofErr w:type="spellEnd"/>
            <w:r w:rsidRPr="00E9483B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E9483B">
              <w:rPr>
                <w:sz w:val="20"/>
                <w:szCs w:val="20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r w:rsidRPr="004078AF">
              <w:rPr>
                <w:b/>
                <w:color w:val="0D5F78"/>
                <w:sz w:val="20"/>
                <w:szCs w:val="20"/>
              </w:rPr>
              <w:t xml:space="preserve">P.A.C.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081D303B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62CFEEEB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r w:rsidRPr="004078AF">
              <w:rPr>
                <w:b/>
                <w:color w:val="0D5F78"/>
                <w:sz w:val="20"/>
                <w:szCs w:val="20"/>
              </w:rPr>
              <w:t>Elaborator</w:t>
            </w:r>
          </w:p>
          <w:p w14:paraId="5E0DA302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C33644F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Proiectant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autor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— nr. TNA</w:t>
            </w:r>
          </w:p>
          <w:p w14:paraId="6A9C09B5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Rapoartele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expertiză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tehnică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pe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cerințele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rezistență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mecanică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stabilitate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certificat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</w:p>
          <w:p w14:paraId="230A5D17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5FA204DC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65A14D07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securitate</w:t>
            </w:r>
            <w:proofErr w:type="spellEnd"/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incendiu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/ nr.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certificat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de expert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</w:p>
          <w:p w14:paraId="3477543A" w14:textId="77777777" w:rsidR="007F7E84" w:rsidRPr="004078AF" w:rsidRDefault="007F7E84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1BBAEC3E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igienă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sănătate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mediu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înconjurător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certificat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</w:p>
          <w:p w14:paraId="151EC457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585F072F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50A37E26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siguranță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accesibilitate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exploatare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certificat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tehnic</w:t>
            </w:r>
            <w:proofErr w:type="spellEnd"/>
          </w:p>
          <w:p w14:paraId="414EC1B2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0569AADA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41CC10DD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protecție</w:t>
            </w:r>
            <w:proofErr w:type="spellEnd"/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împotriva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zgomotului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/ nr.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certificat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de expert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</w:p>
          <w:p w14:paraId="5E8E242D" w14:textId="77777777" w:rsidR="007F7E84" w:rsidRPr="004078AF" w:rsidRDefault="007F7E84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63F35EFA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economie</w:t>
            </w:r>
            <w:proofErr w:type="spellEnd"/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energie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izolare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termică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—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prenume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expert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/ nr.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certificat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de expert</w:t>
            </w:r>
            <w:proofErr w:type="gramEnd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  <w:lang w:val="fr-FR"/>
              </w:rPr>
              <w:t>tehnic</w:t>
            </w:r>
            <w:proofErr w:type="spellEnd"/>
          </w:p>
          <w:p w14:paraId="26370942" w14:textId="77777777" w:rsidR="007F7E84" w:rsidRPr="004078AF" w:rsidRDefault="007F7E84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Pr="004078A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expertiză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272D9917" w14:textId="77777777" w:rsidR="007F7E84" w:rsidRPr="004078AF" w:rsidRDefault="007F7E84">
            <w:pPr>
              <w:keepNext/>
              <w:rPr>
                <w:sz w:val="20"/>
                <w:szCs w:val="20"/>
              </w:rPr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  <w:r w:rsidRPr="004078AF">
              <w:rPr>
                <w:b/>
                <w:color w:val="0D5F78"/>
                <w:sz w:val="20"/>
                <w:szCs w:val="20"/>
              </w:rPr>
              <w:t>Elaborator</w:t>
            </w:r>
          </w:p>
          <w:p w14:paraId="20B5DC55" w14:textId="77777777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4281267D" w14:textId="77777777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Raport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4FCC2520" w14:textId="77777777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753CB3B7" w14:textId="6B74F72C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  <w:r w:rsidRPr="004078AF">
              <w:rPr>
                <w:b/>
                <w:color w:val="0D5F78"/>
                <w:sz w:val="20"/>
                <w:szCs w:val="20"/>
              </w:rPr>
              <w:t xml:space="preserve">Nr.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certificat</w:t>
            </w:r>
            <w:proofErr w:type="spellEnd"/>
            <w:r w:rsidRPr="004078A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atestare</w:t>
            </w:r>
            <w:proofErr w:type="spellEnd"/>
          </w:p>
          <w:p w14:paraId="0C4E7A7D" w14:textId="3C35C112" w:rsidR="00505208" w:rsidRPr="004078AF" w:rsidRDefault="00505208" w:rsidP="00505208">
            <w:pPr>
              <w:keepNext/>
              <w:rPr>
                <w:sz w:val="20"/>
                <w:szCs w:val="20"/>
              </w:rPr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4078AF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☐ a)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rapoartele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expertiză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tehnică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cerințele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fundamentale</w:t>
            </w:r>
            <w:proofErr w:type="spellEnd"/>
          </w:p>
        </w:tc>
      </w:tr>
      <w:tr w:rsidR="007F7E84" w:rsidRPr="004078AF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4078AF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☐ b) documente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emise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către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emitenții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avizelor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acordurilor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câte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1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exemplar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copie</w:t>
            </w:r>
            <w:proofErr w:type="gramStart"/>
            <w:r w:rsidRPr="004078AF">
              <w:rPr>
                <w:sz w:val="20"/>
                <w:szCs w:val="20"/>
                <w:lang w:val="fr-FR"/>
              </w:rPr>
              <w:t>):</w:t>
            </w:r>
            <w:proofErr w:type="gramEnd"/>
          </w:p>
        </w:tc>
      </w:tr>
      <w:tr w:rsidR="007F7E84" w:rsidRPr="004078AF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4078AF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sz w:val="20"/>
                <w:szCs w:val="20"/>
                <w:lang w:val="fr-FR"/>
              </w:rPr>
            </w:pPr>
          </w:p>
          <w:p w14:paraId="0FF9083D" w14:textId="77777777" w:rsidR="007F7E84" w:rsidRPr="004078AF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sz w:val="20"/>
                <w:szCs w:val="20"/>
                <w:lang w:val="fr-FR"/>
              </w:rPr>
            </w:pPr>
          </w:p>
        </w:tc>
      </w:tr>
      <w:tr w:rsidR="007F7E84" w:rsidRPr="004078AF" w14:paraId="7492A795" w14:textId="77777777">
        <w:trPr>
          <w:cantSplit/>
        </w:trPr>
        <w:tc>
          <w:tcPr>
            <w:tcW w:w="9636" w:type="dxa"/>
          </w:tcPr>
          <w:p w14:paraId="10A3BCE7" w14:textId="596FB0B3" w:rsidR="007F7E84" w:rsidRPr="004078AF" w:rsidRDefault="00B77F6B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Pr="004078AF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raport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privind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respectarea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reglementărilor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urbanistice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elaborat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de </w:t>
            </w:r>
            <w:r w:rsidR="004E3C9A" w:rsidRPr="004078AF">
              <w:rPr>
                <w:sz w:val="20"/>
                <w:szCs w:val="20"/>
                <w:lang w:val="fr-FR"/>
              </w:rPr>
              <w:t xml:space="preserve">structura de </w:t>
            </w:r>
            <w:proofErr w:type="spellStart"/>
            <w:r w:rsidR="004E3C9A" w:rsidRPr="004078AF">
              <w:rPr>
                <w:sz w:val="20"/>
                <w:szCs w:val="20"/>
                <w:lang w:val="fr-FR"/>
              </w:rPr>
              <w:t>specialitate</w:t>
            </w:r>
            <w:proofErr w:type="spellEnd"/>
            <w:r w:rsidR="004E3C9A" w:rsidRPr="004078AF">
              <w:rPr>
                <w:sz w:val="20"/>
                <w:szCs w:val="20"/>
                <w:lang w:val="fr-FR"/>
              </w:rPr>
              <w:t xml:space="preserve"> / de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specialist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drept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semnătură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domeniul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urbanismului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d</w:t>
            </w:r>
            <w:r w:rsidR="004E3C9A" w:rsidRPr="004078AF">
              <w:rPr>
                <w:sz w:val="20"/>
                <w:szCs w:val="20"/>
                <w:lang w:val="fr-FR"/>
              </w:rPr>
              <w:t>upă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caz</w:t>
            </w:r>
            <w:proofErr w:type="spellEnd"/>
          </w:p>
        </w:tc>
      </w:tr>
      <w:tr w:rsidR="007F7E84" w:rsidRPr="004078AF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Pr="004078AF" w:rsidRDefault="00000000">
            <w:pPr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 ☐ extras de carte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funciară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actualizat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    </w:t>
            </w:r>
          </w:p>
          <w:p w14:paraId="5DA3E17B" w14:textId="76685374" w:rsidR="004E3C9A" w:rsidRPr="004078AF" w:rsidRDefault="004E3C9A">
            <w:pPr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documentația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P.A.C. (2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exemplare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1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exemplar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original,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format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letric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acolo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unde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autoritatea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are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posibilitatea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4078AF">
              <w:rPr>
                <w:sz w:val="20"/>
                <w:szCs w:val="20"/>
                <w:lang w:val="fr-FR"/>
              </w:rPr>
              <w:t>de a</w:t>
            </w:r>
            <w:proofErr w:type="gram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arhiva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format digital))     </w:t>
            </w:r>
          </w:p>
          <w:p w14:paraId="42CC0EB0" w14:textId="77777777" w:rsidR="004078AF" w:rsidRPr="004078AF" w:rsidRDefault="004E3C9A">
            <w:pPr>
              <w:rPr>
                <w:sz w:val="20"/>
                <w:szCs w:val="20"/>
                <w:lang w:val="fr-FR"/>
              </w:rPr>
            </w:pPr>
            <w:r w:rsidRPr="004078AF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dovada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achitării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sz w:val="20"/>
                <w:szCs w:val="20"/>
                <w:lang w:val="fr-FR"/>
              </w:rPr>
              <w:t>taxelor</w:t>
            </w:r>
            <w:proofErr w:type="spellEnd"/>
            <w:r w:rsidRPr="004078AF">
              <w:rPr>
                <w:sz w:val="20"/>
                <w:szCs w:val="20"/>
                <w:lang w:val="fr-FR"/>
              </w:rPr>
              <w:t xml:space="preserve">     </w:t>
            </w:r>
          </w:p>
          <w:p w14:paraId="3933EBC7" w14:textId="20FE5E2D" w:rsidR="007F7E84" w:rsidRPr="004078AF" w:rsidRDefault="00B77F6B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4E3C9A" w:rsidRPr="004078AF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="004E3C9A" w:rsidRPr="004078AF">
              <w:rPr>
                <w:sz w:val="20"/>
                <w:szCs w:val="20"/>
                <w:lang w:val="fr-FR"/>
              </w:rPr>
              <w:t>împuternicirea</w:t>
            </w:r>
            <w:proofErr w:type="spellEnd"/>
            <w:r w:rsidR="004E3C9A" w:rsidRPr="004078A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="004E3C9A" w:rsidRPr="004078AF">
              <w:rPr>
                <w:sz w:val="20"/>
                <w:szCs w:val="20"/>
                <w:lang w:val="fr-FR"/>
              </w:rPr>
              <w:t>dacă</w:t>
            </w:r>
            <w:proofErr w:type="spellEnd"/>
            <w:r w:rsidR="004E3C9A" w:rsidRPr="004078AF">
              <w:rPr>
                <w:sz w:val="20"/>
                <w:szCs w:val="20"/>
                <w:lang w:val="fr-FR"/>
              </w:rPr>
              <w:t xml:space="preserve"> este </w:t>
            </w:r>
            <w:proofErr w:type="spellStart"/>
            <w:r w:rsidR="004E3C9A" w:rsidRPr="004078AF">
              <w:rPr>
                <w:sz w:val="20"/>
                <w:szCs w:val="20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4078AF" w:rsidRDefault="007F7E84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4078AF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4078AF" w:rsidRDefault="00000000">
            <w:pPr>
              <w:spacing w:line="228" w:lineRule="auto"/>
              <w:rPr>
                <w:sz w:val="20"/>
                <w:szCs w:val="20"/>
                <w:lang w:val="fr-FR"/>
              </w:rPr>
            </w:pP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Declar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propria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răspundere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sub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sancțiunea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Codului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penal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privind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infracțiunea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fals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declarații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că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datele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menționate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prezenta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cerere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sunt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reale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exacte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și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că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am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formulat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prezenta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cerere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anterior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începerii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lucrărilor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modificare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identificate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Proiectul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pentru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autorizarea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construirii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atașat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astfel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cum </w:t>
            </w:r>
            <w:proofErr w:type="spellStart"/>
            <w:r w:rsidRPr="004078AF">
              <w:rPr>
                <w:i/>
                <w:sz w:val="20"/>
                <w:szCs w:val="20"/>
                <w:lang w:val="fr-FR"/>
              </w:rPr>
              <w:t>stabilește</w:t>
            </w:r>
            <w:proofErr w:type="spellEnd"/>
            <w:r w:rsidRPr="004078AF">
              <w:rPr>
                <w:i/>
                <w:sz w:val="20"/>
                <w:szCs w:val="20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Pr="004078AF" w:rsidRDefault="00000000" w:rsidP="00606ECB">
            <w:pPr>
              <w:jc w:val="center"/>
              <w:rPr>
                <w:sz w:val="20"/>
                <w:szCs w:val="20"/>
              </w:rPr>
            </w:pPr>
            <w:r w:rsidRPr="004078AF">
              <w:rPr>
                <w:b/>
                <w:color w:val="0D5F78"/>
                <w:sz w:val="20"/>
                <w:szCs w:val="20"/>
              </w:rPr>
              <w:t>Data</w:t>
            </w:r>
          </w:p>
          <w:p w14:paraId="77A9FAF1" w14:textId="77777777" w:rsidR="007F7E84" w:rsidRPr="004078AF" w:rsidRDefault="007F7E84" w:rsidP="00606E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4F0CD454" w14:textId="77777777" w:rsidR="007F7E84" w:rsidRPr="004078AF" w:rsidRDefault="00000000" w:rsidP="00606ECB">
            <w:pPr>
              <w:jc w:val="center"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Solicitantul</w:t>
            </w:r>
            <w:proofErr w:type="spellEnd"/>
          </w:p>
          <w:p w14:paraId="306F5F5D" w14:textId="77777777" w:rsidR="007F7E84" w:rsidRDefault="007F7E84" w:rsidP="00606ECB">
            <w:pPr>
              <w:jc w:val="center"/>
              <w:rPr>
                <w:sz w:val="20"/>
                <w:szCs w:val="20"/>
              </w:rPr>
            </w:pPr>
          </w:p>
          <w:p w14:paraId="3A3A8032" w14:textId="77777777" w:rsidR="00F14C99" w:rsidRPr="004078AF" w:rsidRDefault="00F14C99" w:rsidP="00606E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7154C44B" w14:textId="77777777" w:rsidR="007F7E84" w:rsidRPr="004078AF" w:rsidRDefault="00000000" w:rsidP="00606ECB">
            <w:pPr>
              <w:jc w:val="center"/>
              <w:rPr>
                <w:sz w:val="20"/>
                <w:szCs w:val="20"/>
              </w:rPr>
            </w:pPr>
            <w:proofErr w:type="spellStart"/>
            <w:r w:rsidRPr="004078AF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5BFB720C" w14:textId="77777777" w:rsidR="007F7E84" w:rsidRPr="004078AF" w:rsidRDefault="007F7E84" w:rsidP="00606EC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D7854" w14:textId="77777777" w:rsidR="00BA4028" w:rsidRDefault="00BA4028">
      <w:r>
        <w:separator/>
      </w:r>
    </w:p>
  </w:endnote>
  <w:endnote w:type="continuationSeparator" w:id="0">
    <w:p w14:paraId="261041DC" w14:textId="77777777" w:rsidR="00BA4028" w:rsidRDefault="00BA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A2A2" w14:textId="77777777" w:rsidR="00A667C9" w:rsidRDefault="00A667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000000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B52F" w14:textId="77777777" w:rsidR="00A667C9" w:rsidRDefault="00A66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8B0D" w14:textId="77777777" w:rsidR="00BA4028" w:rsidRDefault="00BA4028">
      <w:r>
        <w:separator/>
      </w:r>
    </w:p>
  </w:footnote>
  <w:footnote w:type="continuationSeparator" w:id="0">
    <w:p w14:paraId="1C72F40D" w14:textId="77777777" w:rsidR="00BA4028" w:rsidRDefault="00BA4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18BC" w14:textId="77777777" w:rsidR="00A667C9" w:rsidRDefault="00A667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C465" w14:textId="77777777" w:rsidR="00A667C9" w:rsidRDefault="00A667C9" w:rsidP="00A667C9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1F762A77" w14:textId="5EE8FB7B" w:rsidR="00A667C9" w:rsidRPr="002B61AC" w:rsidRDefault="00A667C9" w:rsidP="00A667C9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</w:t>
    </w:r>
    <w:r w:rsidR="00D44152">
      <w:rPr>
        <w:color w:val="595959"/>
      </w:rPr>
      <w:t>AR</w:t>
    </w:r>
    <w:r>
      <w:rPr>
        <w:color w:val="595959"/>
      </w:rPr>
      <w:t xml:space="preserve">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5450A131" w14:textId="77777777" w:rsidR="00A667C9" w:rsidRDefault="00A667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76A6" w14:textId="77777777" w:rsidR="00A667C9" w:rsidRDefault="00A667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A06"/>
    <w:rsid w:val="000F469D"/>
    <w:rsid w:val="0015074B"/>
    <w:rsid w:val="001B3F17"/>
    <w:rsid w:val="001D6948"/>
    <w:rsid w:val="00213376"/>
    <w:rsid w:val="00243AD6"/>
    <w:rsid w:val="002941C8"/>
    <w:rsid w:val="00294F06"/>
    <w:rsid w:val="0029639D"/>
    <w:rsid w:val="0031113E"/>
    <w:rsid w:val="00326F90"/>
    <w:rsid w:val="00346DCF"/>
    <w:rsid w:val="003F4DFD"/>
    <w:rsid w:val="004078AF"/>
    <w:rsid w:val="004116A4"/>
    <w:rsid w:val="00411853"/>
    <w:rsid w:val="0041750F"/>
    <w:rsid w:val="004E3C9A"/>
    <w:rsid w:val="00505208"/>
    <w:rsid w:val="00550406"/>
    <w:rsid w:val="00606ECB"/>
    <w:rsid w:val="006816CD"/>
    <w:rsid w:val="006C103E"/>
    <w:rsid w:val="00732BD8"/>
    <w:rsid w:val="007F7E84"/>
    <w:rsid w:val="00856042"/>
    <w:rsid w:val="00890220"/>
    <w:rsid w:val="008D4C38"/>
    <w:rsid w:val="00A04B00"/>
    <w:rsid w:val="00A667C9"/>
    <w:rsid w:val="00AA1D8D"/>
    <w:rsid w:val="00B06E66"/>
    <w:rsid w:val="00B47730"/>
    <w:rsid w:val="00B721F9"/>
    <w:rsid w:val="00B77F6B"/>
    <w:rsid w:val="00B955D9"/>
    <w:rsid w:val="00BA4028"/>
    <w:rsid w:val="00BF1A07"/>
    <w:rsid w:val="00C00B35"/>
    <w:rsid w:val="00C65DC4"/>
    <w:rsid w:val="00CB0664"/>
    <w:rsid w:val="00CB5AAB"/>
    <w:rsid w:val="00CD4D7D"/>
    <w:rsid w:val="00D44152"/>
    <w:rsid w:val="00D809CD"/>
    <w:rsid w:val="00DE45D5"/>
    <w:rsid w:val="00E61A6B"/>
    <w:rsid w:val="00E9483B"/>
    <w:rsid w:val="00EB0170"/>
    <w:rsid w:val="00F14C99"/>
    <w:rsid w:val="00F764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33</cp:revision>
  <dcterms:created xsi:type="dcterms:W3CDTF">2013-12-23T23:15:00Z</dcterms:created>
  <dcterms:modified xsi:type="dcterms:W3CDTF">2026-10-07T05:51:00Z</dcterms:modified>
  <cp:category/>
</cp:coreProperties>
</file>