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822"/>
        <w:gridCol w:w="1996"/>
        <w:gridCol w:w="3212"/>
      </w:tblGrid>
      <w:tr w:rsidR="002E59F6" w:rsidRPr="001241A0" w14:paraId="30FABA20" w14:textId="77777777" w:rsidTr="004B450C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36C2457" w14:textId="30653AE6" w:rsidR="002E59F6" w:rsidRPr="001241A0" w:rsidRDefault="002E59F6" w:rsidP="004B450C">
            <w:pPr>
              <w:keepNext/>
              <w:jc w:val="center"/>
              <w:rPr>
                <w:i/>
              </w:rPr>
            </w:pPr>
            <w:r w:rsidRPr="001241A0">
              <w:rPr>
                <w:i/>
                <w:noProof/>
              </w:rPr>
              <w:drawing>
                <wp:inline distT="0" distB="0" distL="0" distR="0" wp14:anchorId="49348B1B" wp14:editId="7FC9779A">
                  <wp:extent cx="743585" cy="1127760"/>
                  <wp:effectExtent l="0" t="0" r="0" b="0"/>
                  <wp:docPr id="553881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12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6BAE815" w14:textId="77777777" w:rsidR="002E59F6" w:rsidRPr="001241A0" w:rsidRDefault="002E59F6" w:rsidP="004B450C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5B665C99" w14:textId="77777777" w:rsidR="002E59F6" w:rsidRPr="00B40E6A" w:rsidRDefault="002E59F6" w:rsidP="004B450C">
            <w:pPr>
              <w:keepNext/>
              <w:rPr>
                <w:sz w:val="18"/>
                <w:szCs w:val="18"/>
              </w:rPr>
            </w:pPr>
          </w:p>
          <w:p w14:paraId="00FB33CD" w14:textId="77777777" w:rsidR="002E59F6" w:rsidRPr="00B40E6A" w:rsidRDefault="002E59F6" w:rsidP="004B450C">
            <w:pPr>
              <w:keepNext/>
              <w:rPr>
                <w:sz w:val="18"/>
                <w:szCs w:val="18"/>
                <w:lang w:val="ro-RO"/>
              </w:rPr>
            </w:pPr>
            <w:proofErr w:type="spellStart"/>
            <w:r w:rsidRPr="00B40E6A">
              <w:rPr>
                <w:b/>
                <w:sz w:val="18"/>
                <w:szCs w:val="18"/>
              </w:rPr>
              <w:t>Județul</w:t>
            </w:r>
            <w:proofErr w:type="spellEnd"/>
            <w:r w:rsidRPr="00B40E6A">
              <w:rPr>
                <w:b/>
                <w:sz w:val="18"/>
                <w:szCs w:val="18"/>
              </w:rPr>
              <w:t xml:space="preserve"> Mehedin</w:t>
            </w:r>
            <w:r w:rsidRPr="00B40E6A">
              <w:rPr>
                <w:b/>
                <w:sz w:val="18"/>
                <w:szCs w:val="18"/>
                <w:lang w:val="ro-RO"/>
              </w:rPr>
              <w:t>ți</w:t>
            </w:r>
          </w:p>
          <w:p w14:paraId="3FFEE743" w14:textId="77777777" w:rsidR="002E59F6" w:rsidRPr="00B40E6A" w:rsidRDefault="002E59F6" w:rsidP="004B450C">
            <w:pPr>
              <w:keepNext/>
              <w:rPr>
                <w:sz w:val="18"/>
                <w:szCs w:val="18"/>
              </w:rPr>
            </w:pPr>
          </w:p>
        </w:tc>
      </w:tr>
      <w:tr w:rsidR="002E59F6" w:rsidRPr="001241A0" w14:paraId="62D8D169" w14:textId="77777777" w:rsidTr="004B450C">
        <w:trPr>
          <w:cantSplit/>
          <w:trHeight w:val="510"/>
        </w:trPr>
        <w:tc>
          <w:tcPr>
            <w:tcW w:w="1606" w:type="dxa"/>
            <w:vMerge/>
          </w:tcPr>
          <w:p w14:paraId="1DC33931" w14:textId="77777777" w:rsidR="002E59F6" w:rsidRPr="001241A0" w:rsidRDefault="002E59F6" w:rsidP="004B450C"/>
        </w:tc>
        <w:tc>
          <w:tcPr>
            <w:tcW w:w="8030" w:type="dxa"/>
            <w:gridSpan w:val="3"/>
            <w:shd w:val="clear" w:color="auto" w:fill="F0F0F0"/>
          </w:tcPr>
          <w:p w14:paraId="6575BEED" w14:textId="77777777" w:rsidR="002E59F6" w:rsidRPr="00B40E6A" w:rsidRDefault="002E59F6" w:rsidP="004B450C">
            <w:pPr>
              <w:keepNext/>
              <w:rPr>
                <w:b/>
                <w:sz w:val="18"/>
                <w:szCs w:val="18"/>
              </w:rPr>
            </w:pPr>
          </w:p>
          <w:p w14:paraId="712A77CA" w14:textId="77777777" w:rsidR="002E59F6" w:rsidRPr="00B40E6A" w:rsidRDefault="002E59F6" w:rsidP="004B450C">
            <w:pPr>
              <w:keepNext/>
              <w:rPr>
                <w:sz w:val="18"/>
                <w:szCs w:val="18"/>
              </w:rPr>
            </w:pPr>
            <w:proofErr w:type="spellStart"/>
            <w:r w:rsidRPr="00B40E6A">
              <w:rPr>
                <w:b/>
                <w:sz w:val="18"/>
                <w:szCs w:val="18"/>
              </w:rPr>
              <w:t>Primăria</w:t>
            </w:r>
            <w:proofErr w:type="spellEnd"/>
            <w:r w:rsidRPr="00B40E6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40E6A">
              <w:rPr>
                <w:b/>
                <w:sz w:val="18"/>
                <w:szCs w:val="18"/>
              </w:rPr>
              <w:t>Municipiului</w:t>
            </w:r>
            <w:proofErr w:type="spellEnd"/>
            <w:r w:rsidRPr="00B40E6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40E6A">
              <w:rPr>
                <w:b/>
                <w:sz w:val="18"/>
                <w:szCs w:val="18"/>
              </w:rPr>
              <w:t>Drobeta</w:t>
            </w:r>
            <w:proofErr w:type="spellEnd"/>
            <w:r w:rsidRPr="00B40E6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40E6A">
              <w:rPr>
                <w:b/>
                <w:sz w:val="18"/>
                <w:szCs w:val="18"/>
              </w:rPr>
              <w:t>Turnu</w:t>
            </w:r>
            <w:proofErr w:type="spellEnd"/>
            <w:r w:rsidRPr="00B40E6A">
              <w:rPr>
                <w:b/>
                <w:sz w:val="18"/>
                <w:szCs w:val="18"/>
              </w:rPr>
              <w:t xml:space="preserve"> Severin</w:t>
            </w:r>
          </w:p>
          <w:p w14:paraId="05427D98" w14:textId="77777777" w:rsidR="002E59F6" w:rsidRPr="00B40E6A" w:rsidRDefault="002E59F6" w:rsidP="004B450C">
            <w:pPr>
              <w:keepNext/>
              <w:rPr>
                <w:sz w:val="18"/>
                <w:szCs w:val="18"/>
              </w:rPr>
            </w:pPr>
          </w:p>
        </w:tc>
      </w:tr>
      <w:tr w:rsidR="002E59F6" w:rsidRPr="001241A0" w14:paraId="16E720B4" w14:textId="77777777" w:rsidTr="00B40E6A">
        <w:trPr>
          <w:cantSplit/>
          <w:trHeight w:val="510"/>
        </w:trPr>
        <w:tc>
          <w:tcPr>
            <w:tcW w:w="1606" w:type="dxa"/>
            <w:vMerge/>
          </w:tcPr>
          <w:p w14:paraId="32E694E4" w14:textId="77777777" w:rsidR="002E59F6" w:rsidRPr="001241A0" w:rsidRDefault="002E59F6" w:rsidP="004B450C"/>
        </w:tc>
        <w:tc>
          <w:tcPr>
            <w:tcW w:w="2822" w:type="dxa"/>
            <w:shd w:val="clear" w:color="auto" w:fill="F0F0F0"/>
          </w:tcPr>
          <w:p w14:paraId="52EAD04F" w14:textId="77777777" w:rsidR="002E59F6" w:rsidRPr="00B40E6A" w:rsidRDefault="002E59F6" w:rsidP="004B450C">
            <w:pPr>
              <w:keepNext/>
              <w:rPr>
                <w:b/>
                <w:sz w:val="18"/>
                <w:szCs w:val="18"/>
                <w:lang w:val="fr-FR"/>
              </w:rPr>
            </w:pPr>
            <w:r w:rsidRPr="00B40E6A">
              <w:rPr>
                <w:b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B40E6A">
              <w:rPr>
                <w:b/>
                <w:sz w:val="18"/>
                <w:szCs w:val="18"/>
                <w:lang w:val="fr-FR"/>
              </w:rPr>
              <w:t>identificare</w:t>
            </w:r>
            <w:proofErr w:type="spellEnd"/>
            <w:r w:rsidRPr="00B40E6A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40E6A">
              <w:rPr>
                <w:b/>
                <w:sz w:val="18"/>
                <w:szCs w:val="18"/>
                <w:lang w:val="fr-FR"/>
              </w:rPr>
              <w:t>fiscală</w:t>
            </w:r>
            <w:proofErr w:type="spellEnd"/>
            <w:r w:rsidRPr="00B40E6A">
              <w:rPr>
                <w:b/>
                <w:sz w:val="18"/>
                <w:szCs w:val="18"/>
                <w:lang w:val="fr-FR"/>
              </w:rPr>
              <w:t xml:space="preserve"> (CIF)</w:t>
            </w:r>
          </w:p>
          <w:p w14:paraId="15464C9B" w14:textId="77777777" w:rsidR="002E59F6" w:rsidRPr="00B40E6A" w:rsidRDefault="002E59F6" w:rsidP="004B450C">
            <w:pPr>
              <w:keepNext/>
              <w:rPr>
                <w:sz w:val="18"/>
                <w:szCs w:val="18"/>
                <w:lang w:val="fr-FR"/>
              </w:rPr>
            </w:pPr>
            <w:r w:rsidRPr="00B40E6A">
              <w:rPr>
                <w:b/>
                <w:sz w:val="18"/>
                <w:szCs w:val="18"/>
                <w:lang w:val="fr-FR"/>
              </w:rPr>
              <w:t>RO 44265584</w:t>
            </w:r>
          </w:p>
          <w:p w14:paraId="44F58AFC" w14:textId="77777777" w:rsidR="002E59F6" w:rsidRPr="00B40E6A" w:rsidRDefault="002E59F6" w:rsidP="004B450C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5208" w:type="dxa"/>
            <w:gridSpan w:val="2"/>
            <w:shd w:val="clear" w:color="auto" w:fill="F0F0F0"/>
          </w:tcPr>
          <w:p w14:paraId="4A1A1676" w14:textId="77777777" w:rsidR="00520A62" w:rsidRPr="00B40E6A" w:rsidRDefault="002E59F6" w:rsidP="004B450C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B40E6A">
              <w:rPr>
                <w:b/>
                <w:sz w:val="18"/>
                <w:szCs w:val="18"/>
              </w:rPr>
              <w:t>Adresa</w:t>
            </w:r>
            <w:proofErr w:type="spellEnd"/>
            <w:r w:rsidRPr="00B40E6A">
              <w:rPr>
                <w:b/>
                <w:sz w:val="18"/>
                <w:szCs w:val="18"/>
              </w:rPr>
              <w:t xml:space="preserve"> Strada </w:t>
            </w:r>
            <w:proofErr w:type="spellStart"/>
            <w:r w:rsidRPr="00B40E6A">
              <w:rPr>
                <w:b/>
                <w:sz w:val="18"/>
                <w:szCs w:val="18"/>
              </w:rPr>
              <w:t>Maresal</w:t>
            </w:r>
            <w:proofErr w:type="spellEnd"/>
            <w:r w:rsidRPr="00B40E6A">
              <w:rPr>
                <w:b/>
                <w:sz w:val="18"/>
                <w:szCs w:val="18"/>
              </w:rPr>
              <w:t xml:space="preserve"> Averescu nr. 2 </w:t>
            </w:r>
          </w:p>
          <w:p w14:paraId="1AE1B3A0" w14:textId="729B47B0" w:rsidR="002E59F6" w:rsidRPr="00B40E6A" w:rsidRDefault="002E59F6" w:rsidP="004B450C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B40E6A">
              <w:rPr>
                <w:b/>
                <w:sz w:val="18"/>
                <w:szCs w:val="18"/>
              </w:rPr>
              <w:t>Drobeta</w:t>
            </w:r>
            <w:proofErr w:type="spellEnd"/>
            <w:r w:rsidRPr="00B40E6A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B40E6A">
              <w:rPr>
                <w:b/>
                <w:sz w:val="18"/>
                <w:szCs w:val="18"/>
              </w:rPr>
              <w:t>Turnu</w:t>
            </w:r>
            <w:proofErr w:type="spellEnd"/>
            <w:r w:rsidRPr="00B40E6A">
              <w:rPr>
                <w:b/>
                <w:sz w:val="18"/>
                <w:szCs w:val="18"/>
              </w:rPr>
              <w:t xml:space="preserve"> Severin, </w:t>
            </w:r>
            <w:proofErr w:type="spellStart"/>
            <w:r w:rsidRPr="00B40E6A">
              <w:rPr>
                <w:b/>
                <w:sz w:val="18"/>
                <w:szCs w:val="18"/>
              </w:rPr>
              <w:t>Județul</w:t>
            </w:r>
            <w:proofErr w:type="spellEnd"/>
            <w:r w:rsidRPr="00B40E6A">
              <w:rPr>
                <w:b/>
                <w:sz w:val="18"/>
                <w:szCs w:val="18"/>
              </w:rPr>
              <w:t xml:space="preserve"> Mehedinți, </w:t>
            </w:r>
            <w:proofErr w:type="spellStart"/>
            <w:r w:rsidRPr="00B40E6A">
              <w:rPr>
                <w:b/>
                <w:sz w:val="18"/>
                <w:szCs w:val="18"/>
              </w:rPr>
              <w:t>România</w:t>
            </w:r>
            <w:proofErr w:type="spellEnd"/>
          </w:p>
          <w:p w14:paraId="5FB4BEF0" w14:textId="77777777" w:rsidR="002E59F6" w:rsidRPr="00B40E6A" w:rsidRDefault="002E59F6" w:rsidP="004B450C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B40E6A">
              <w:rPr>
                <w:b/>
                <w:sz w:val="18"/>
                <w:szCs w:val="18"/>
              </w:rPr>
              <w:t>Telefon</w:t>
            </w:r>
            <w:proofErr w:type="spellEnd"/>
            <w:r w:rsidRPr="00B40E6A">
              <w:rPr>
                <w:b/>
                <w:sz w:val="18"/>
                <w:szCs w:val="18"/>
              </w:rPr>
              <w:t>: 0252.31.43.79   Fax: 0252.31.63.17</w:t>
            </w:r>
          </w:p>
          <w:p w14:paraId="340DF7C5" w14:textId="77777777" w:rsidR="002E59F6" w:rsidRPr="00B40E6A" w:rsidRDefault="002E59F6" w:rsidP="004B450C">
            <w:pPr>
              <w:keepNext/>
              <w:rPr>
                <w:sz w:val="18"/>
                <w:szCs w:val="18"/>
              </w:rPr>
            </w:pPr>
            <w:r w:rsidRPr="00B40E6A">
              <w:rPr>
                <w:b/>
                <w:sz w:val="18"/>
                <w:szCs w:val="18"/>
              </w:rPr>
              <w:t>E-mail: primaria@primariadrobeta.ro</w:t>
            </w:r>
          </w:p>
        </w:tc>
      </w:tr>
      <w:tr w:rsidR="002E59F6" w:rsidRPr="001241A0" w14:paraId="184D86DA" w14:textId="77777777" w:rsidTr="004B450C">
        <w:trPr>
          <w:cantSplit/>
          <w:trHeight w:val="510"/>
        </w:trPr>
        <w:tc>
          <w:tcPr>
            <w:tcW w:w="1606" w:type="dxa"/>
            <w:vMerge/>
          </w:tcPr>
          <w:p w14:paraId="3BDE4E97" w14:textId="77777777" w:rsidR="002E59F6" w:rsidRPr="001241A0" w:rsidRDefault="002E59F6" w:rsidP="004B450C"/>
        </w:tc>
        <w:tc>
          <w:tcPr>
            <w:tcW w:w="4818" w:type="dxa"/>
            <w:gridSpan w:val="2"/>
            <w:shd w:val="clear" w:color="auto" w:fill="F0F0F0"/>
          </w:tcPr>
          <w:p w14:paraId="5A79CF58" w14:textId="77777777" w:rsidR="002E59F6" w:rsidRPr="00B40E6A" w:rsidRDefault="002E59F6" w:rsidP="004B450C">
            <w:pPr>
              <w:keepNext/>
              <w:rPr>
                <w:b/>
                <w:sz w:val="18"/>
                <w:szCs w:val="18"/>
              </w:rPr>
            </w:pPr>
          </w:p>
          <w:p w14:paraId="3C67609A" w14:textId="628C12DD" w:rsidR="002E59F6" w:rsidRPr="006D21DD" w:rsidRDefault="002E59F6" w:rsidP="004B450C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B40E6A">
              <w:rPr>
                <w:b/>
                <w:sz w:val="18"/>
                <w:szCs w:val="18"/>
              </w:rPr>
              <w:t>Număr</w:t>
            </w:r>
            <w:proofErr w:type="spellEnd"/>
            <w:r w:rsidRPr="00B40E6A">
              <w:rPr>
                <w:b/>
                <w:sz w:val="18"/>
                <w:szCs w:val="18"/>
              </w:rPr>
              <w:t xml:space="preserve"> de </w:t>
            </w:r>
            <w:proofErr w:type="spellStart"/>
            <w:r w:rsidRPr="00B40E6A">
              <w:rPr>
                <w:b/>
                <w:sz w:val="18"/>
                <w:szCs w:val="18"/>
              </w:rPr>
              <w:t>înregistrare</w:t>
            </w:r>
            <w:proofErr w:type="spellEnd"/>
            <w:r w:rsidRPr="00B40E6A">
              <w:rPr>
                <w:b/>
                <w:sz w:val="18"/>
                <w:szCs w:val="18"/>
              </w:rPr>
              <w:t xml:space="preserve"> ………………………</w:t>
            </w:r>
          </w:p>
        </w:tc>
        <w:tc>
          <w:tcPr>
            <w:tcW w:w="3212" w:type="dxa"/>
            <w:shd w:val="clear" w:color="auto" w:fill="F0F0F0"/>
          </w:tcPr>
          <w:p w14:paraId="64F1BB6D" w14:textId="77777777" w:rsidR="002E59F6" w:rsidRPr="00B40E6A" w:rsidRDefault="002E59F6" w:rsidP="004B450C">
            <w:pPr>
              <w:keepNext/>
              <w:rPr>
                <w:b/>
                <w:sz w:val="18"/>
                <w:szCs w:val="18"/>
              </w:rPr>
            </w:pPr>
          </w:p>
          <w:p w14:paraId="28B02961" w14:textId="77777777" w:rsidR="002E59F6" w:rsidRPr="00B40E6A" w:rsidRDefault="002E59F6" w:rsidP="004B450C">
            <w:pPr>
              <w:keepNext/>
              <w:rPr>
                <w:sz w:val="18"/>
                <w:szCs w:val="18"/>
              </w:rPr>
            </w:pPr>
            <w:r w:rsidRPr="00B40E6A">
              <w:rPr>
                <w:b/>
                <w:sz w:val="18"/>
                <w:szCs w:val="18"/>
              </w:rPr>
              <w:t>Data ………………………</w:t>
            </w:r>
          </w:p>
          <w:p w14:paraId="09302D7B" w14:textId="77777777" w:rsidR="002E59F6" w:rsidRPr="00B40E6A" w:rsidRDefault="002E59F6" w:rsidP="004B450C">
            <w:pPr>
              <w:keepNext/>
              <w:rPr>
                <w:sz w:val="18"/>
                <w:szCs w:val="18"/>
              </w:rPr>
            </w:pPr>
          </w:p>
        </w:tc>
      </w:tr>
      <w:tr w:rsidR="002E59F6" w:rsidRPr="001241A0" w14:paraId="02170C03" w14:textId="77777777" w:rsidTr="004B450C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713B1164" w14:textId="77777777" w:rsidR="002E59F6" w:rsidRPr="001241A0" w:rsidRDefault="002E59F6" w:rsidP="004B450C">
            <w:pPr>
              <w:rPr>
                <w:lang w:val="fr-FR"/>
              </w:rPr>
            </w:pPr>
            <w:r w:rsidRPr="001241A0">
              <w:rPr>
                <w:i/>
                <w:lang w:val="fr-FR"/>
              </w:rPr>
              <w:t xml:space="preserve"> </w:t>
            </w:r>
            <w:proofErr w:type="gramStart"/>
            <w:r w:rsidRPr="001241A0">
              <w:rPr>
                <w:i/>
                <w:lang w:val="fr-FR"/>
              </w:rPr>
              <w:t>se</w:t>
            </w:r>
            <w:proofErr w:type="gram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completează</w:t>
            </w:r>
            <w:proofErr w:type="spellEnd"/>
            <w:r w:rsidRPr="001241A0">
              <w:rPr>
                <w:i/>
                <w:lang w:val="fr-FR"/>
              </w:rPr>
              <w:t xml:space="preserve"> de </w:t>
            </w:r>
            <w:proofErr w:type="spellStart"/>
            <w:r w:rsidRPr="001241A0">
              <w:rPr>
                <w:i/>
                <w:lang w:val="fr-FR"/>
              </w:rPr>
              <w:t>autoritate</w:t>
            </w:r>
            <w:proofErr w:type="spellEnd"/>
            <w:r w:rsidRPr="001241A0">
              <w:rPr>
                <w:i/>
                <w:lang w:val="fr-FR"/>
              </w:rPr>
              <w:t xml:space="preserve"> — </w:t>
            </w:r>
            <w:proofErr w:type="spellStart"/>
            <w:r w:rsidRPr="001241A0">
              <w:rPr>
                <w:i/>
                <w:lang w:val="fr-FR"/>
              </w:rPr>
              <w:t>solicitantul</w:t>
            </w:r>
            <w:proofErr w:type="spellEnd"/>
            <w:r w:rsidRPr="001241A0">
              <w:rPr>
                <w:i/>
                <w:lang w:val="fr-FR"/>
              </w:rPr>
              <w:t xml:space="preserve"> nu </w:t>
            </w:r>
            <w:proofErr w:type="spellStart"/>
            <w:r w:rsidRPr="001241A0">
              <w:rPr>
                <w:i/>
                <w:lang w:val="fr-FR"/>
              </w:rPr>
              <w:t>scrie</w:t>
            </w:r>
            <w:proofErr w:type="spell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în</w:t>
            </w:r>
            <w:proofErr w:type="spell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această</w:t>
            </w:r>
            <w:proofErr w:type="spellEnd"/>
            <w:r w:rsidRPr="001241A0">
              <w:rPr>
                <w:i/>
                <w:lang w:val="fr-FR"/>
              </w:rPr>
              <w:t xml:space="preserve"> </w:t>
            </w:r>
            <w:proofErr w:type="spellStart"/>
            <w:r w:rsidRPr="001241A0">
              <w:rPr>
                <w:i/>
                <w:lang w:val="fr-FR"/>
              </w:rPr>
              <w:t>zonă</w:t>
            </w:r>
            <w:proofErr w:type="spellEnd"/>
          </w:p>
        </w:tc>
      </w:tr>
    </w:tbl>
    <w:p w14:paraId="282B6870" w14:textId="6E1CF04C" w:rsidR="003C7CA3" w:rsidRPr="001531A5" w:rsidRDefault="003454F7" w:rsidP="00C32AB5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C2E4D" w14:paraId="76B6D98A" w14:textId="77777777" w:rsidTr="004B450C">
        <w:trPr>
          <w:cantSplit/>
        </w:trPr>
        <w:tc>
          <w:tcPr>
            <w:tcW w:w="9636" w:type="dxa"/>
            <w:shd w:val="clear" w:color="auto" w:fill="F4F4F4"/>
          </w:tcPr>
          <w:p w14:paraId="37FCC24D" w14:textId="77777777" w:rsidR="00DC2E4D" w:rsidRDefault="00DC2E4D" w:rsidP="004B450C">
            <w:pPr>
              <w:keepNext/>
            </w:pP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DC2E4D" w:rsidRPr="0021562A" w14:paraId="0DADB17F" w14:textId="77777777" w:rsidTr="004B450C">
        <w:trPr>
          <w:cantSplit/>
          <w:trHeight w:val="510"/>
        </w:trPr>
        <w:tc>
          <w:tcPr>
            <w:tcW w:w="9636" w:type="dxa"/>
          </w:tcPr>
          <w:p w14:paraId="5FC46D9B" w14:textId="77777777" w:rsidR="00DC2E4D" w:rsidRPr="002F5EAB" w:rsidRDefault="00DC2E4D" w:rsidP="004B450C">
            <w:pPr>
              <w:keepNext/>
              <w:rPr>
                <w:b/>
                <w:color w:val="0D5F78"/>
                <w:sz w:val="28"/>
                <w:szCs w:val="28"/>
              </w:rPr>
            </w:pPr>
            <w:proofErr w:type="spellStart"/>
            <w:r w:rsidRPr="004516C3">
              <w:rPr>
                <w:b/>
                <w:sz w:val="28"/>
                <w:szCs w:val="28"/>
              </w:rPr>
              <w:t>Primăria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16C3">
              <w:rPr>
                <w:b/>
                <w:sz w:val="28"/>
                <w:szCs w:val="28"/>
              </w:rPr>
              <w:t>Municipiului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16C3">
              <w:rPr>
                <w:b/>
                <w:sz w:val="28"/>
                <w:szCs w:val="28"/>
              </w:rPr>
              <w:t>Drobeta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16C3">
              <w:rPr>
                <w:b/>
                <w:sz w:val="28"/>
                <w:szCs w:val="28"/>
              </w:rPr>
              <w:t>Turnu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Severin</w:t>
            </w:r>
          </w:p>
        </w:tc>
      </w:tr>
      <w:tr w:rsidR="00DC2E4D" w:rsidRPr="0021562A" w14:paraId="35548B5F" w14:textId="77777777" w:rsidTr="004B450C">
        <w:trPr>
          <w:cantSplit/>
        </w:trPr>
        <w:tc>
          <w:tcPr>
            <w:tcW w:w="9636" w:type="dxa"/>
            <w:shd w:val="clear" w:color="auto" w:fill="F4F4F4"/>
          </w:tcPr>
          <w:p w14:paraId="5B7F14F9" w14:textId="77777777" w:rsidR="00DC2E4D" w:rsidRPr="00E44906" w:rsidRDefault="00DC2E4D" w:rsidP="004B450C">
            <w:pPr>
              <w:spacing w:line="228" w:lineRule="auto"/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E44906">
              <w:rPr>
                <w:bCs/>
              </w:rPr>
              <w:t>Drobeta</w:t>
            </w:r>
            <w:proofErr w:type="spellEnd"/>
            <w:r w:rsidRPr="00E44906">
              <w:rPr>
                <w:bCs/>
              </w:rPr>
              <w:t xml:space="preserve"> </w:t>
            </w:r>
            <w:proofErr w:type="spellStart"/>
            <w:r w:rsidRPr="00E44906">
              <w:rPr>
                <w:bCs/>
              </w:rPr>
              <w:t>Turnu</w:t>
            </w:r>
            <w:proofErr w:type="spellEnd"/>
            <w:r w:rsidRPr="00E44906">
              <w:rPr>
                <w:bCs/>
              </w:rPr>
              <w:t xml:space="preserve"> Severin</w:t>
            </w:r>
          </w:p>
        </w:tc>
      </w:tr>
    </w:tbl>
    <w:p w14:paraId="579FE78C" w14:textId="77777777" w:rsidR="003C7CA3" w:rsidRDefault="003C7CA3">
      <w:pPr>
        <w:spacing w:line="168" w:lineRule="auto"/>
        <w:rPr>
          <w:lang w:val="fr-FR"/>
        </w:rPr>
      </w:pPr>
    </w:p>
    <w:p w14:paraId="5F99814C" w14:textId="77777777" w:rsidR="00DC2E4D" w:rsidRPr="005B29C5" w:rsidRDefault="00DC2E4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13"/>
        <w:gridCol w:w="793"/>
        <w:gridCol w:w="803"/>
        <w:gridCol w:w="803"/>
        <w:gridCol w:w="803"/>
        <w:gridCol w:w="803"/>
        <w:gridCol w:w="1606"/>
        <w:gridCol w:w="1606"/>
      </w:tblGrid>
      <w:tr w:rsidR="003C7CA3" w14:paraId="30A794B1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2C82CAB7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C7CA3" w14:paraId="29428782" w14:textId="77777777">
        <w:trPr>
          <w:cantSplit/>
          <w:trHeight w:val="510"/>
        </w:trPr>
        <w:tc>
          <w:tcPr>
            <w:tcW w:w="5621" w:type="dxa"/>
            <w:gridSpan w:val="6"/>
          </w:tcPr>
          <w:p w14:paraId="28000559" w14:textId="77777777" w:rsidR="003C7CA3" w:rsidRPr="00D90DBB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D90DBB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D90DBB">
              <w:rPr>
                <w:b/>
                <w:color w:val="0D5F78"/>
                <w:sz w:val="20"/>
                <w:szCs w:val="20"/>
              </w:rPr>
              <w:t xml:space="preserve"> și </w:t>
            </w:r>
            <w:proofErr w:type="spellStart"/>
            <w:r w:rsidRPr="00D90DBB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</w:p>
          <w:p w14:paraId="23D9DFE8" w14:textId="77777777" w:rsidR="003C7CA3" w:rsidRPr="00D90DBB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  <w:gridSpan w:val="3"/>
          </w:tcPr>
          <w:p w14:paraId="786F8013" w14:textId="77777777" w:rsidR="003C7CA3" w:rsidRPr="00D90DBB" w:rsidRDefault="003454F7">
            <w:pPr>
              <w:keepNext/>
              <w:rPr>
                <w:sz w:val="20"/>
                <w:szCs w:val="20"/>
              </w:rPr>
            </w:pPr>
            <w:r w:rsidRPr="00D90DBB">
              <w:rPr>
                <w:b/>
                <w:color w:val="0D5F78"/>
                <w:sz w:val="20"/>
                <w:szCs w:val="20"/>
              </w:rPr>
              <w:t>CNP</w:t>
            </w:r>
          </w:p>
          <w:p w14:paraId="68914CF7" w14:textId="77777777" w:rsidR="003C7CA3" w:rsidRPr="00D90DBB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14:paraId="7BDDBA2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8554FA7" w14:textId="77777777" w:rsidR="003C7CA3" w:rsidRPr="00D90DBB" w:rsidRDefault="003454F7">
            <w:pPr>
              <w:keepNext/>
              <w:rPr>
                <w:sz w:val="20"/>
                <w:szCs w:val="20"/>
              </w:rPr>
            </w:pPr>
            <w:r w:rsidRPr="00D90DBB">
              <w:rPr>
                <w:sz w:val="20"/>
                <w:szCs w:val="20"/>
              </w:rPr>
              <w:t xml:space="preserve"> Act de </w:t>
            </w:r>
            <w:proofErr w:type="spellStart"/>
            <w:r w:rsidRPr="00D90DBB">
              <w:rPr>
                <w:sz w:val="20"/>
                <w:szCs w:val="20"/>
              </w:rPr>
              <w:t>identitate</w:t>
            </w:r>
            <w:proofErr w:type="spellEnd"/>
          </w:p>
        </w:tc>
      </w:tr>
      <w:tr w:rsidR="003C7CA3" w14:paraId="3BB88CF2" w14:textId="77777777" w:rsidTr="00863081">
        <w:trPr>
          <w:cantSplit/>
          <w:trHeight w:val="296"/>
        </w:trPr>
        <w:tc>
          <w:tcPr>
            <w:tcW w:w="1606" w:type="dxa"/>
          </w:tcPr>
          <w:p w14:paraId="0AA2A77A" w14:textId="6D3DBBF3" w:rsidR="003C7CA3" w:rsidRPr="00863081" w:rsidRDefault="003454F7">
            <w:pPr>
              <w:keepNext/>
              <w:rPr>
                <w:sz w:val="20"/>
                <w:szCs w:val="20"/>
              </w:rPr>
            </w:pPr>
            <w:r w:rsidRPr="001C5287">
              <w:rPr>
                <w:b/>
                <w:color w:val="0D5F78"/>
                <w:sz w:val="20"/>
                <w:szCs w:val="20"/>
              </w:rPr>
              <w:t>Seria</w:t>
            </w:r>
          </w:p>
        </w:tc>
        <w:tc>
          <w:tcPr>
            <w:tcW w:w="1606" w:type="dxa"/>
            <w:gridSpan w:val="2"/>
          </w:tcPr>
          <w:p w14:paraId="1597DE54" w14:textId="6ADAF6DF" w:rsidR="003C7CA3" w:rsidRPr="00D90DBB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D90DBB">
              <w:rPr>
                <w:b/>
                <w:color w:val="0D5F78"/>
                <w:sz w:val="20"/>
                <w:szCs w:val="20"/>
              </w:rPr>
              <w:t>Numărul</w:t>
            </w:r>
            <w:proofErr w:type="spellEnd"/>
          </w:p>
        </w:tc>
        <w:tc>
          <w:tcPr>
            <w:tcW w:w="4818" w:type="dxa"/>
            <w:gridSpan w:val="5"/>
          </w:tcPr>
          <w:p w14:paraId="6BB479EA" w14:textId="68178F22" w:rsidR="003C7CA3" w:rsidRPr="00D90DBB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D90DBB">
              <w:rPr>
                <w:b/>
                <w:color w:val="0D5F78"/>
                <w:sz w:val="20"/>
                <w:szCs w:val="20"/>
              </w:rPr>
              <w:t>Eliberat</w:t>
            </w:r>
            <w:proofErr w:type="spellEnd"/>
            <w:r w:rsidRPr="00D90DBB">
              <w:rPr>
                <w:b/>
                <w:color w:val="0D5F78"/>
                <w:sz w:val="20"/>
                <w:szCs w:val="20"/>
              </w:rPr>
              <w:t xml:space="preserve"> de</w:t>
            </w:r>
          </w:p>
        </w:tc>
        <w:tc>
          <w:tcPr>
            <w:tcW w:w="1606" w:type="dxa"/>
          </w:tcPr>
          <w:p w14:paraId="3072B5E3" w14:textId="0531F1D8" w:rsidR="003C7CA3" w:rsidRPr="00D90DBB" w:rsidRDefault="003454F7">
            <w:pPr>
              <w:keepNext/>
              <w:rPr>
                <w:sz w:val="20"/>
                <w:szCs w:val="20"/>
              </w:rPr>
            </w:pPr>
            <w:r w:rsidRPr="00D90DBB">
              <w:rPr>
                <w:b/>
                <w:color w:val="0D5F78"/>
                <w:sz w:val="20"/>
                <w:szCs w:val="20"/>
              </w:rPr>
              <w:t>La data</w:t>
            </w:r>
          </w:p>
        </w:tc>
      </w:tr>
      <w:tr w:rsidR="003C7CA3" w14:paraId="5F34DFE7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20404B2" w14:textId="77777777" w:rsidR="003C7CA3" w:rsidRPr="00D90DBB" w:rsidRDefault="003454F7">
            <w:pPr>
              <w:keepNext/>
              <w:rPr>
                <w:sz w:val="20"/>
                <w:szCs w:val="20"/>
              </w:rPr>
            </w:pPr>
            <w:r w:rsidRPr="00D90DBB">
              <w:rPr>
                <w:sz w:val="20"/>
                <w:szCs w:val="20"/>
              </w:rPr>
              <w:t xml:space="preserve"> </w:t>
            </w:r>
            <w:proofErr w:type="spellStart"/>
            <w:r w:rsidRPr="00D90DBB">
              <w:rPr>
                <w:sz w:val="20"/>
                <w:szCs w:val="20"/>
              </w:rPr>
              <w:t>Domiciliul</w:t>
            </w:r>
            <w:proofErr w:type="spellEnd"/>
          </w:p>
        </w:tc>
      </w:tr>
      <w:tr w:rsidR="003C7CA3" w14:paraId="5559BD49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0A7E8673" w14:textId="77777777" w:rsidR="003C7CA3" w:rsidRPr="00D90DBB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D90DBB">
              <w:rPr>
                <w:b/>
                <w:color w:val="0D5F78"/>
                <w:sz w:val="20"/>
                <w:szCs w:val="20"/>
              </w:rPr>
              <w:t>Județul</w:t>
            </w:r>
            <w:proofErr w:type="spellEnd"/>
          </w:p>
          <w:p w14:paraId="32F8A1FA" w14:textId="77777777" w:rsidR="003C7CA3" w:rsidRPr="00D90DBB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076AB024" w14:textId="77777777" w:rsidR="003C7CA3" w:rsidRPr="00D90DBB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D90DBB">
              <w:rPr>
                <w:b/>
                <w:color w:val="0D5F78"/>
                <w:sz w:val="20"/>
                <w:szCs w:val="20"/>
              </w:rPr>
              <w:t>Municipiul</w:t>
            </w:r>
            <w:proofErr w:type="spellEnd"/>
            <w:r w:rsidRPr="00D90DBB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D90DBB">
              <w:rPr>
                <w:b/>
                <w:color w:val="0D5F78"/>
                <w:sz w:val="20"/>
                <w:szCs w:val="20"/>
              </w:rPr>
              <w:t>orașul</w:t>
            </w:r>
            <w:proofErr w:type="spellEnd"/>
            <w:r w:rsidRPr="00D90DBB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D90DBB">
              <w:rPr>
                <w:b/>
                <w:color w:val="0D5F78"/>
                <w:sz w:val="20"/>
                <w:szCs w:val="20"/>
              </w:rPr>
              <w:t>comuna</w:t>
            </w:r>
            <w:proofErr w:type="spellEnd"/>
          </w:p>
          <w:p w14:paraId="22F41106" w14:textId="77777777" w:rsidR="003C7CA3" w:rsidRPr="00D90DBB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083DD2A6" w14:textId="77777777" w:rsidR="003C7CA3" w:rsidRPr="00D90DBB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D90DBB">
              <w:rPr>
                <w:b/>
                <w:color w:val="0D5F78"/>
                <w:sz w:val="20"/>
                <w:szCs w:val="20"/>
              </w:rPr>
              <w:t>Satul</w:t>
            </w:r>
            <w:proofErr w:type="spellEnd"/>
            <w:r w:rsidRPr="00D90DBB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D90DBB">
              <w:rPr>
                <w:b/>
                <w:color w:val="0D5F78"/>
                <w:sz w:val="20"/>
                <w:szCs w:val="20"/>
              </w:rPr>
              <w:t>sectorul</w:t>
            </w:r>
            <w:proofErr w:type="spellEnd"/>
          </w:p>
          <w:p w14:paraId="46C6D803" w14:textId="77777777" w:rsidR="003C7CA3" w:rsidRPr="00D90DBB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1471E2" w14:paraId="50FF5E1E" w14:textId="77777777" w:rsidTr="001471E2">
        <w:trPr>
          <w:cantSplit/>
          <w:trHeight w:val="510"/>
        </w:trPr>
        <w:tc>
          <w:tcPr>
            <w:tcW w:w="2419" w:type="dxa"/>
            <w:gridSpan w:val="2"/>
            <w:tcBorders>
              <w:right w:val="single" w:sz="4" w:space="0" w:color="auto"/>
            </w:tcBorders>
          </w:tcPr>
          <w:p w14:paraId="6EBF7D52" w14:textId="77777777" w:rsidR="001471E2" w:rsidRPr="00D90DBB" w:rsidRDefault="001471E2">
            <w:pPr>
              <w:keepNext/>
              <w:rPr>
                <w:sz w:val="20"/>
                <w:szCs w:val="20"/>
              </w:rPr>
            </w:pPr>
            <w:r w:rsidRPr="00D90DBB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4337B0E5" w14:textId="77777777" w:rsidR="001471E2" w:rsidRPr="00D90DBB" w:rsidRDefault="001471E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14:paraId="26386830" w14:textId="77777777" w:rsidR="005F7791" w:rsidRPr="00D90DBB" w:rsidRDefault="005F7791" w:rsidP="005F7791">
            <w:pPr>
              <w:keepNext/>
              <w:rPr>
                <w:sz w:val="20"/>
                <w:szCs w:val="20"/>
              </w:rPr>
            </w:pPr>
            <w:r w:rsidRPr="00D90DBB">
              <w:rPr>
                <w:b/>
                <w:color w:val="0D5F78"/>
                <w:sz w:val="20"/>
                <w:szCs w:val="20"/>
              </w:rPr>
              <w:t>Nr.</w:t>
            </w:r>
          </w:p>
          <w:p w14:paraId="4F32D9A3" w14:textId="77777777" w:rsidR="001471E2" w:rsidRPr="00D90DBB" w:rsidRDefault="001471E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4A8A0FA4" w14:textId="3314CFD7" w:rsidR="001471E2" w:rsidRPr="00D90DBB" w:rsidRDefault="005F7791">
            <w:pPr>
              <w:keepNext/>
              <w:rPr>
                <w:sz w:val="20"/>
                <w:szCs w:val="20"/>
              </w:rPr>
            </w:pPr>
            <w:r>
              <w:rPr>
                <w:b/>
                <w:color w:val="0D5F78"/>
                <w:sz w:val="20"/>
                <w:szCs w:val="20"/>
              </w:rPr>
              <w:t>Bl</w:t>
            </w:r>
            <w:r w:rsidR="001471E2" w:rsidRPr="00D90DBB">
              <w:rPr>
                <w:b/>
                <w:color w:val="0D5F78"/>
                <w:sz w:val="20"/>
                <w:szCs w:val="20"/>
              </w:rPr>
              <w:t>.</w:t>
            </w:r>
          </w:p>
          <w:p w14:paraId="2D86E73D" w14:textId="77777777" w:rsidR="001471E2" w:rsidRPr="00D90DBB" w:rsidRDefault="001471E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2B61CEC7" w14:textId="77777777" w:rsidR="001471E2" w:rsidRPr="00D90DBB" w:rsidRDefault="001471E2">
            <w:pPr>
              <w:keepNext/>
              <w:rPr>
                <w:sz w:val="20"/>
                <w:szCs w:val="20"/>
              </w:rPr>
            </w:pPr>
            <w:r w:rsidRPr="00D90DBB">
              <w:rPr>
                <w:b/>
                <w:color w:val="0D5F78"/>
                <w:sz w:val="20"/>
                <w:szCs w:val="20"/>
              </w:rPr>
              <w:t>Sc.</w:t>
            </w:r>
          </w:p>
          <w:p w14:paraId="624663EF" w14:textId="77777777" w:rsidR="001471E2" w:rsidRPr="00D90DBB" w:rsidRDefault="001471E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4174B824" w14:textId="77777777" w:rsidR="001471E2" w:rsidRPr="00D90DBB" w:rsidRDefault="001471E2">
            <w:pPr>
              <w:keepNext/>
              <w:rPr>
                <w:sz w:val="20"/>
                <w:szCs w:val="20"/>
              </w:rPr>
            </w:pPr>
            <w:r w:rsidRPr="00D90DBB">
              <w:rPr>
                <w:b/>
                <w:color w:val="0D5F78"/>
                <w:sz w:val="20"/>
                <w:szCs w:val="20"/>
              </w:rPr>
              <w:t>Et.</w:t>
            </w:r>
          </w:p>
          <w:p w14:paraId="35C921A2" w14:textId="77777777" w:rsidR="001471E2" w:rsidRPr="00D90DBB" w:rsidRDefault="001471E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001C148E" w14:textId="77777777" w:rsidR="001471E2" w:rsidRPr="00D90DBB" w:rsidRDefault="001471E2">
            <w:pPr>
              <w:keepNext/>
              <w:rPr>
                <w:sz w:val="20"/>
                <w:szCs w:val="20"/>
              </w:rPr>
            </w:pPr>
            <w:r w:rsidRPr="00D90DBB">
              <w:rPr>
                <w:b/>
                <w:color w:val="0D5F78"/>
                <w:sz w:val="20"/>
                <w:szCs w:val="20"/>
              </w:rPr>
              <w:t>Ap.</w:t>
            </w:r>
          </w:p>
          <w:p w14:paraId="504D30C0" w14:textId="77777777" w:rsidR="001471E2" w:rsidRPr="00D90DBB" w:rsidRDefault="001471E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3C541330" w14:textId="77777777" w:rsidR="001471E2" w:rsidRPr="00D90DBB" w:rsidRDefault="001471E2">
            <w:pPr>
              <w:keepNext/>
              <w:rPr>
                <w:sz w:val="20"/>
                <w:szCs w:val="20"/>
              </w:rPr>
            </w:pPr>
            <w:r w:rsidRPr="00D90DBB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D90DBB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0070EDB6" w14:textId="77777777" w:rsidR="001471E2" w:rsidRPr="00D90DBB" w:rsidRDefault="001471E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075C075C" w14:textId="77777777" w:rsidR="001471E2" w:rsidRPr="00D90DBB" w:rsidRDefault="001471E2">
            <w:pPr>
              <w:keepNext/>
              <w:rPr>
                <w:sz w:val="20"/>
                <w:szCs w:val="20"/>
              </w:rPr>
            </w:pPr>
            <w:proofErr w:type="spellStart"/>
            <w:r w:rsidRPr="00D90DBB">
              <w:rPr>
                <w:b/>
                <w:color w:val="0D5F78"/>
                <w:sz w:val="20"/>
                <w:szCs w:val="20"/>
              </w:rPr>
              <w:t>Țara</w:t>
            </w:r>
            <w:proofErr w:type="spellEnd"/>
          </w:p>
          <w:p w14:paraId="7092F64A" w14:textId="77777777" w:rsidR="001471E2" w:rsidRPr="00D90DBB" w:rsidRDefault="001471E2">
            <w:pPr>
              <w:keepNext/>
              <w:rPr>
                <w:sz w:val="20"/>
                <w:szCs w:val="20"/>
              </w:rPr>
            </w:pPr>
          </w:p>
        </w:tc>
      </w:tr>
      <w:tr w:rsidR="003C7CA3" w14:paraId="49F94177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FCA966A" w14:textId="77777777" w:rsidR="003C7CA3" w:rsidRPr="00D90DBB" w:rsidRDefault="003454F7">
            <w:pPr>
              <w:keepNext/>
              <w:rPr>
                <w:sz w:val="20"/>
                <w:szCs w:val="20"/>
              </w:rPr>
            </w:pPr>
            <w:r w:rsidRPr="00D90DBB">
              <w:rPr>
                <w:sz w:val="20"/>
                <w:szCs w:val="20"/>
              </w:rPr>
              <w:t xml:space="preserve"> Date de contact</w:t>
            </w:r>
          </w:p>
        </w:tc>
      </w:tr>
      <w:tr w:rsidR="003C7CA3" w14:paraId="692FAC07" w14:textId="77777777" w:rsidTr="0040778E">
        <w:trPr>
          <w:cantSplit/>
          <w:trHeight w:val="242"/>
        </w:trPr>
        <w:tc>
          <w:tcPr>
            <w:tcW w:w="4015" w:type="dxa"/>
            <w:gridSpan w:val="4"/>
          </w:tcPr>
          <w:p w14:paraId="1C251D1C" w14:textId="68F28EA7" w:rsidR="003C7CA3" w:rsidRPr="00D90DBB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D90DBB">
              <w:rPr>
                <w:b/>
                <w:color w:val="0D5F78"/>
                <w:sz w:val="20"/>
                <w:szCs w:val="20"/>
              </w:rPr>
              <w:t>Telefon</w:t>
            </w:r>
            <w:proofErr w:type="spellEnd"/>
            <w:r w:rsidRPr="00D90DBB">
              <w:rPr>
                <w:b/>
                <w:color w:val="0D5F78"/>
                <w:sz w:val="20"/>
                <w:szCs w:val="20"/>
              </w:rPr>
              <w:t xml:space="preserve"> / fax</w:t>
            </w:r>
          </w:p>
        </w:tc>
        <w:tc>
          <w:tcPr>
            <w:tcW w:w="5621" w:type="dxa"/>
            <w:gridSpan w:val="5"/>
          </w:tcPr>
          <w:p w14:paraId="17350C90" w14:textId="3C57874B" w:rsidR="003C7CA3" w:rsidRPr="00D90DBB" w:rsidRDefault="003454F7">
            <w:pPr>
              <w:keepNext/>
              <w:rPr>
                <w:sz w:val="20"/>
                <w:szCs w:val="20"/>
              </w:rPr>
            </w:pPr>
            <w:r w:rsidRPr="00D90DBB">
              <w:rPr>
                <w:b/>
                <w:color w:val="0D5F78"/>
                <w:sz w:val="20"/>
                <w:szCs w:val="20"/>
              </w:rPr>
              <w:t>E-mail</w:t>
            </w:r>
          </w:p>
        </w:tc>
      </w:tr>
      <w:tr w:rsidR="003C7CA3" w14:paraId="201FC873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4E77FD4" w14:textId="77777777" w:rsidR="003C7CA3" w:rsidRPr="00D90DBB" w:rsidRDefault="003454F7">
            <w:pPr>
              <w:keepNext/>
              <w:rPr>
                <w:sz w:val="20"/>
                <w:szCs w:val="20"/>
              </w:rPr>
            </w:pPr>
            <w:r w:rsidRPr="00D90DBB">
              <w:rPr>
                <w:sz w:val="20"/>
                <w:szCs w:val="20"/>
              </w:rPr>
              <w:t xml:space="preserve"> </w:t>
            </w:r>
            <w:proofErr w:type="spellStart"/>
            <w:r w:rsidRPr="00D90DBB">
              <w:rPr>
                <w:sz w:val="20"/>
                <w:szCs w:val="20"/>
              </w:rPr>
              <w:t>Reprezentare</w:t>
            </w:r>
            <w:proofErr w:type="spellEnd"/>
          </w:p>
        </w:tc>
      </w:tr>
      <w:tr w:rsidR="003C7CA3" w14:paraId="1C66AA69" w14:textId="77777777" w:rsidTr="00101DF4">
        <w:trPr>
          <w:cantSplit/>
          <w:trHeight w:val="287"/>
        </w:trPr>
        <w:tc>
          <w:tcPr>
            <w:tcW w:w="6424" w:type="dxa"/>
            <w:gridSpan w:val="7"/>
          </w:tcPr>
          <w:p w14:paraId="527BD733" w14:textId="78FA310C" w:rsidR="003C7CA3" w:rsidRPr="00D90DBB" w:rsidRDefault="003454F7">
            <w:pPr>
              <w:rPr>
                <w:sz w:val="20"/>
                <w:szCs w:val="20"/>
              </w:rPr>
            </w:pPr>
            <w:proofErr w:type="spellStart"/>
            <w:r w:rsidRPr="00D90DBB">
              <w:rPr>
                <w:b/>
                <w:color w:val="0D5F78"/>
                <w:sz w:val="20"/>
                <w:szCs w:val="20"/>
              </w:rPr>
              <w:t>În</w:t>
            </w:r>
            <w:proofErr w:type="spellEnd"/>
            <w:r w:rsidRPr="00D90DBB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D90DBB">
              <w:rPr>
                <w:b/>
                <w:color w:val="0D5F78"/>
                <w:sz w:val="20"/>
                <w:szCs w:val="20"/>
              </w:rPr>
              <w:t>calitate</w:t>
            </w:r>
            <w:proofErr w:type="spellEnd"/>
            <w:r w:rsidRPr="00D90DBB">
              <w:rPr>
                <w:b/>
                <w:color w:val="0D5F78"/>
                <w:sz w:val="20"/>
                <w:szCs w:val="20"/>
              </w:rPr>
              <w:t xml:space="preserve"> de </w:t>
            </w:r>
            <w:proofErr w:type="spellStart"/>
            <w:r w:rsidRPr="00D90DBB">
              <w:rPr>
                <w:b/>
                <w:color w:val="0D5F78"/>
                <w:sz w:val="20"/>
                <w:szCs w:val="20"/>
              </w:rPr>
              <w:t>reprezentant</w:t>
            </w:r>
            <w:proofErr w:type="spellEnd"/>
            <w:r w:rsidRPr="00D90DBB">
              <w:rPr>
                <w:b/>
                <w:color w:val="0D5F78"/>
                <w:sz w:val="20"/>
                <w:szCs w:val="20"/>
              </w:rPr>
              <w:t xml:space="preserve"> al</w:t>
            </w:r>
          </w:p>
        </w:tc>
        <w:tc>
          <w:tcPr>
            <w:tcW w:w="3212" w:type="dxa"/>
            <w:gridSpan w:val="2"/>
          </w:tcPr>
          <w:p w14:paraId="196D97D6" w14:textId="313882B6" w:rsidR="003C7CA3" w:rsidRPr="00D90DBB" w:rsidRDefault="003454F7">
            <w:pPr>
              <w:rPr>
                <w:sz w:val="20"/>
                <w:szCs w:val="20"/>
              </w:rPr>
            </w:pPr>
            <w:r w:rsidRPr="00D90DBB">
              <w:rPr>
                <w:b/>
                <w:color w:val="0D5F78"/>
                <w:sz w:val="20"/>
                <w:szCs w:val="20"/>
              </w:rPr>
              <w:t>CUI / CIF</w:t>
            </w:r>
          </w:p>
        </w:tc>
      </w:tr>
    </w:tbl>
    <w:p w14:paraId="29A4446E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000CB846" w14:textId="77777777">
        <w:trPr>
          <w:cantSplit/>
        </w:trPr>
        <w:tc>
          <w:tcPr>
            <w:tcW w:w="9636" w:type="dxa"/>
            <w:shd w:val="clear" w:color="auto" w:fill="F4F4F4"/>
          </w:tcPr>
          <w:p w14:paraId="1DE1F1FA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3C7CA3" w14:paraId="1A6AF421" w14:textId="77777777">
        <w:trPr>
          <w:cantSplit/>
        </w:trPr>
        <w:tc>
          <w:tcPr>
            <w:tcW w:w="9636" w:type="dxa"/>
          </w:tcPr>
          <w:p w14:paraId="03060E9B" w14:textId="452CA9AA" w:rsidR="003C7CA3" w:rsidRPr="00D90DBB" w:rsidRDefault="003454F7">
            <w:pPr>
              <w:rPr>
                <w:sz w:val="20"/>
                <w:szCs w:val="20"/>
              </w:rPr>
            </w:pPr>
            <w:r>
              <w:rPr>
                <w:sz w:val="16"/>
              </w:rPr>
              <w:t xml:space="preserve"> </w:t>
            </w:r>
            <w:r w:rsidRPr="00D90DBB">
              <w:rPr>
                <w:sz w:val="20"/>
                <w:szCs w:val="20"/>
              </w:rPr>
              <w:t xml:space="preserve">☐ </w:t>
            </w:r>
            <w:proofErr w:type="spellStart"/>
            <w:r w:rsidRPr="00D90DBB">
              <w:rPr>
                <w:sz w:val="20"/>
                <w:szCs w:val="20"/>
              </w:rPr>
              <w:t>dreptului</w:t>
            </w:r>
            <w:proofErr w:type="spellEnd"/>
            <w:r w:rsidRPr="00D90DBB">
              <w:rPr>
                <w:sz w:val="20"/>
                <w:szCs w:val="20"/>
              </w:rPr>
              <w:t xml:space="preserve"> de </w:t>
            </w:r>
            <w:proofErr w:type="spellStart"/>
            <w:r w:rsidRPr="00D90DBB">
              <w:rPr>
                <w:sz w:val="20"/>
                <w:szCs w:val="20"/>
              </w:rPr>
              <w:t>proprietate</w:t>
            </w:r>
            <w:proofErr w:type="spellEnd"/>
            <w:r w:rsidRPr="00D90DBB">
              <w:rPr>
                <w:sz w:val="20"/>
                <w:szCs w:val="20"/>
              </w:rPr>
              <w:t xml:space="preserve"> </w:t>
            </w:r>
            <w:proofErr w:type="spellStart"/>
            <w:r w:rsidRPr="00D90DBB">
              <w:rPr>
                <w:sz w:val="20"/>
                <w:szCs w:val="20"/>
              </w:rPr>
              <w:t>asupra</w:t>
            </w:r>
            <w:proofErr w:type="spellEnd"/>
            <w:r w:rsidRPr="00D90DBB">
              <w:rPr>
                <w:sz w:val="20"/>
                <w:szCs w:val="20"/>
              </w:rPr>
              <w:t xml:space="preserve"> </w:t>
            </w:r>
            <w:proofErr w:type="spellStart"/>
            <w:r w:rsidRPr="00D90DBB">
              <w:rPr>
                <w:sz w:val="20"/>
                <w:szCs w:val="20"/>
              </w:rPr>
              <w:t>imobilului</w:t>
            </w:r>
            <w:proofErr w:type="spellEnd"/>
            <w:r w:rsidRPr="00D90DBB">
              <w:rPr>
                <w:sz w:val="20"/>
                <w:szCs w:val="20"/>
              </w:rPr>
              <w:t xml:space="preserve">     ☐ </w:t>
            </w:r>
            <w:proofErr w:type="spellStart"/>
            <w:r w:rsidRPr="00D90DBB">
              <w:rPr>
                <w:sz w:val="20"/>
                <w:szCs w:val="20"/>
              </w:rPr>
              <w:t>unui</w:t>
            </w:r>
            <w:proofErr w:type="spellEnd"/>
            <w:r w:rsidRPr="00D90DBB">
              <w:rPr>
                <w:sz w:val="20"/>
                <w:szCs w:val="20"/>
              </w:rPr>
              <w:t xml:space="preserve"> alt </w:t>
            </w:r>
            <w:proofErr w:type="spellStart"/>
            <w:r w:rsidRPr="00D90DBB">
              <w:rPr>
                <w:sz w:val="20"/>
                <w:szCs w:val="20"/>
              </w:rPr>
              <w:t>drept</w:t>
            </w:r>
            <w:proofErr w:type="spellEnd"/>
            <w:r w:rsidRPr="00D90DBB">
              <w:rPr>
                <w:sz w:val="20"/>
                <w:szCs w:val="20"/>
              </w:rPr>
              <w:t xml:space="preserve"> real </w:t>
            </w:r>
            <w:proofErr w:type="spellStart"/>
            <w:r w:rsidRPr="00D90DBB">
              <w:rPr>
                <w:sz w:val="20"/>
                <w:szCs w:val="20"/>
              </w:rPr>
              <w:t>corespunzător</w:t>
            </w:r>
            <w:proofErr w:type="spellEnd"/>
            <w:r w:rsidRPr="00D90DBB">
              <w:rPr>
                <w:sz w:val="20"/>
                <w:szCs w:val="20"/>
              </w:rPr>
              <w:t xml:space="preserve"> </w:t>
            </w:r>
            <w:proofErr w:type="spellStart"/>
            <w:r w:rsidRPr="00D90DBB">
              <w:rPr>
                <w:sz w:val="20"/>
                <w:szCs w:val="20"/>
              </w:rPr>
              <w:t>proprietății</w:t>
            </w:r>
            <w:proofErr w:type="spellEnd"/>
            <w:r w:rsidRPr="00D90DBB">
              <w:rPr>
                <w:sz w:val="20"/>
                <w:szCs w:val="20"/>
              </w:rPr>
              <w:t xml:space="preserve"> </w:t>
            </w:r>
            <w:proofErr w:type="spellStart"/>
            <w:r w:rsidRPr="00D90DBB">
              <w:rPr>
                <w:sz w:val="20"/>
                <w:szCs w:val="20"/>
              </w:rPr>
              <w:t>publice</w:t>
            </w:r>
            <w:proofErr w:type="spellEnd"/>
            <w:r w:rsidRPr="00D90DBB">
              <w:rPr>
                <w:sz w:val="20"/>
                <w:szCs w:val="20"/>
              </w:rPr>
              <w:t xml:space="preserve">     ☐ </w:t>
            </w:r>
            <w:proofErr w:type="spellStart"/>
            <w:r w:rsidRPr="00D90DBB">
              <w:rPr>
                <w:sz w:val="20"/>
                <w:szCs w:val="20"/>
              </w:rPr>
              <w:t>dreptului</w:t>
            </w:r>
            <w:proofErr w:type="spellEnd"/>
            <w:r w:rsidRPr="00D90DBB">
              <w:rPr>
                <w:sz w:val="20"/>
                <w:szCs w:val="20"/>
              </w:rPr>
              <w:t xml:space="preserve"> de </w:t>
            </w:r>
            <w:proofErr w:type="spellStart"/>
            <w:r w:rsidRPr="00D90DBB">
              <w:rPr>
                <w:sz w:val="20"/>
                <w:szCs w:val="20"/>
              </w:rPr>
              <w:t>creanță</w:t>
            </w:r>
            <w:proofErr w:type="spellEnd"/>
            <w:r w:rsidRPr="00D90DBB">
              <w:rPr>
                <w:sz w:val="20"/>
                <w:szCs w:val="20"/>
              </w:rPr>
              <w:t xml:space="preserve">     ☐ </w:t>
            </w:r>
            <w:proofErr w:type="spellStart"/>
            <w:r w:rsidRPr="00D90DBB">
              <w:rPr>
                <w:sz w:val="20"/>
                <w:szCs w:val="20"/>
              </w:rPr>
              <w:t>unui</w:t>
            </w:r>
            <w:proofErr w:type="spellEnd"/>
            <w:r w:rsidRPr="00D90DBB">
              <w:rPr>
                <w:sz w:val="20"/>
                <w:szCs w:val="20"/>
              </w:rPr>
              <w:t xml:space="preserve"> alt </w:t>
            </w:r>
            <w:proofErr w:type="spellStart"/>
            <w:r w:rsidRPr="00D90DBB">
              <w:rPr>
                <w:sz w:val="20"/>
                <w:szCs w:val="20"/>
              </w:rPr>
              <w:t>drept</w:t>
            </w:r>
            <w:proofErr w:type="spellEnd"/>
            <w:r w:rsidRPr="00D90DBB">
              <w:rPr>
                <w:sz w:val="20"/>
                <w:szCs w:val="20"/>
              </w:rPr>
              <w:t xml:space="preserve"> </w:t>
            </w:r>
            <w:proofErr w:type="spellStart"/>
            <w:r w:rsidRPr="00D90DBB">
              <w:rPr>
                <w:sz w:val="20"/>
                <w:szCs w:val="20"/>
              </w:rPr>
              <w:t>potrivit</w:t>
            </w:r>
            <w:proofErr w:type="spellEnd"/>
            <w:r w:rsidRPr="00D90DBB">
              <w:rPr>
                <w:sz w:val="20"/>
                <w:szCs w:val="20"/>
              </w:rPr>
              <w:t xml:space="preserve"> art. 248 </w:t>
            </w:r>
            <w:proofErr w:type="spellStart"/>
            <w:r w:rsidRPr="00D90DBB">
              <w:rPr>
                <w:sz w:val="20"/>
                <w:szCs w:val="20"/>
              </w:rPr>
              <w:t>alin</w:t>
            </w:r>
            <w:proofErr w:type="spellEnd"/>
            <w:r w:rsidRPr="00D90DBB">
              <w:rPr>
                <w:sz w:val="20"/>
                <w:szCs w:val="20"/>
              </w:rPr>
              <w:t>. (2)</w:t>
            </w:r>
            <w:r w:rsidR="00C32AB5" w:rsidRPr="00D90DBB">
              <w:rPr>
                <w:sz w:val="20"/>
                <w:szCs w:val="20"/>
              </w:rPr>
              <w:t xml:space="preserve"> din Legea nr.169/2026</w:t>
            </w:r>
          </w:p>
        </w:tc>
      </w:tr>
    </w:tbl>
    <w:p w14:paraId="1424506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B29C5" w14:paraId="1087A62F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B2188BE" w14:textId="180A9649" w:rsidR="005B29C5" w:rsidRDefault="005B29C5" w:rsidP="00303E64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5B29C5" w14:paraId="5D544392" w14:textId="77777777" w:rsidTr="00C47FA7">
        <w:trPr>
          <w:cantSplit/>
        </w:trPr>
        <w:tc>
          <w:tcPr>
            <w:tcW w:w="4818" w:type="dxa"/>
          </w:tcPr>
          <w:p w14:paraId="1B8AD45C" w14:textId="470E49DB" w:rsidR="005B29C5" w:rsidRPr="00F178DF" w:rsidRDefault="005B29C5" w:rsidP="005B29C5">
            <w:pPr>
              <w:rPr>
                <w:sz w:val="20"/>
                <w:szCs w:val="20"/>
                <w:lang w:val="fr-FR"/>
              </w:rPr>
            </w:pPr>
            <w:proofErr w:type="spellStart"/>
            <w:r w:rsidRPr="00C43DDA">
              <w:rPr>
                <w:b/>
                <w:color w:val="0D5F78"/>
                <w:sz w:val="20"/>
                <w:szCs w:val="20"/>
                <w:lang w:val="fr-FR"/>
              </w:rPr>
              <w:t>Certificatului</w:t>
            </w:r>
            <w:proofErr w:type="spellEnd"/>
            <w:r w:rsidRPr="00C43DDA">
              <w:rPr>
                <w:b/>
                <w:color w:val="0D5F78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C43DDA">
              <w:rPr>
                <w:b/>
                <w:color w:val="0D5F78"/>
                <w:sz w:val="20"/>
                <w:szCs w:val="20"/>
                <w:lang w:val="fr-FR"/>
              </w:rPr>
              <w:t>urbanism</w:t>
            </w:r>
            <w:proofErr w:type="spellEnd"/>
            <w:r w:rsidRPr="00C43DDA">
              <w:rPr>
                <w:b/>
                <w:color w:val="0D5F78"/>
                <w:sz w:val="20"/>
                <w:szCs w:val="20"/>
                <w:lang w:val="fr-FR"/>
              </w:rPr>
              <w:t xml:space="preserve"> nr. / data</w:t>
            </w:r>
          </w:p>
        </w:tc>
        <w:tc>
          <w:tcPr>
            <w:tcW w:w="4818" w:type="dxa"/>
          </w:tcPr>
          <w:p w14:paraId="3EFF25A7" w14:textId="0A342550" w:rsidR="005B29C5" w:rsidRPr="00C43DDA" w:rsidRDefault="005B29C5" w:rsidP="005B29C5">
            <w:pPr>
              <w:rPr>
                <w:sz w:val="20"/>
                <w:szCs w:val="20"/>
              </w:rPr>
            </w:pPr>
            <w:proofErr w:type="spellStart"/>
            <w:r w:rsidRPr="00C43DDA">
              <w:rPr>
                <w:b/>
                <w:color w:val="0D5F78"/>
                <w:sz w:val="20"/>
                <w:szCs w:val="20"/>
              </w:rPr>
              <w:t>emis</w:t>
            </w:r>
            <w:proofErr w:type="spellEnd"/>
            <w:r w:rsidRPr="00C43DDA">
              <w:rPr>
                <w:b/>
                <w:color w:val="0D5F78"/>
                <w:sz w:val="20"/>
                <w:szCs w:val="20"/>
              </w:rPr>
              <w:t xml:space="preserve"> de</w:t>
            </w:r>
          </w:p>
        </w:tc>
      </w:tr>
    </w:tbl>
    <w:p w14:paraId="24ABCC7F" w14:textId="77777777" w:rsidR="001531A5" w:rsidRPr="00EC61F0" w:rsidRDefault="00C32AB5" w:rsidP="006D21DD">
      <w:pPr>
        <w:jc w:val="center"/>
        <w:rPr>
          <w:sz w:val="20"/>
          <w:szCs w:val="20"/>
        </w:rPr>
      </w:pPr>
      <w:proofErr w:type="spellStart"/>
      <w:r w:rsidRPr="00EC61F0">
        <w:rPr>
          <w:sz w:val="20"/>
          <w:szCs w:val="20"/>
        </w:rPr>
        <w:t>în</w:t>
      </w:r>
      <w:proofErr w:type="spellEnd"/>
      <w:r w:rsidRPr="00EC61F0">
        <w:rPr>
          <w:sz w:val="20"/>
          <w:szCs w:val="20"/>
        </w:rPr>
        <w:t xml:space="preserve"> </w:t>
      </w:r>
      <w:proofErr w:type="spellStart"/>
      <w:r w:rsidRPr="00EC61F0">
        <w:rPr>
          <w:sz w:val="20"/>
          <w:szCs w:val="20"/>
        </w:rPr>
        <w:t>conformitate</w:t>
      </w:r>
      <w:proofErr w:type="spellEnd"/>
      <w:r w:rsidRPr="00EC61F0">
        <w:rPr>
          <w:sz w:val="20"/>
          <w:szCs w:val="20"/>
        </w:rPr>
        <w:t xml:space="preserve"> cu </w:t>
      </w:r>
      <w:proofErr w:type="spellStart"/>
      <w:r w:rsidRPr="00EC61F0">
        <w:rPr>
          <w:sz w:val="20"/>
          <w:szCs w:val="20"/>
        </w:rPr>
        <w:t>prevederile</w:t>
      </w:r>
      <w:proofErr w:type="spellEnd"/>
      <w:r w:rsidRPr="00EC61F0">
        <w:rPr>
          <w:sz w:val="20"/>
          <w:szCs w:val="20"/>
        </w:rPr>
        <w:t xml:space="preserve"> </w:t>
      </w:r>
      <w:proofErr w:type="spellStart"/>
      <w:r w:rsidRPr="00EC61F0">
        <w:rPr>
          <w:sz w:val="20"/>
          <w:szCs w:val="20"/>
        </w:rPr>
        <w:t>Legii</w:t>
      </w:r>
      <w:proofErr w:type="spellEnd"/>
      <w:r w:rsidRPr="00EC61F0">
        <w:rPr>
          <w:sz w:val="20"/>
          <w:szCs w:val="20"/>
        </w:rPr>
        <w:t xml:space="preserve"> nr. 169/2026 </w:t>
      </w:r>
      <w:proofErr w:type="spellStart"/>
      <w:r w:rsidRPr="00EC61F0">
        <w:rPr>
          <w:sz w:val="20"/>
          <w:szCs w:val="20"/>
        </w:rPr>
        <w:t>privind</w:t>
      </w:r>
      <w:proofErr w:type="spellEnd"/>
      <w:r w:rsidRPr="00EC61F0">
        <w:rPr>
          <w:sz w:val="20"/>
          <w:szCs w:val="20"/>
        </w:rPr>
        <w:t xml:space="preserve"> </w:t>
      </w:r>
      <w:proofErr w:type="spellStart"/>
      <w:r w:rsidRPr="00EC61F0">
        <w:rPr>
          <w:sz w:val="20"/>
          <w:szCs w:val="20"/>
        </w:rPr>
        <w:t>Codul</w:t>
      </w:r>
      <w:proofErr w:type="spellEnd"/>
      <w:r w:rsidRPr="00EC61F0">
        <w:rPr>
          <w:sz w:val="20"/>
          <w:szCs w:val="20"/>
        </w:rPr>
        <w:t xml:space="preserve"> </w:t>
      </w:r>
      <w:proofErr w:type="spellStart"/>
      <w:r w:rsidRPr="00EC61F0">
        <w:rPr>
          <w:sz w:val="20"/>
          <w:szCs w:val="20"/>
        </w:rPr>
        <w:t>amenajării</w:t>
      </w:r>
      <w:proofErr w:type="spellEnd"/>
      <w:r w:rsidRPr="00EC61F0">
        <w:rPr>
          <w:sz w:val="20"/>
          <w:szCs w:val="20"/>
        </w:rPr>
        <w:t xml:space="preserve"> </w:t>
      </w:r>
      <w:proofErr w:type="spellStart"/>
      <w:r w:rsidRPr="00EC61F0">
        <w:rPr>
          <w:sz w:val="20"/>
          <w:szCs w:val="20"/>
        </w:rPr>
        <w:t>teritoriului</w:t>
      </w:r>
      <w:proofErr w:type="spellEnd"/>
      <w:r w:rsidRPr="00EC61F0">
        <w:rPr>
          <w:sz w:val="20"/>
          <w:szCs w:val="20"/>
        </w:rPr>
        <w:t xml:space="preserve">, </w:t>
      </w:r>
      <w:proofErr w:type="spellStart"/>
      <w:r w:rsidRPr="00EC61F0">
        <w:rPr>
          <w:sz w:val="20"/>
          <w:szCs w:val="20"/>
        </w:rPr>
        <w:t>urbanismului</w:t>
      </w:r>
      <w:proofErr w:type="spellEnd"/>
      <w:r w:rsidRPr="00EC61F0">
        <w:rPr>
          <w:sz w:val="20"/>
          <w:szCs w:val="20"/>
        </w:rPr>
        <w:t xml:space="preserve"> </w:t>
      </w:r>
      <w:proofErr w:type="spellStart"/>
      <w:r w:rsidRPr="00EC61F0">
        <w:rPr>
          <w:sz w:val="20"/>
          <w:szCs w:val="20"/>
        </w:rPr>
        <w:t>și</w:t>
      </w:r>
      <w:proofErr w:type="spellEnd"/>
      <w:r w:rsidRPr="00EC61F0">
        <w:rPr>
          <w:sz w:val="20"/>
          <w:szCs w:val="20"/>
        </w:rPr>
        <w:t xml:space="preserve"> </w:t>
      </w:r>
      <w:proofErr w:type="spellStart"/>
      <w:r w:rsidRPr="00EC61F0">
        <w:rPr>
          <w:sz w:val="20"/>
          <w:szCs w:val="20"/>
        </w:rPr>
        <w:t>construcțiilor</w:t>
      </w:r>
      <w:proofErr w:type="spellEnd"/>
      <w:r w:rsidRPr="00EC61F0">
        <w:rPr>
          <w:sz w:val="20"/>
          <w:szCs w:val="20"/>
        </w:rPr>
        <w:t xml:space="preserve">, </w:t>
      </w:r>
    </w:p>
    <w:p w14:paraId="1474EB1C" w14:textId="7A9E4436" w:rsidR="00C32AB5" w:rsidRPr="00EC61F0" w:rsidRDefault="00C32AB5" w:rsidP="006D21DD">
      <w:pPr>
        <w:jc w:val="center"/>
        <w:rPr>
          <w:sz w:val="20"/>
          <w:szCs w:val="20"/>
        </w:rPr>
      </w:pPr>
      <w:r w:rsidRPr="00EC61F0">
        <w:rPr>
          <w:sz w:val="20"/>
          <w:szCs w:val="20"/>
        </w:rPr>
        <w:t xml:space="preserve">solicit </w:t>
      </w:r>
      <w:proofErr w:type="spellStart"/>
      <w:r w:rsidRPr="00EC61F0">
        <w:rPr>
          <w:sz w:val="20"/>
          <w:szCs w:val="20"/>
        </w:rPr>
        <w:t>emiterea</w:t>
      </w:r>
      <w:proofErr w:type="spellEnd"/>
    </w:p>
    <w:p w14:paraId="025957C7" w14:textId="77777777" w:rsidR="001531A5" w:rsidRPr="00320CE5" w:rsidRDefault="00C32AB5" w:rsidP="00E042D6">
      <w:pPr>
        <w:jc w:val="center"/>
        <w:rPr>
          <w:b/>
          <w:sz w:val="24"/>
          <w:szCs w:val="24"/>
        </w:rPr>
      </w:pPr>
      <w:proofErr w:type="spellStart"/>
      <w:r w:rsidRPr="00320CE5">
        <w:rPr>
          <w:b/>
          <w:sz w:val="24"/>
          <w:szCs w:val="24"/>
        </w:rPr>
        <w:t>Autorizației</w:t>
      </w:r>
      <w:proofErr w:type="spellEnd"/>
      <w:r w:rsidRPr="00320CE5">
        <w:rPr>
          <w:b/>
          <w:sz w:val="24"/>
          <w:szCs w:val="24"/>
        </w:rPr>
        <w:t xml:space="preserve"> de ☐ </w:t>
      </w:r>
      <w:proofErr w:type="spellStart"/>
      <w:r w:rsidRPr="00320CE5">
        <w:rPr>
          <w:b/>
          <w:sz w:val="24"/>
          <w:szCs w:val="24"/>
        </w:rPr>
        <w:t>construire</w:t>
      </w:r>
      <w:proofErr w:type="spellEnd"/>
      <w:r w:rsidRPr="00320CE5">
        <w:rPr>
          <w:b/>
          <w:sz w:val="24"/>
          <w:szCs w:val="24"/>
        </w:rPr>
        <w:t xml:space="preserve"> / ☐ </w:t>
      </w:r>
      <w:proofErr w:type="spellStart"/>
      <w:r w:rsidRPr="00320CE5">
        <w:rPr>
          <w:b/>
          <w:sz w:val="24"/>
          <w:szCs w:val="24"/>
        </w:rPr>
        <w:t>desființare</w:t>
      </w:r>
      <w:proofErr w:type="spellEnd"/>
      <w:r w:rsidRPr="00320CE5">
        <w:rPr>
          <w:b/>
          <w:sz w:val="24"/>
          <w:szCs w:val="24"/>
        </w:rPr>
        <w:t xml:space="preserve"> </w:t>
      </w:r>
    </w:p>
    <w:p w14:paraId="646C5D13" w14:textId="6DD0E7CB" w:rsidR="00C32AB5" w:rsidRPr="00320CE5" w:rsidRDefault="00C32AB5" w:rsidP="00E042D6">
      <w:pPr>
        <w:jc w:val="center"/>
        <w:rPr>
          <w:b/>
          <w:sz w:val="24"/>
          <w:szCs w:val="24"/>
        </w:rPr>
      </w:pPr>
      <w:r w:rsidRPr="00320CE5">
        <w:rPr>
          <w:b/>
          <w:sz w:val="24"/>
          <w:szCs w:val="24"/>
        </w:rPr>
        <w:t xml:space="preserve">☐ </w:t>
      </w:r>
      <w:proofErr w:type="spellStart"/>
      <w:r w:rsidRPr="00320CE5">
        <w:rPr>
          <w:b/>
          <w:sz w:val="24"/>
          <w:szCs w:val="24"/>
        </w:rPr>
        <w:t>clădiri</w:t>
      </w:r>
      <w:proofErr w:type="spellEnd"/>
      <w:r w:rsidRPr="00320CE5">
        <w:rPr>
          <w:b/>
          <w:sz w:val="24"/>
          <w:szCs w:val="24"/>
        </w:rPr>
        <w:t xml:space="preserve"> </w:t>
      </w:r>
      <w:proofErr w:type="spellStart"/>
      <w:r w:rsidRPr="00320CE5">
        <w:rPr>
          <w:b/>
          <w:sz w:val="24"/>
          <w:szCs w:val="24"/>
        </w:rPr>
        <w:t>și</w:t>
      </w:r>
      <w:proofErr w:type="spellEnd"/>
      <w:r w:rsidRPr="00320CE5">
        <w:rPr>
          <w:b/>
          <w:sz w:val="24"/>
          <w:szCs w:val="24"/>
        </w:rPr>
        <w:t xml:space="preserve"> </w:t>
      </w:r>
      <w:proofErr w:type="spellStart"/>
      <w:r w:rsidRPr="00320CE5">
        <w:rPr>
          <w:b/>
          <w:sz w:val="24"/>
          <w:szCs w:val="24"/>
        </w:rPr>
        <w:t>amenjări</w:t>
      </w:r>
      <w:proofErr w:type="spellEnd"/>
      <w:r w:rsidRPr="00320CE5">
        <w:rPr>
          <w:b/>
          <w:sz w:val="24"/>
          <w:szCs w:val="24"/>
        </w:rPr>
        <w:t xml:space="preserve"> / ☐ </w:t>
      </w:r>
      <w:proofErr w:type="spellStart"/>
      <w:r w:rsidRPr="00320CE5">
        <w:rPr>
          <w:b/>
          <w:sz w:val="24"/>
          <w:szCs w:val="24"/>
        </w:rPr>
        <w:t>lucrări</w:t>
      </w:r>
      <w:proofErr w:type="spellEnd"/>
      <w:r w:rsidRPr="00320CE5">
        <w:rPr>
          <w:b/>
          <w:sz w:val="24"/>
          <w:szCs w:val="24"/>
        </w:rPr>
        <w:t xml:space="preserve"> </w:t>
      </w:r>
      <w:proofErr w:type="spellStart"/>
      <w:r w:rsidRPr="00320CE5">
        <w:rPr>
          <w:b/>
          <w:sz w:val="24"/>
          <w:szCs w:val="24"/>
        </w:rPr>
        <w:t>inginerești</w:t>
      </w:r>
      <w:proofErr w:type="spellEnd"/>
      <w:r w:rsidRPr="00320CE5">
        <w:rPr>
          <w:b/>
          <w:sz w:val="24"/>
          <w:szCs w:val="24"/>
        </w:rPr>
        <w:t xml:space="preserve"> / ☐ </w:t>
      </w:r>
      <w:proofErr w:type="spellStart"/>
      <w:r w:rsidRPr="00320CE5">
        <w:rPr>
          <w:b/>
          <w:sz w:val="24"/>
          <w:szCs w:val="24"/>
        </w:rPr>
        <w:t>construcții</w:t>
      </w:r>
      <w:proofErr w:type="spellEnd"/>
      <w:r w:rsidRPr="00320CE5">
        <w:rPr>
          <w:b/>
          <w:sz w:val="24"/>
          <w:szCs w:val="24"/>
        </w:rPr>
        <w:t xml:space="preserve"> </w:t>
      </w:r>
      <w:proofErr w:type="spellStart"/>
      <w:r w:rsidRPr="00320CE5">
        <w:rPr>
          <w:b/>
          <w:sz w:val="24"/>
          <w:szCs w:val="24"/>
        </w:rPr>
        <w:t>speciale</w:t>
      </w:r>
      <w:proofErr w:type="spellEnd"/>
    </w:p>
    <w:p w14:paraId="76839621" w14:textId="77777777" w:rsidR="00C32AB5" w:rsidRDefault="00C32AB5" w:rsidP="00E042D6">
      <w:pPr>
        <w:jc w:val="center"/>
      </w:pPr>
      <w:r w:rsidRPr="00320CE5">
        <w:rPr>
          <w:sz w:val="24"/>
          <w:szCs w:val="24"/>
        </w:rPr>
        <w:t xml:space="preserve">precum </w:t>
      </w:r>
      <w:proofErr w:type="spellStart"/>
      <w:r w:rsidRPr="00320CE5">
        <w:rPr>
          <w:sz w:val="24"/>
          <w:szCs w:val="24"/>
        </w:rPr>
        <w:t>și</w:t>
      </w:r>
      <w:proofErr w:type="spellEnd"/>
      <w:r w:rsidRPr="00320CE5">
        <w:rPr>
          <w:sz w:val="24"/>
          <w:szCs w:val="24"/>
        </w:rPr>
        <w:t xml:space="preserve"> a </w:t>
      </w:r>
      <w:r w:rsidRPr="00320CE5">
        <w:rPr>
          <w:b/>
          <w:sz w:val="24"/>
          <w:szCs w:val="24"/>
        </w:rPr>
        <w:t xml:space="preserve">☐ </w:t>
      </w:r>
      <w:proofErr w:type="spellStart"/>
      <w:r w:rsidRPr="00320CE5">
        <w:rPr>
          <w:b/>
          <w:sz w:val="24"/>
          <w:szCs w:val="24"/>
        </w:rPr>
        <w:t>Autorizației</w:t>
      </w:r>
      <w:proofErr w:type="spellEnd"/>
      <w:r w:rsidRPr="00320CE5">
        <w:rPr>
          <w:b/>
          <w:sz w:val="24"/>
          <w:szCs w:val="24"/>
        </w:rPr>
        <w:t xml:space="preserve"> de </w:t>
      </w:r>
      <w:proofErr w:type="spellStart"/>
      <w:r w:rsidRPr="00320CE5">
        <w:rPr>
          <w:b/>
          <w:sz w:val="24"/>
          <w:szCs w:val="24"/>
        </w:rPr>
        <w:t>amenajare</w:t>
      </w:r>
      <w:proofErr w:type="spellEnd"/>
      <w:r w:rsidRPr="00320CE5">
        <w:rPr>
          <w:b/>
          <w:sz w:val="24"/>
          <w:szCs w:val="24"/>
        </w:rPr>
        <w:t xml:space="preserve"> </w:t>
      </w:r>
      <w:proofErr w:type="gramStart"/>
      <w:r w:rsidRPr="00320CE5">
        <w:rPr>
          <w:b/>
          <w:sz w:val="24"/>
          <w:szCs w:val="24"/>
        </w:rPr>
        <w:t>a</w:t>
      </w:r>
      <w:proofErr w:type="gramEnd"/>
      <w:r w:rsidRPr="00320CE5">
        <w:rPr>
          <w:b/>
          <w:sz w:val="24"/>
          <w:szCs w:val="24"/>
        </w:rPr>
        <w:t xml:space="preserve"> </w:t>
      </w:r>
      <w:proofErr w:type="spellStart"/>
      <w:r w:rsidRPr="00320CE5">
        <w:rPr>
          <w:b/>
          <w:sz w:val="24"/>
          <w:szCs w:val="24"/>
        </w:rPr>
        <w:t>organizării</w:t>
      </w:r>
      <w:proofErr w:type="spellEnd"/>
      <w:r w:rsidRPr="00320CE5">
        <w:rPr>
          <w:b/>
          <w:sz w:val="24"/>
          <w:szCs w:val="24"/>
        </w:rPr>
        <w:t xml:space="preserve"> </w:t>
      </w:r>
      <w:proofErr w:type="spellStart"/>
      <w:r w:rsidRPr="00320CE5">
        <w:rPr>
          <w:b/>
          <w:sz w:val="24"/>
          <w:szCs w:val="24"/>
        </w:rPr>
        <w:t>execuției</w:t>
      </w:r>
      <w:proofErr w:type="spellEnd"/>
      <w:r>
        <w:rPr>
          <w:b/>
          <w:sz w:val="20"/>
        </w:rPr>
        <w:br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32AB5" w:rsidRPr="00F61A70" w14:paraId="35B98EF6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312363D4" w14:textId="2BBF1D99" w:rsidR="00C32AB5" w:rsidRPr="005B29C5" w:rsidRDefault="00C32AB5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5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sz w:val="18"/>
                <w:szCs w:val="18"/>
                <w:lang w:val="fr-FR"/>
              </w:rPr>
              <w:t>ÎN SCOPUL REALIZĂRII</w:t>
            </w:r>
            <w:r w:rsidRPr="005B29C5">
              <w:rPr>
                <w:b/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OBIECTIVUL</w:t>
            </w:r>
            <w:r>
              <w:rPr>
                <w:b/>
                <w:color w:val="000000"/>
                <w:sz w:val="18"/>
                <w:lang w:val="fr-FR"/>
              </w:rPr>
              <w:t xml:space="preserve">UI  </w:t>
            </w:r>
            <w:r w:rsidRPr="005B29C5">
              <w:rPr>
                <w:b/>
                <w:color w:val="000000"/>
                <w:sz w:val="18"/>
                <w:lang w:val="fr-FR"/>
              </w:rPr>
              <w:t>/</w:t>
            </w:r>
            <w:proofErr w:type="gramEnd"/>
            <w:r>
              <w:rPr>
                <w:b/>
                <w:color w:val="000000"/>
                <w:sz w:val="18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OBIECTULUI  DE</w:t>
            </w:r>
            <w:proofErr w:type="gramEnd"/>
            <w:r w:rsidRPr="005B29C5">
              <w:rPr>
                <w:b/>
                <w:color w:val="000000"/>
                <w:sz w:val="18"/>
                <w:lang w:val="fr-FR"/>
              </w:rPr>
              <w:t xml:space="preserve"> INVESTIȚII</w:t>
            </w:r>
          </w:p>
        </w:tc>
      </w:tr>
      <w:tr w:rsidR="00C32AB5" w14:paraId="7C44D6E1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2AAE5021" w14:textId="56EF46F8" w:rsidR="00C32AB5" w:rsidRPr="001F7DA7" w:rsidRDefault="00C32AB5" w:rsidP="00303E64">
            <w:pPr>
              <w:keepNext/>
              <w:spacing w:line="228" w:lineRule="auto"/>
              <w:rPr>
                <w:sz w:val="20"/>
                <w:szCs w:val="20"/>
              </w:rPr>
            </w:pPr>
            <w:r w:rsidRPr="001F7DA7">
              <w:rPr>
                <w:sz w:val="20"/>
                <w:szCs w:val="20"/>
              </w:rPr>
              <w:t xml:space="preserve">include </w:t>
            </w:r>
            <w:r w:rsidR="001531A5" w:rsidRPr="001F7DA7">
              <w:rPr>
                <w:sz w:val="20"/>
                <w:szCs w:val="20"/>
              </w:rPr>
              <w:t xml:space="preserve">cel </w:t>
            </w:r>
            <w:proofErr w:type="spellStart"/>
            <w:r w:rsidR="001531A5" w:rsidRPr="001F7DA7">
              <w:rPr>
                <w:sz w:val="20"/>
                <w:szCs w:val="20"/>
              </w:rPr>
              <w:t>puțin</w:t>
            </w:r>
            <w:proofErr w:type="spellEnd"/>
            <w:r w:rsidR="001531A5" w:rsidRPr="001F7DA7">
              <w:rPr>
                <w:sz w:val="20"/>
                <w:szCs w:val="20"/>
              </w:rPr>
              <w:t xml:space="preserve"> </w:t>
            </w:r>
            <w:proofErr w:type="spellStart"/>
            <w:r w:rsidRPr="001F7DA7">
              <w:rPr>
                <w:sz w:val="20"/>
                <w:szCs w:val="20"/>
              </w:rPr>
              <w:t>funcțiunea</w:t>
            </w:r>
            <w:proofErr w:type="spellEnd"/>
            <w:r w:rsidRPr="001F7DA7">
              <w:rPr>
                <w:sz w:val="20"/>
                <w:szCs w:val="20"/>
              </w:rPr>
              <w:t xml:space="preserve"> </w:t>
            </w:r>
            <w:proofErr w:type="spellStart"/>
            <w:r w:rsidRPr="001F7DA7">
              <w:rPr>
                <w:sz w:val="20"/>
                <w:szCs w:val="20"/>
              </w:rPr>
              <w:t>principală</w:t>
            </w:r>
            <w:proofErr w:type="spellEnd"/>
            <w:r w:rsidRPr="001F7DA7">
              <w:rPr>
                <w:sz w:val="20"/>
                <w:szCs w:val="20"/>
              </w:rPr>
              <w:t xml:space="preserve"> </w:t>
            </w:r>
            <w:proofErr w:type="spellStart"/>
            <w:r w:rsidRPr="001F7DA7">
              <w:rPr>
                <w:sz w:val="20"/>
                <w:szCs w:val="20"/>
              </w:rPr>
              <w:t>și</w:t>
            </w:r>
            <w:proofErr w:type="spellEnd"/>
            <w:r w:rsidRPr="001F7DA7">
              <w:rPr>
                <w:sz w:val="20"/>
                <w:szCs w:val="20"/>
              </w:rPr>
              <w:t xml:space="preserve"> </w:t>
            </w:r>
            <w:proofErr w:type="spellStart"/>
            <w:r w:rsidRPr="001F7DA7">
              <w:rPr>
                <w:sz w:val="20"/>
                <w:szCs w:val="20"/>
              </w:rPr>
              <w:t>secundare</w:t>
            </w:r>
            <w:proofErr w:type="spellEnd"/>
          </w:p>
        </w:tc>
      </w:tr>
      <w:tr w:rsidR="00C32AB5" w14:paraId="5552796F" w14:textId="77777777" w:rsidTr="00303E64">
        <w:trPr>
          <w:cantSplit/>
        </w:trPr>
        <w:tc>
          <w:tcPr>
            <w:tcW w:w="9636" w:type="dxa"/>
          </w:tcPr>
          <w:p w14:paraId="77F46E38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7355D8A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</w:tbl>
    <w:p w14:paraId="2E66493B" w14:textId="40165133" w:rsidR="003C7CA3" w:rsidRDefault="003C7CA3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8"/>
        <w:gridCol w:w="804"/>
        <w:gridCol w:w="803"/>
        <w:gridCol w:w="803"/>
        <w:gridCol w:w="803"/>
        <w:gridCol w:w="803"/>
        <w:gridCol w:w="1606"/>
        <w:gridCol w:w="1606"/>
      </w:tblGrid>
      <w:tr w:rsidR="003C7CA3" w14:paraId="141F655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143AC5" w14:textId="57ECE718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C32AB5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 / IMOBILE</w:t>
            </w:r>
          </w:p>
        </w:tc>
      </w:tr>
      <w:tr w:rsidR="003C7CA3" w:rsidRPr="00F61A70" w14:paraId="238DC72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37FA947" w14:textId="77777777" w:rsidR="003C7CA3" w:rsidRPr="00D03D77" w:rsidRDefault="003454F7">
            <w:pPr>
              <w:keepNext/>
              <w:spacing w:line="228" w:lineRule="auto"/>
              <w:rPr>
                <w:sz w:val="20"/>
                <w:szCs w:val="20"/>
                <w:lang w:val="fr-FR"/>
              </w:rPr>
            </w:pPr>
            <w:proofErr w:type="spellStart"/>
            <w:r w:rsidRPr="00D03D77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D03D7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03D77">
              <w:rPr>
                <w:sz w:val="20"/>
                <w:szCs w:val="20"/>
                <w:lang w:val="fr-FR"/>
              </w:rPr>
              <w:t>fiecare</w:t>
            </w:r>
            <w:proofErr w:type="spellEnd"/>
            <w:r w:rsidRPr="00D03D7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03D77">
              <w:rPr>
                <w:sz w:val="20"/>
                <w:szCs w:val="20"/>
                <w:lang w:val="fr-FR"/>
              </w:rPr>
              <w:t>imobil</w:t>
            </w:r>
            <w:proofErr w:type="spellEnd"/>
            <w:r w:rsidRPr="00D03D7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D03D77">
              <w:rPr>
                <w:sz w:val="20"/>
                <w:szCs w:val="20"/>
                <w:lang w:val="fr-FR"/>
              </w:rPr>
              <w:t>completează</w:t>
            </w:r>
            <w:proofErr w:type="spellEnd"/>
            <w:r w:rsidRPr="00D03D7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03D77">
              <w:rPr>
                <w:sz w:val="20"/>
                <w:szCs w:val="20"/>
                <w:lang w:val="fr-FR"/>
              </w:rPr>
              <w:t>obligatoriu</w:t>
            </w:r>
            <w:proofErr w:type="spellEnd"/>
            <w:r w:rsidRPr="00D03D7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03D77">
              <w:rPr>
                <w:sz w:val="20"/>
                <w:szCs w:val="20"/>
                <w:lang w:val="fr-FR"/>
              </w:rPr>
              <w:t>câte</w:t>
            </w:r>
            <w:proofErr w:type="spellEnd"/>
            <w:r w:rsidRPr="00D03D77">
              <w:rPr>
                <w:sz w:val="20"/>
                <w:szCs w:val="20"/>
                <w:lang w:val="fr-FR"/>
              </w:rPr>
              <w:t xml:space="preserve"> o </w:t>
            </w:r>
            <w:proofErr w:type="spellStart"/>
            <w:r w:rsidRPr="00D03D77">
              <w:rPr>
                <w:sz w:val="20"/>
                <w:szCs w:val="20"/>
                <w:lang w:val="fr-FR"/>
              </w:rPr>
              <w:t>anexă</w:t>
            </w:r>
            <w:proofErr w:type="spellEnd"/>
            <w:r w:rsidRPr="00D03D7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D03D77">
              <w:rPr>
                <w:sz w:val="20"/>
                <w:szCs w:val="20"/>
                <w:lang w:val="fr-FR"/>
              </w:rPr>
              <w:t>tehnică</w:t>
            </w:r>
            <w:proofErr w:type="spellEnd"/>
            <w:r w:rsidRPr="00D03D77">
              <w:rPr>
                <w:sz w:val="20"/>
                <w:szCs w:val="20"/>
                <w:lang w:val="fr-FR"/>
              </w:rPr>
              <w:t>;</w:t>
            </w:r>
            <w:proofErr w:type="gramEnd"/>
            <w:r w:rsidRPr="00D03D7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03D77">
              <w:rPr>
                <w:sz w:val="20"/>
                <w:szCs w:val="20"/>
                <w:lang w:val="fr-FR"/>
              </w:rPr>
              <w:t>celelalte</w:t>
            </w:r>
            <w:proofErr w:type="spellEnd"/>
            <w:r w:rsidRPr="00D03D7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03D77">
              <w:rPr>
                <w:sz w:val="20"/>
                <w:szCs w:val="20"/>
                <w:lang w:val="fr-FR"/>
              </w:rPr>
              <w:t>imobile</w:t>
            </w:r>
            <w:proofErr w:type="spellEnd"/>
            <w:r w:rsidRPr="00D03D77">
              <w:rPr>
                <w:sz w:val="20"/>
                <w:szCs w:val="20"/>
                <w:lang w:val="fr-FR"/>
              </w:rPr>
              <w:t xml:space="preserve"> se </w:t>
            </w:r>
            <w:proofErr w:type="spellStart"/>
            <w:r w:rsidRPr="00D03D77">
              <w:rPr>
                <w:sz w:val="20"/>
                <w:szCs w:val="20"/>
                <w:lang w:val="fr-FR"/>
              </w:rPr>
              <w:t>înscriu</w:t>
            </w:r>
            <w:proofErr w:type="spellEnd"/>
            <w:r w:rsidRPr="00D03D7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03D77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D03D77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03D77">
              <w:rPr>
                <w:sz w:val="20"/>
                <w:szCs w:val="20"/>
                <w:lang w:val="fr-FR"/>
              </w:rPr>
              <w:t>anexa</w:t>
            </w:r>
            <w:proofErr w:type="spellEnd"/>
            <w:r w:rsidRPr="00D03D77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D03D77">
              <w:rPr>
                <w:sz w:val="20"/>
                <w:szCs w:val="20"/>
                <w:lang w:val="fr-FR"/>
              </w:rPr>
              <w:t>imobile</w:t>
            </w:r>
            <w:proofErr w:type="spellEnd"/>
            <w:r w:rsidRPr="00D03D77">
              <w:rPr>
                <w:sz w:val="20"/>
                <w:szCs w:val="20"/>
                <w:lang w:val="fr-FR"/>
              </w:rPr>
              <w:t>.</w:t>
            </w:r>
          </w:p>
        </w:tc>
      </w:tr>
      <w:tr w:rsidR="003C7CA3" w14:paraId="2A794A3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11D41FD" w14:textId="2355A0D2" w:rsidR="003C7CA3" w:rsidRPr="00D03D77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D03D77">
              <w:rPr>
                <w:sz w:val="20"/>
                <w:szCs w:val="20"/>
              </w:rPr>
              <w:t>Imobil</w:t>
            </w:r>
            <w:proofErr w:type="spellEnd"/>
            <w:r w:rsidRPr="00D03D77">
              <w:rPr>
                <w:sz w:val="20"/>
                <w:szCs w:val="20"/>
              </w:rPr>
              <w:t xml:space="preserve"> 1</w:t>
            </w:r>
          </w:p>
        </w:tc>
      </w:tr>
      <w:tr w:rsidR="003C7CA3" w14:paraId="29520B4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A203E5A" w14:textId="77777777" w:rsidR="003C7CA3" w:rsidRPr="00D03D77" w:rsidRDefault="003454F7">
            <w:pPr>
              <w:keepNext/>
              <w:rPr>
                <w:sz w:val="20"/>
                <w:szCs w:val="20"/>
              </w:rPr>
            </w:pPr>
            <w:r w:rsidRPr="00D03D77">
              <w:rPr>
                <w:b/>
                <w:color w:val="0D5F78"/>
                <w:sz w:val="20"/>
                <w:szCs w:val="20"/>
              </w:rPr>
              <w:t xml:space="preserve">Tip </w:t>
            </w:r>
            <w:proofErr w:type="spellStart"/>
            <w:r w:rsidRPr="00D03D77">
              <w:rPr>
                <w:b/>
                <w:color w:val="0D5F78"/>
                <w:sz w:val="20"/>
                <w:szCs w:val="20"/>
              </w:rPr>
              <w:t>imobil</w:t>
            </w:r>
            <w:proofErr w:type="spellEnd"/>
          </w:p>
          <w:p w14:paraId="1204C28A" w14:textId="77777777" w:rsidR="003C7CA3" w:rsidRPr="00D03D77" w:rsidRDefault="003454F7">
            <w:pPr>
              <w:keepNext/>
              <w:rPr>
                <w:sz w:val="20"/>
                <w:szCs w:val="20"/>
              </w:rPr>
            </w:pPr>
            <w:r w:rsidRPr="00D03D77">
              <w:rPr>
                <w:sz w:val="20"/>
                <w:szCs w:val="20"/>
              </w:rPr>
              <w:t xml:space="preserve">☐ </w:t>
            </w:r>
            <w:proofErr w:type="spellStart"/>
            <w:r w:rsidRPr="00D03D77">
              <w:rPr>
                <w:sz w:val="20"/>
                <w:szCs w:val="20"/>
              </w:rPr>
              <w:t>teren</w:t>
            </w:r>
            <w:proofErr w:type="spellEnd"/>
            <w:r w:rsidRPr="00D03D77">
              <w:rPr>
                <w:sz w:val="20"/>
                <w:szCs w:val="20"/>
              </w:rPr>
              <w:t xml:space="preserve">     ☐ </w:t>
            </w:r>
            <w:proofErr w:type="spellStart"/>
            <w:r w:rsidRPr="00D03D77">
              <w:rPr>
                <w:sz w:val="20"/>
                <w:szCs w:val="20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5BA7D251" w14:textId="77777777" w:rsidR="003C7CA3" w:rsidRPr="00D03D77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D03D77">
              <w:rPr>
                <w:b/>
                <w:color w:val="0D5F78"/>
                <w:sz w:val="20"/>
                <w:szCs w:val="20"/>
              </w:rPr>
              <w:t>Număr</w:t>
            </w:r>
            <w:proofErr w:type="spellEnd"/>
            <w:r w:rsidRPr="00D03D77">
              <w:rPr>
                <w:b/>
                <w:color w:val="0D5F78"/>
                <w:sz w:val="20"/>
                <w:szCs w:val="20"/>
              </w:rPr>
              <w:t xml:space="preserve"> cadastral</w:t>
            </w:r>
          </w:p>
          <w:p w14:paraId="503C5161" w14:textId="77777777" w:rsidR="003C7CA3" w:rsidRPr="00D03D77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350ADBEB" w14:textId="77777777" w:rsidR="003C7CA3" w:rsidRPr="00D03D77" w:rsidRDefault="003454F7">
            <w:pPr>
              <w:keepNext/>
              <w:rPr>
                <w:sz w:val="20"/>
                <w:szCs w:val="20"/>
              </w:rPr>
            </w:pPr>
            <w:r w:rsidRPr="00D03D77">
              <w:rPr>
                <w:b/>
                <w:color w:val="0D5F78"/>
                <w:sz w:val="20"/>
                <w:szCs w:val="20"/>
              </w:rPr>
              <w:t xml:space="preserve">Carte </w:t>
            </w:r>
            <w:proofErr w:type="spellStart"/>
            <w:r w:rsidRPr="00D03D77">
              <w:rPr>
                <w:b/>
                <w:color w:val="0D5F78"/>
                <w:sz w:val="20"/>
                <w:szCs w:val="20"/>
              </w:rPr>
              <w:t>funciară</w:t>
            </w:r>
            <w:proofErr w:type="spellEnd"/>
            <w:r w:rsidRPr="00D03D77">
              <w:rPr>
                <w:b/>
                <w:color w:val="0D5F78"/>
                <w:sz w:val="20"/>
                <w:szCs w:val="20"/>
              </w:rPr>
              <w:t xml:space="preserve"> nr.</w:t>
            </w:r>
          </w:p>
          <w:p w14:paraId="7CA38C80" w14:textId="77777777" w:rsidR="003C7CA3" w:rsidRPr="00D03D77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14:paraId="108AC1B7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B886C1A" w14:textId="77777777" w:rsidR="003C7CA3" w:rsidRPr="00D03D77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D03D77">
              <w:rPr>
                <w:b/>
                <w:color w:val="0D5F78"/>
                <w:sz w:val="20"/>
                <w:szCs w:val="20"/>
              </w:rPr>
              <w:t>Județul</w:t>
            </w:r>
            <w:proofErr w:type="spellEnd"/>
          </w:p>
          <w:p w14:paraId="4BA80733" w14:textId="77777777" w:rsidR="003C7CA3" w:rsidRPr="00D03D77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0828FCA2" w14:textId="77777777" w:rsidR="003C7CA3" w:rsidRPr="00D03D77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D03D77">
              <w:rPr>
                <w:b/>
                <w:color w:val="0D5F78"/>
                <w:sz w:val="20"/>
                <w:szCs w:val="20"/>
              </w:rPr>
              <w:t>Municipiul</w:t>
            </w:r>
            <w:proofErr w:type="spellEnd"/>
            <w:r w:rsidRPr="00D03D77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D03D77">
              <w:rPr>
                <w:b/>
                <w:color w:val="0D5F78"/>
                <w:sz w:val="20"/>
                <w:szCs w:val="20"/>
              </w:rPr>
              <w:t>orașul</w:t>
            </w:r>
            <w:proofErr w:type="spellEnd"/>
            <w:r w:rsidRPr="00D03D77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D03D77">
              <w:rPr>
                <w:b/>
                <w:color w:val="0D5F78"/>
                <w:sz w:val="20"/>
                <w:szCs w:val="20"/>
              </w:rPr>
              <w:t>comuna</w:t>
            </w:r>
            <w:proofErr w:type="spellEnd"/>
          </w:p>
          <w:p w14:paraId="277082CF" w14:textId="77777777" w:rsidR="003C7CA3" w:rsidRPr="00D03D77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2256FC45" w14:textId="77777777" w:rsidR="003C7CA3" w:rsidRPr="00D03D77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D03D77">
              <w:rPr>
                <w:b/>
                <w:color w:val="0D5F78"/>
                <w:sz w:val="20"/>
                <w:szCs w:val="20"/>
              </w:rPr>
              <w:t>Satul</w:t>
            </w:r>
            <w:proofErr w:type="spellEnd"/>
            <w:r w:rsidRPr="00D03D77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D03D77">
              <w:rPr>
                <w:b/>
                <w:color w:val="0D5F78"/>
                <w:sz w:val="20"/>
                <w:szCs w:val="20"/>
              </w:rPr>
              <w:t>sectorul</w:t>
            </w:r>
            <w:proofErr w:type="spellEnd"/>
          </w:p>
          <w:p w14:paraId="7E1897F6" w14:textId="77777777" w:rsidR="003C7CA3" w:rsidRPr="00D03D77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FB361C" w14:paraId="12C6CF62" w14:textId="77777777" w:rsidTr="009249FB">
        <w:trPr>
          <w:cantSplit/>
          <w:trHeight w:val="422"/>
        </w:trPr>
        <w:tc>
          <w:tcPr>
            <w:tcW w:w="2408" w:type="dxa"/>
            <w:tcBorders>
              <w:right w:val="single" w:sz="4" w:space="0" w:color="auto"/>
            </w:tcBorders>
          </w:tcPr>
          <w:p w14:paraId="36363B02" w14:textId="77777777" w:rsidR="00FB361C" w:rsidRPr="00D03D77" w:rsidRDefault="00FB361C">
            <w:pPr>
              <w:keepNext/>
              <w:rPr>
                <w:sz w:val="20"/>
                <w:szCs w:val="20"/>
              </w:rPr>
            </w:pPr>
            <w:r w:rsidRPr="00D03D77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59829809" w14:textId="77777777" w:rsidR="00FB361C" w:rsidRPr="00D03D77" w:rsidRDefault="00FB361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4" w:type="dxa"/>
            <w:tcBorders>
              <w:left w:val="single" w:sz="4" w:space="0" w:color="auto"/>
            </w:tcBorders>
          </w:tcPr>
          <w:p w14:paraId="3B6D290A" w14:textId="77777777" w:rsidR="00352A40" w:rsidRPr="00D03D77" w:rsidRDefault="00352A40" w:rsidP="00352A40">
            <w:pPr>
              <w:keepNext/>
              <w:rPr>
                <w:sz w:val="20"/>
                <w:szCs w:val="20"/>
              </w:rPr>
            </w:pPr>
            <w:r w:rsidRPr="00D03D77">
              <w:rPr>
                <w:b/>
                <w:color w:val="0D5F78"/>
                <w:sz w:val="20"/>
                <w:szCs w:val="20"/>
              </w:rPr>
              <w:t>Nr.</w:t>
            </w:r>
          </w:p>
          <w:p w14:paraId="1143FC6A" w14:textId="77777777" w:rsidR="00FB361C" w:rsidRPr="00D03D77" w:rsidRDefault="00FB361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020F8915" w14:textId="0FEB1504" w:rsidR="00FB361C" w:rsidRPr="00D03D77" w:rsidRDefault="00352A40">
            <w:pPr>
              <w:keepNext/>
              <w:rPr>
                <w:sz w:val="20"/>
                <w:szCs w:val="20"/>
              </w:rPr>
            </w:pPr>
            <w:r>
              <w:rPr>
                <w:b/>
                <w:color w:val="0D5F78"/>
                <w:sz w:val="20"/>
                <w:szCs w:val="20"/>
              </w:rPr>
              <w:t>Bl</w:t>
            </w:r>
            <w:r w:rsidR="00FB361C" w:rsidRPr="00D03D77">
              <w:rPr>
                <w:b/>
                <w:color w:val="0D5F78"/>
                <w:sz w:val="20"/>
                <w:szCs w:val="20"/>
              </w:rPr>
              <w:t>.</w:t>
            </w:r>
          </w:p>
          <w:p w14:paraId="290AAF1D" w14:textId="77777777" w:rsidR="00FB361C" w:rsidRPr="00D03D77" w:rsidRDefault="00FB361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19ECC621" w14:textId="77777777" w:rsidR="00FB361C" w:rsidRPr="00D03D77" w:rsidRDefault="00FB361C">
            <w:pPr>
              <w:keepNext/>
              <w:rPr>
                <w:sz w:val="20"/>
                <w:szCs w:val="20"/>
              </w:rPr>
            </w:pPr>
            <w:r w:rsidRPr="00D03D77">
              <w:rPr>
                <w:b/>
                <w:color w:val="0D5F78"/>
                <w:sz w:val="20"/>
                <w:szCs w:val="20"/>
              </w:rPr>
              <w:t>Sc.</w:t>
            </w:r>
          </w:p>
          <w:p w14:paraId="2B799B42" w14:textId="77777777" w:rsidR="00FB361C" w:rsidRPr="00D03D77" w:rsidRDefault="00FB361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73460073" w14:textId="77777777" w:rsidR="00FB361C" w:rsidRPr="00D03D77" w:rsidRDefault="00FB361C">
            <w:pPr>
              <w:keepNext/>
              <w:rPr>
                <w:sz w:val="20"/>
                <w:szCs w:val="20"/>
              </w:rPr>
            </w:pPr>
            <w:r w:rsidRPr="00D03D77">
              <w:rPr>
                <w:b/>
                <w:color w:val="0D5F78"/>
                <w:sz w:val="20"/>
                <w:szCs w:val="20"/>
              </w:rPr>
              <w:t>Et.</w:t>
            </w:r>
          </w:p>
          <w:p w14:paraId="5F8C34EF" w14:textId="77777777" w:rsidR="00FB361C" w:rsidRPr="00D03D77" w:rsidRDefault="00FB361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20D7AA17" w14:textId="77777777" w:rsidR="00FB361C" w:rsidRPr="00D03D77" w:rsidRDefault="00FB361C">
            <w:pPr>
              <w:keepNext/>
              <w:rPr>
                <w:sz w:val="20"/>
                <w:szCs w:val="20"/>
              </w:rPr>
            </w:pPr>
            <w:r w:rsidRPr="00D03D77">
              <w:rPr>
                <w:b/>
                <w:color w:val="0D5F78"/>
                <w:sz w:val="20"/>
                <w:szCs w:val="20"/>
              </w:rPr>
              <w:t>Ap.</w:t>
            </w:r>
          </w:p>
          <w:p w14:paraId="0CA4F21A" w14:textId="77777777" w:rsidR="00FB361C" w:rsidRPr="00D03D77" w:rsidRDefault="00FB361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2EE87656" w14:textId="77777777" w:rsidR="00FB361C" w:rsidRPr="00D03D77" w:rsidRDefault="00FB361C">
            <w:pPr>
              <w:keepNext/>
              <w:rPr>
                <w:sz w:val="20"/>
                <w:szCs w:val="20"/>
              </w:rPr>
            </w:pPr>
            <w:r w:rsidRPr="00D03D77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D03D77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27107F23" w14:textId="77777777" w:rsidR="00FB361C" w:rsidRPr="00D03D77" w:rsidRDefault="00FB361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356F8825" w14:textId="1DBA10A3" w:rsidR="00FB361C" w:rsidRPr="00D03D77" w:rsidRDefault="00FB361C">
            <w:pPr>
              <w:keepNext/>
              <w:rPr>
                <w:sz w:val="20"/>
                <w:szCs w:val="20"/>
              </w:rPr>
            </w:pPr>
            <w:proofErr w:type="spellStart"/>
            <w:r w:rsidRPr="00D03D77">
              <w:rPr>
                <w:b/>
                <w:color w:val="0D5F78"/>
                <w:sz w:val="20"/>
                <w:szCs w:val="20"/>
              </w:rPr>
              <w:t>Țara</w:t>
            </w:r>
            <w:proofErr w:type="spellEnd"/>
          </w:p>
        </w:tc>
      </w:tr>
    </w:tbl>
    <w:p w14:paraId="732043C2" w14:textId="77777777" w:rsidR="003C7CA3" w:rsidRDefault="003C7CA3">
      <w:pPr>
        <w:spacing w:line="168" w:lineRule="auto"/>
      </w:pPr>
    </w:p>
    <w:p w14:paraId="317B91B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2663"/>
        <w:gridCol w:w="2958"/>
      </w:tblGrid>
      <w:tr w:rsidR="003C7CA3" w:rsidRPr="00F61A70" w14:paraId="11BAE66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C910006" w14:textId="71DC325D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</w:t>
            </w:r>
            <w:r w:rsidR="005B29C5">
              <w:rPr>
                <w:b/>
                <w:sz w:val="16"/>
                <w:lang w:val="fr-FR"/>
              </w:rPr>
              <w:t>7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>PROIECTUL ATAȘAT ȘI ECHIPA DE PROIECTARE</w:t>
            </w:r>
          </w:p>
        </w:tc>
      </w:tr>
      <w:tr w:rsidR="003C7CA3" w:rsidRPr="005B29C5" w14:paraId="0ACAA9B2" w14:textId="77777777">
        <w:trPr>
          <w:cantSplit/>
        </w:trPr>
        <w:tc>
          <w:tcPr>
            <w:tcW w:w="9636" w:type="dxa"/>
            <w:gridSpan w:val="4"/>
          </w:tcPr>
          <w:p w14:paraId="6E79C531" w14:textId="77777777" w:rsidR="001035A1" w:rsidRDefault="003454F7">
            <w:pPr>
              <w:keepNext/>
              <w:rPr>
                <w:sz w:val="20"/>
                <w:szCs w:val="20"/>
                <w:lang w:val="fr-FR"/>
              </w:rPr>
            </w:pPr>
            <w:r w:rsidRPr="007A50C0">
              <w:rPr>
                <w:sz w:val="20"/>
                <w:szCs w:val="20"/>
                <w:lang w:val="fr-FR"/>
              </w:rPr>
              <w:t xml:space="preserve"> ☐ </w:t>
            </w:r>
            <w:proofErr w:type="spellStart"/>
            <w:r w:rsidR="005B29C5" w:rsidRPr="007A50C0">
              <w:rPr>
                <w:sz w:val="20"/>
                <w:szCs w:val="20"/>
                <w:lang w:val="fr-FR"/>
              </w:rPr>
              <w:t>P</w:t>
            </w:r>
            <w:r w:rsidRPr="007A50C0">
              <w:rPr>
                <w:sz w:val="20"/>
                <w:szCs w:val="20"/>
                <w:lang w:val="fr-FR"/>
              </w:rPr>
              <w:t>roiect</w:t>
            </w:r>
            <w:proofErr w:type="spellEnd"/>
            <w:r w:rsidRPr="007A50C0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A50C0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7A50C0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A50C0">
              <w:rPr>
                <w:sz w:val="20"/>
                <w:szCs w:val="20"/>
                <w:lang w:val="fr-FR"/>
              </w:rPr>
              <w:t>autorizarea</w:t>
            </w:r>
            <w:proofErr w:type="spellEnd"/>
            <w:r w:rsidRPr="007A50C0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A50C0">
              <w:rPr>
                <w:sz w:val="20"/>
                <w:szCs w:val="20"/>
                <w:lang w:val="fr-FR"/>
              </w:rPr>
              <w:t>construirii</w:t>
            </w:r>
            <w:proofErr w:type="spellEnd"/>
            <w:r w:rsidRPr="007A50C0">
              <w:rPr>
                <w:sz w:val="20"/>
                <w:szCs w:val="20"/>
                <w:lang w:val="fr-FR"/>
              </w:rPr>
              <w:t xml:space="preserve">     </w:t>
            </w:r>
          </w:p>
          <w:p w14:paraId="14AA8741" w14:textId="6D138E4B" w:rsidR="001035A1" w:rsidRDefault="001035A1">
            <w:pPr>
              <w:keepNext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 </w:t>
            </w:r>
            <w:r w:rsidR="003454F7" w:rsidRPr="007A50C0">
              <w:rPr>
                <w:sz w:val="20"/>
                <w:szCs w:val="20"/>
                <w:lang w:val="fr-FR"/>
              </w:rPr>
              <w:t xml:space="preserve">☐ </w:t>
            </w:r>
            <w:proofErr w:type="spellStart"/>
            <w:r w:rsidR="005B29C5" w:rsidRPr="007A50C0">
              <w:rPr>
                <w:sz w:val="20"/>
                <w:szCs w:val="20"/>
                <w:lang w:val="fr-FR"/>
              </w:rPr>
              <w:t>P</w:t>
            </w:r>
            <w:r w:rsidR="003454F7" w:rsidRPr="007A50C0">
              <w:rPr>
                <w:sz w:val="20"/>
                <w:szCs w:val="20"/>
                <w:lang w:val="fr-FR"/>
              </w:rPr>
              <w:t>roiect</w:t>
            </w:r>
            <w:proofErr w:type="spellEnd"/>
            <w:r w:rsidR="003454F7" w:rsidRPr="007A50C0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3454F7" w:rsidRPr="007A50C0">
              <w:rPr>
                <w:sz w:val="20"/>
                <w:szCs w:val="20"/>
                <w:lang w:val="fr-FR"/>
              </w:rPr>
              <w:t>pentru</w:t>
            </w:r>
            <w:proofErr w:type="spellEnd"/>
            <w:r w:rsidR="003454F7" w:rsidRPr="007A50C0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3454F7" w:rsidRPr="007A50C0">
              <w:rPr>
                <w:sz w:val="20"/>
                <w:szCs w:val="20"/>
                <w:lang w:val="fr-FR"/>
              </w:rPr>
              <w:t>autorizarea</w:t>
            </w:r>
            <w:proofErr w:type="spellEnd"/>
            <w:r w:rsidR="003454F7" w:rsidRPr="007A50C0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3454F7" w:rsidRPr="007A50C0">
              <w:rPr>
                <w:sz w:val="20"/>
                <w:szCs w:val="20"/>
                <w:lang w:val="fr-FR"/>
              </w:rPr>
              <w:t>desființării</w:t>
            </w:r>
            <w:proofErr w:type="spellEnd"/>
            <w:r w:rsidR="003454F7" w:rsidRPr="007A50C0">
              <w:rPr>
                <w:sz w:val="20"/>
                <w:szCs w:val="20"/>
                <w:lang w:val="fr-FR"/>
              </w:rPr>
              <w:t xml:space="preserve">    </w:t>
            </w:r>
          </w:p>
          <w:p w14:paraId="389DB7C6" w14:textId="508EE315" w:rsidR="005B29C5" w:rsidRPr="007A50C0" w:rsidRDefault="003454F7">
            <w:pPr>
              <w:keepNext/>
              <w:rPr>
                <w:sz w:val="20"/>
                <w:szCs w:val="20"/>
                <w:lang w:val="fr-FR"/>
              </w:rPr>
            </w:pPr>
            <w:r w:rsidRPr="007A50C0">
              <w:rPr>
                <w:sz w:val="20"/>
                <w:szCs w:val="20"/>
                <w:lang w:val="fr-FR"/>
              </w:rPr>
              <w:t xml:space="preserve"> ☐ </w:t>
            </w:r>
            <w:proofErr w:type="spellStart"/>
            <w:r w:rsidR="005B29C5" w:rsidRPr="007A50C0">
              <w:rPr>
                <w:sz w:val="20"/>
                <w:szCs w:val="20"/>
                <w:lang w:val="fr-FR"/>
              </w:rPr>
              <w:t>Proiect</w:t>
            </w:r>
            <w:proofErr w:type="spellEnd"/>
            <w:r w:rsidR="005B29C5" w:rsidRPr="007A50C0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5B29C5" w:rsidRPr="007A50C0">
              <w:rPr>
                <w:sz w:val="20"/>
                <w:szCs w:val="20"/>
                <w:lang w:val="fr-FR"/>
              </w:rPr>
              <w:t>pentru</w:t>
            </w:r>
            <w:proofErr w:type="spellEnd"/>
            <w:r w:rsidR="005B29C5" w:rsidRPr="007A50C0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A50C0">
              <w:rPr>
                <w:sz w:val="20"/>
                <w:szCs w:val="20"/>
                <w:lang w:val="fr-FR"/>
              </w:rPr>
              <w:t>intervenții</w:t>
            </w:r>
            <w:proofErr w:type="spellEnd"/>
            <w:r w:rsidRPr="007A50C0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A50C0">
              <w:rPr>
                <w:sz w:val="20"/>
                <w:szCs w:val="20"/>
                <w:lang w:val="fr-FR"/>
              </w:rPr>
              <w:t>asupra</w:t>
            </w:r>
            <w:proofErr w:type="spellEnd"/>
            <w:r w:rsidRPr="007A50C0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A50C0">
              <w:rPr>
                <w:sz w:val="20"/>
                <w:szCs w:val="20"/>
                <w:lang w:val="fr-FR"/>
              </w:rPr>
              <w:t>clădirilor</w:t>
            </w:r>
            <w:proofErr w:type="spellEnd"/>
            <w:r w:rsidRPr="007A50C0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A50C0">
              <w:rPr>
                <w:sz w:val="20"/>
                <w:szCs w:val="20"/>
                <w:lang w:val="fr-FR"/>
              </w:rPr>
              <w:t>existente</w:t>
            </w:r>
            <w:proofErr w:type="spellEnd"/>
            <w:r w:rsidRPr="007A50C0">
              <w:rPr>
                <w:sz w:val="20"/>
                <w:szCs w:val="20"/>
                <w:lang w:val="fr-FR"/>
              </w:rPr>
              <w:t xml:space="preserve">     </w:t>
            </w:r>
          </w:p>
          <w:p w14:paraId="4A250F59" w14:textId="59DB8F0F" w:rsidR="003C7CA3" w:rsidRPr="007A50C0" w:rsidRDefault="005B29C5">
            <w:pPr>
              <w:keepNext/>
              <w:rPr>
                <w:sz w:val="20"/>
                <w:szCs w:val="20"/>
                <w:lang w:val="fr-FR"/>
              </w:rPr>
            </w:pPr>
            <w:r w:rsidRPr="007A50C0">
              <w:rPr>
                <w:sz w:val="20"/>
                <w:szCs w:val="20"/>
                <w:lang w:val="fr-FR"/>
              </w:rPr>
              <w:t xml:space="preserve"> ☐ </w:t>
            </w:r>
            <w:proofErr w:type="spellStart"/>
            <w:r w:rsidRPr="007A50C0">
              <w:rPr>
                <w:sz w:val="20"/>
                <w:szCs w:val="20"/>
                <w:lang w:val="fr-FR"/>
              </w:rPr>
              <w:t>Proiect</w:t>
            </w:r>
            <w:proofErr w:type="spellEnd"/>
            <w:r w:rsidRPr="007A50C0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A50C0">
              <w:rPr>
                <w:sz w:val="20"/>
                <w:szCs w:val="20"/>
                <w:lang w:val="fr-FR"/>
              </w:rPr>
              <w:t>pentru</w:t>
            </w:r>
            <w:proofErr w:type="spellEnd"/>
            <w:r w:rsidRPr="007A50C0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A50C0">
              <w:rPr>
                <w:sz w:val="20"/>
                <w:szCs w:val="20"/>
                <w:lang w:val="fr-FR"/>
              </w:rPr>
              <w:t>autorizarea</w:t>
            </w:r>
            <w:proofErr w:type="spellEnd"/>
            <w:r w:rsidRPr="007A50C0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A50C0">
              <w:rPr>
                <w:sz w:val="20"/>
                <w:szCs w:val="20"/>
                <w:lang w:val="fr-FR"/>
              </w:rPr>
              <w:t>amenajării</w:t>
            </w:r>
            <w:proofErr w:type="spellEnd"/>
          </w:p>
        </w:tc>
      </w:tr>
      <w:tr w:rsidR="003C7CA3" w14:paraId="5974F178" w14:textId="77777777">
        <w:trPr>
          <w:cantSplit/>
          <w:trHeight w:val="510"/>
        </w:trPr>
        <w:tc>
          <w:tcPr>
            <w:tcW w:w="3212" w:type="dxa"/>
          </w:tcPr>
          <w:p w14:paraId="1BDCB568" w14:textId="77777777" w:rsidR="003C7CA3" w:rsidRPr="007A50C0" w:rsidRDefault="003454F7">
            <w:pPr>
              <w:keepNext/>
              <w:rPr>
                <w:sz w:val="20"/>
                <w:szCs w:val="20"/>
              </w:rPr>
            </w:pPr>
            <w:r w:rsidRPr="007A50C0">
              <w:rPr>
                <w:b/>
                <w:color w:val="0D5F78"/>
                <w:sz w:val="20"/>
                <w:szCs w:val="20"/>
              </w:rPr>
              <w:t xml:space="preserve">Nr. / </w:t>
            </w:r>
            <w:proofErr w:type="gramStart"/>
            <w:r w:rsidRPr="007A50C0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  <w:r w:rsidRPr="007A50C0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7A50C0">
              <w:rPr>
                <w:b/>
                <w:color w:val="0D5F78"/>
                <w:sz w:val="20"/>
                <w:szCs w:val="20"/>
              </w:rPr>
              <w:t>proiectului</w:t>
            </w:r>
            <w:proofErr w:type="spellEnd"/>
          </w:p>
          <w:p w14:paraId="7D2822E8" w14:textId="77777777" w:rsidR="003C7CA3" w:rsidRPr="007A50C0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6424" w:type="dxa"/>
            <w:gridSpan w:val="3"/>
          </w:tcPr>
          <w:p w14:paraId="07D00D1B" w14:textId="77777777" w:rsidR="003C7CA3" w:rsidRPr="007A50C0" w:rsidRDefault="003454F7">
            <w:pPr>
              <w:keepNext/>
              <w:rPr>
                <w:sz w:val="20"/>
                <w:szCs w:val="20"/>
              </w:rPr>
            </w:pPr>
            <w:r w:rsidRPr="007A50C0">
              <w:rPr>
                <w:b/>
                <w:color w:val="0D5F78"/>
                <w:sz w:val="20"/>
                <w:szCs w:val="20"/>
              </w:rPr>
              <w:t>Elaborator (</w:t>
            </w:r>
            <w:proofErr w:type="spellStart"/>
            <w:r w:rsidRPr="007A50C0">
              <w:rPr>
                <w:b/>
                <w:color w:val="0D5F78"/>
                <w:sz w:val="20"/>
                <w:szCs w:val="20"/>
              </w:rPr>
              <w:t>denumire</w:t>
            </w:r>
            <w:proofErr w:type="spellEnd"/>
            <w:r w:rsidRPr="007A50C0">
              <w:rPr>
                <w:b/>
                <w:color w:val="0D5F78"/>
                <w:sz w:val="20"/>
                <w:szCs w:val="20"/>
              </w:rPr>
              <w:t xml:space="preserve"> + </w:t>
            </w:r>
            <w:proofErr w:type="spellStart"/>
            <w:r w:rsidRPr="007A50C0">
              <w:rPr>
                <w:b/>
                <w:color w:val="0D5F78"/>
                <w:sz w:val="20"/>
                <w:szCs w:val="20"/>
              </w:rPr>
              <w:t>sediu</w:t>
            </w:r>
            <w:proofErr w:type="spellEnd"/>
            <w:r w:rsidRPr="007A50C0">
              <w:rPr>
                <w:b/>
                <w:color w:val="0D5F78"/>
                <w:sz w:val="20"/>
                <w:szCs w:val="20"/>
              </w:rPr>
              <w:t>)</w:t>
            </w:r>
          </w:p>
          <w:p w14:paraId="53936ACC" w14:textId="77777777" w:rsidR="003C7CA3" w:rsidRPr="007A50C0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14:paraId="75A87EAB" w14:textId="77777777" w:rsidTr="0065322F">
        <w:trPr>
          <w:cantSplit/>
          <w:trHeight w:val="510"/>
        </w:trPr>
        <w:tc>
          <w:tcPr>
            <w:tcW w:w="4015" w:type="dxa"/>
            <w:gridSpan w:val="2"/>
          </w:tcPr>
          <w:p w14:paraId="76606EDE" w14:textId="77777777" w:rsidR="003C7CA3" w:rsidRPr="007A50C0" w:rsidRDefault="003454F7">
            <w:pPr>
              <w:rPr>
                <w:sz w:val="20"/>
                <w:szCs w:val="20"/>
              </w:rPr>
            </w:pPr>
            <w:proofErr w:type="spellStart"/>
            <w:r w:rsidRPr="007A50C0">
              <w:rPr>
                <w:b/>
                <w:color w:val="0D5F78"/>
                <w:sz w:val="20"/>
                <w:szCs w:val="20"/>
              </w:rPr>
              <w:t>Proiectant</w:t>
            </w:r>
            <w:proofErr w:type="spellEnd"/>
            <w:r w:rsidRPr="007A50C0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7A50C0">
              <w:rPr>
                <w:b/>
                <w:color w:val="0D5F78"/>
                <w:sz w:val="20"/>
                <w:szCs w:val="20"/>
              </w:rPr>
              <w:t>autor</w:t>
            </w:r>
            <w:proofErr w:type="spellEnd"/>
            <w:r w:rsidRPr="007A50C0">
              <w:rPr>
                <w:b/>
                <w:color w:val="0D5F78"/>
                <w:sz w:val="20"/>
                <w:szCs w:val="20"/>
              </w:rPr>
              <w:t xml:space="preserve"> — </w:t>
            </w:r>
            <w:proofErr w:type="spellStart"/>
            <w:r w:rsidRPr="007A50C0">
              <w:rPr>
                <w:b/>
                <w:color w:val="0D5F78"/>
                <w:sz w:val="20"/>
                <w:szCs w:val="20"/>
              </w:rPr>
              <w:t>arhitect</w:t>
            </w:r>
            <w:proofErr w:type="spellEnd"/>
            <w:r w:rsidRPr="007A50C0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7A50C0">
              <w:rPr>
                <w:b/>
                <w:color w:val="0D5F78"/>
                <w:sz w:val="20"/>
                <w:szCs w:val="20"/>
              </w:rPr>
              <w:t>arhitect</w:t>
            </w:r>
            <w:proofErr w:type="spellEnd"/>
            <w:r w:rsidRPr="007A50C0">
              <w:rPr>
                <w:b/>
                <w:color w:val="0D5F78"/>
                <w:sz w:val="20"/>
                <w:szCs w:val="20"/>
              </w:rPr>
              <w:t xml:space="preserve"> conductor / </w:t>
            </w:r>
            <w:proofErr w:type="spellStart"/>
            <w:r w:rsidRPr="007A50C0">
              <w:rPr>
                <w:b/>
                <w:color w:val="0D5F78"/>
                <w:sz w:val="20"/>
                <w:szCs w:val="20"/>
              </w:rPr>
              <w:t>arhitect</w:t>
            </w:r>
            <w:proofErr w:type="spellEnd"/>
            <w:r w:rsidRPr="007A50C0">
              <w:rPr>
                <w:b/>
                <w:color w:val="0D5F78"/>
                <w:sz w:val="20"/>
                <w:szCs w:val="20"/>
              </w:rPr>
              <w:t xml:space="preserve"> de interior</w:t>
            </w:r>
          </w:p>
          <w:p w14:paraId="6C8A3887" w14:textId="77777777" w:rsidR="003C7CA3" w:rsidRPr="007A50C0" w:rsidRDefault="003C7CA3">
            <w:pPr>
              <w:rPr>
                <w:sz w:val="20"/>
                <w:szCs w:val="20"/>
              </w:rPr>
            </w:pPr>
          </w:p>
        </w:tc>
        <w:tc>
          <w:tcPr>
            <w:tcW w:w="2663" w:type="dxa"/>
          </w:tcPr>
          <w:p w14:paraId="0DA772E1" w14:textId="77777777" w:rsidR="003C7CA3" w:rsidRPr="007A50C0" w:rsidRDefault="003454F7">
            <w:pPr>
              <w:rPr>
                <w:sz w:val="20"/>
                <w:szCs w:val="20"/>
              </w:rPr>
            </w:pPr>
            <w:r w:rsidRPr="007A50C0">
              <w:rPr>
                <w:b/>
                <w:color w:val="0D5F78"/>
                <w:sz w:val="20"/>
                <w:szCs w:val="20"/>
              </w:rPr>
              <w:t>Nr. TNA</w:t>
            </w:r>
          </w:p>
          <w:p w14:paraId="6BEEE180" w14:textId="77777777" w:rsidR="003C7CA3" w:rsidRPr="007A50C0" w:rsidRDefault="003C7CA3">
            <w:pPr>
              <w:rPr>
                <w:sz w:val="20"/>
                <w:szCs w:val="20"/>
              </w:rPr>
            </w:pPr>
          </w:p>
        </w:tc>
        <w:tc>
          <w:tcPr>
            <w:tcW w:w="2958" w:type="dxa"/>
          </w:tcPr>
          <w:p w14:paraId="464DDB71" w14:textId="77777777" w:rsidR="003C7CA3" w:rsidRPr="007A50C0" w:rsidRDefault="003454F7">
            <w:pPr>
              <w:rPr>
                <w:sz w:val="20"/>
                <w:szCs w:val="20"/>
              </w:rPr>
            </w:pPr>
            <w:proofErr w:type="spellStart"/>
            <w:r w:rsidRPr="007A50C0">
              <w:rPr>
                <w:b/>
                <w:color w:val="0D5F78"/>
                <w:sz w:val="20"/>
                <w:szCs w:val="20"/>
              </w:rPr>
              <w:t>Ingineri</w:t>
            </w:r>
            <w:proofErr w:type="spellEnd"/>
            <w:r w:rsidRPr="007A50C0">
              <w:rPr>
                <w:b/>
                <w:color w:val="0D5F78"/>
                <w:sz w:val="20"/>
                <w:szCs w:val="20"/>
              </w:rPr>
              <w:t xml:space="preserve">, pe </w:t>
            </w:r>
            <w:proofErr w:type="spellStart"/>
            <w:r w:rsidRPr="007A50C0">
              <w:rPr>
                <w:b/>
                <w:color w:val="0D5F78"/>
                <w:sz w:val="20"/>
                <w:szCs w:val="20"/>
              </w:rPr>
              <w:t>specialități</w:t>
            </w:r>
            <w:proofErr w:type="spellEnd"/>
          </w:p>
          <w:p w14:paraId="33E86647" w14:textId="77777777" w:rsidR="003C7CA3" w:rsidRPr="007A50C0" w:rsidRDefault="003C7CA3">
            <w:pPr>
              <w:rPr>
                <w:sz w:val="20"/>
                <w:szCs w:val="20"/>
              </w:rPr>
            </w:pPr>
          </w:p>
        </w:tc>
      </w:tr>
    </w:tbl>
    <w:p w14:paraId="5C104DE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758"/>
        <w:gridCol w:w="1878"/>
      </w:tblGrid>
      <w:tr w:rsidR="003C7CA3" w:rsidRPr="00F61A70" w14:paraId="4385328E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893A0E" w14:textId="7F0A678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 w:rsidRPr="005B29C5">
              <w:rPr>
                <w:b/>
                <w:sz w:val="16"/>
                <w:lang w:val="fr-FR"/>
              </w:rPr>
              <w:t>8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="005B29C5" w:rsidRPr="005B29C5">
              <w:rPr>
                <w:b/>
                <w:sz w:val="18"/>
                <w:szCs w:val="18"/>
                <w:lang w:val="fr-FR"/>
              </w:rPr>
              <w:t>CLASA DE CONSECINȚE</w:t>
            </w:r>
            <w:r w:rsidR="005B29C5" w:rsidRPr="005B29C5">
              <w:rPr>
                <w:b/>
                <w:sz w:val="16"/>
                <w:lang w:val="fr-FR"/>
              </w:rPr>
              <w:t xml:space="preserve"> / </w:t>
            </w:r>
            <w:r w:rsidRPr="005B29C5">
              <w:rPr>
                <w:b/>
                <w:color w:val="000000"/>
                <w:sz w:val="18"/>
                <w:lang w:val="fr-FR"/>
              </w:rPr>
              <w:t>VERIFICAREA TEHNICĂ</w:t>
            </w:r>
          </w:p>
        </w:tc>
      </w:tr>
      <w:tr w:rsidR="003C7CA3" w:rsidRPr="00F61A70" w14:paraId="313D4B5F" w14:textId="77777777">
        <w:trPr>
          <w:cantSplit/>
        </w:trPr>
        <w:tc>
          <w:tcPr>
            <w:tcW w:w="9636" w:type="dxa"/>
            <w:gridSpan w:val="2"/>
          </w:tcPr>
          <w:p w14:paraId="67F15B02" w14:textId="77777777" w:rsidR="003C7CA3" w:rsidRPr="009E0471" w:rsidRDefault="003454F7">
            <w:pPr>
              <w:keepNext/>
              <w:rPr>
                <w:sz w:val="20"/>
                <w:szCs w:val="20"/>
                <w:lang w:val="fr-FR"/>
              </w:rPr>
            </w:pPr>
            <w:r w:rsidRPr="009E0471">
              <w:rPr>
                <w:sz w:val="20"/>
                <w:szCs w:val="20"/>
                <w:lang w:val="fr-FR"/>
              </w:rPr>
              <w:t xml:space="preserve"> ☐ CC 1 / NVP 1     ☐ CC 2 / NVP 2     ☐ CC 3 / NVP 3     ☐ CC 4 / NVP 4</w:t>
            </w:r>
          </w:p>
        </w:tc>
      </w:tr>
      <w:tr w:rsidR="003C7CA3" w14:paraId="6C291604" w14:textId="77777777" w:rsidTr="009E0471">
        <w:trPr>
          <w:cantSplit/>
          <w:trHeight w:val="510"/>
        </w:trPr>
        <w:tc>
          <w:tcPr>
            <w:tcW w:w="7758" w:type="dxa"/>
          </w:tcPr>
          <w:p w14:paraId="178147B7" w14:textId="77777777" w:rsidR="003C7CA3" w:rsidRPr="009E0471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rezistență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mecanică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stabilitate —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verificator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/ nr.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atestat</w:t>
            </w:r>
            <w:proofErr w:type="spellEnd"/>
          </w:p>
          <w:p w14:paraId="55A906E7" w14:textId="77777777" w:rsidR="003C7CA3" w:rsidRPr="009E0471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878" w:type="dxa"/>
          </w:tcPr>
          <w:p w14:paraId="507ABA70" w14:textId="77777777" w:rsidR="003C7CA3" w:rsidRPr="009E0471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Referat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nr. / </w:t>
            </w:r>
            <w:proofErr w:type="gramStart"/>
            <w:r w:rsidRPr="009E0471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0F4F3175" w14:textId="77777777" w:rsidR="003C7CA3" w:rsidRPr="009E0471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14:paraId="1B537CFD" w14:textId="77777777" w:rsidTr="009E0471">
        <w:trPr>
          <w:cantSplit/>
          <w:trHeight w:val="510"/>
        </w:trPr>
        <w:tc>
          <w:tcPr>
            <w:tcW w:w="7758" w:type="dxa"/>
          </w:tcPr>
          <w:p w14:paraId="7F3E8059" w14:textId="77777777" w:rsidR="003C7CA3" w:rsidRPr="009E0471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securitate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la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incendiu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—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verificator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/ nr.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atestat</w:t>
            </w:r>
            <w:proofErr w:type="spellEnd"/>
          </w:p>
          <w:p w14:paraId="1BCEE1ED" w14:textId="77777777" w:rsidR="003C7CA3" w:rsidRPr="009E0471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878" w:type="dxa"/>
          </w:tcPr>
          <w:p w14:paraId="6ABE03DB" w14:textId="77777777" w:rsidR="003C7CA3" w:rsidRPr="009E0471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Referat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nr. / </w:t>
            </w:r>
            <w:proofErr w:type="gramStart"/>
            <w:r w:rsidRPr="009E0471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16A6E2B2" w14:textId="77777777" w:rsidR="003C7CA3" w:rsidRPr="009E0471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14:paraId="4D42D0D1" w14:textId="77777777" w:rsidTr="009E0471">
        <w:trPr>
          <w:cantSplit/>
          <w:trHeight w:val="510"/>
        </w:trPr>
        <w:tc>
          <w:tcPr>
            <w:tcW w:w="7758" w:type="dxa"/>
          </w:tcPr>
          <w:p w14:paraId="6CEEC3D5" w14:textId="77777777" w:rsidR="003C7CA3" w:rsidRPr="009E0471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igienă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,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sănătate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mediu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înconjurător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—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verificator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/ nr.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atestat</w:t>
            </w:r>
            <w:proofErr w:type="spellEnd"/>
          </w:p>
          <w:p w14:paraId="1EDBBEFD" w14:textId="77777777" w:rsidR="003C7CA3" w:rsidRPr="009E0471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878" w:type="dxa"/>
          </w:tcPr>
          <w:p w14:paraId="6F3AA615" w14:textId="77777777" w:rsidR="003C7CA3" w:rsidRPr="009E0471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Referat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nr. / </w:t>
            </w:r>
            <w:proofErr w:type="gramStart"/>
            <w:r w:rsidRPr="009E0471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380259FB" w14:textId="77777777" w:rsidR="003C7CA3" w:rsidRPr="009E0471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14:paraId="3DABF892" w14:textId="77777777" w:rsidTr="009E0471">
        <w:trPr>
          <w:cantSplit/>
          <w:trHeight w:val="510"/>
        </w:trPr>
        <w:tc>
          <w:tcPr>
            <w:tcW w:w="7758" w:type="dxa"/>
          </w:tcPr>
          <w:p w14:paraId="1751CB94" w14:textId="77777777" w:rsidR="003C7CA3" w:rsidRPr="009E0471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siguranță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accesibilitate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în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exploatare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—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verificator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/ nr.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atestat</w:t>
            </w:r>
            <w:proofErr w:type="spellEnd"/>
          </w:p>
          <w:p w14:paraId="37FBA497" w14:textId="77777777" w:rsidR="003C7CA3" w:rsidRPr="009E0471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878" w:type="dxa"/>
          </w:tcPr>
          <w:p w14:paraId="4BE5F4B2" w14:textId="77777777" w:rsidR="003C7CA3" w:rsidRPr="009E0471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Referat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nr. / </w:t>
            </w:r>
            <w:proofErr w:type="gramStart"/>
            <w:r w:rsidRPr="009E0471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4FE92136" w14:textId="77777777" w:rsidR="003C7CA3" w:rsidRPr="009E0471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14:paraId="2F18EBB1" w14:textId="77777777" w:rsidTr="009E0471">
        <w:trPr>
          <w:cantSplit/>
          <w:trHeight w:val="510"/>
        </w:trPr>
        <w:tc>
          <w:tcPr>
            <w:tcW w:w="7758" w:type="dxa"/>
          </w:tcPr>
          <w:p w14:paraId="096BDEB8" w14:textId="77777777" w:rsidR="003C7CA3" w:rsidRPr="009E0471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protecție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împotriva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zgomotului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—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verificator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/ nr.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atestat</w:t>
            </w:r>
            <w:proofErr w:type="spellEnd"/>
          </w:p>
          <w:p w14:paraId="0A4BFEFB" w14:textId="77777777" w:rsidR="003C7CA3" w:rsidRPr="009E0471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878" w:type="dxa"/>
          </w:tcPr>
          <w:p w14:paraId="20819743" w14:textId="77777777" w:rsidR="003C7CA3" w:rsidRPr="009E0471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Referat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nr. / </w:t>
            </w:r>
            <w:proofErr w:type="gramStart"/>
            <w:r w:rsidRPr="009E0471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2694A209" w14:textId="77777777" w:rsidR="003C7CA3" w:rsidRPr="009E0471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14:paraId="400D17A7" w14:textId="77777777" w:rsidTr="009E0471">
        <w:trPr>
          <w:cantSplit/>
          <w:trHeight w:val="510"/>
        </w:trPr>
        <w:tc>
          <w:tcPr>
            <w:tcW w:w="7758" w:type="dxa"/>
          </w:tcPr>
          <w:p w14:paraId="6A16B685" w14:textId="77777777" w:rsidR="003C7CA3" w:rsidRPr="009E0471" w:rsidRDefault="003454F7">
            <w:pPr>
              <w:rPr>
                <w:sz w:val="20"/>
                <w:szCs w:val="20"/>
              </w:rPr>
            </w:pP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economie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de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energie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izolare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termică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—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verificator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/ nr. </w:t>
            </w: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atestat</w:t>
            </w:r>
            <w:proofErr w:type="spellEnd"/>
          </w:p>
          <w:p w14:paraId="046508A0" w14:textId="77777777" w:rsidR="003C7CA3" w:rsidRPr="009E0471" w:rsidRDefault="003C7CA3">
            <w:pPr>
              <w:rPr>
                <w:sz w:val="20"/>
                <w:szCs w:val="20"/>
              </w:rPr>
            </w:pPr>
          </w:p>
        </w:tc>
        <w:tc>
          <w:tcPr>
            <w:tcW w:w="1878" w:type="dxa"/>
          </w:tcPr>
          <w:p w14:paraId="3308A2B7" w14:textId="77777777" w:rsidR="003C7CA3" w:rsidRPr="009E0471" w:rsidRDefault="003454F7">
            <w:pPr>
              <w:rPr>
                <w:sz w:val="20"/>
                <w:szCs w:val="20"/>
              </w:rPr>
            </w:pPr>
            <w:proofErr w:type="spellStart"/>
            <w:r w:rsidRPr="009E0471">
              <w:rPr>
                <w:b/>
                <w:color w:val="0D5F78"/>
                <w:sz w:val="20"/>
                <w:szCs w:val="20"/>
              </w:rPr>
              <w:t>Referat</w:t>
            </w:r>
            <w:proofErr w:type="spellEnd"/>
            <w:r w:rsidRPr="009E0471">
              <w:rPr>
                <w:b/>
                <w:color w:val="0D5F78"/>
                <w:sz w:val="20"/>
                <w:szCs w:val="20"/>
              </w:rPr>
              <w:t xml:space="preserve"> nr. / </w:t>
            </w:r>
            <w:proofErr w:type="gramStart"/>
            <w:r w:rsidRPr="009E0471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6D570FFC" w14:textId="77777777" w:rsidR="003C7CA3" w:rsidRPr="009E0471" w:rsidRDefault="003C7CA3">
            <w:pPr>
              <w:rPr>
                <w:sz w:val="20"/>
                <w:szCs w:val="20"/>
              </w:rPr>
            </w:pPr>
          </w:p>
        </w:tc>
      </w:tr>
    </w:tbl>
    <w:p w14:paraId="51514B17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3C7CA3" w14:paraId="30BF493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BAA100" w14:textId="460D29EE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B29C5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3C7CA3" w:rsidRPr="00F61A70" w14:paraId="69625671" w14:textId="77777777">
        <w:trPr>
          <w:cantSplit/>
          <w:trHeight w:val="510"/>
        </w:trPr>
        <w:tc>
          <w:tcPr>
            <w:tcW w:w="4015" w:type="dxa"/>
          </w:tcPr>
          <w:p w14:paraId="35681F51" w14:textId="77777777" w:rsidR="003C7CA3" w:rsidRPr="00D33FBF" w:rsidRDefault="003454F7" w:rsidP="00A3513B">
            <w:pPr>
              <w:rPr>
                <w:sz w:val="20"/>
                <w:szCs w:val="20"/>
              </w:rPr>
            </w:pPr>
            <w:proofErr w:type="spellStart"/>
            <w:r w:rsidRPr="00D33FBF">
              <w:rPr>
                <w:b/>
                <w:color w:val="0D5F78"/>
                <w:sz w:val="20"/>
                <w:szCs w:val="20"/>
              </w:rPr>
              <w:t>Valoarea</w:t>
            </w:r>
            <w:proofErr w:type="spellEnd"/>
            <w:r w:rsidRPr="00D33FB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D33FBF">
              <w:rPr>
                <w:b/>
                <w:color w:val="0D5F78"/>
                <w:sz w:val="20"/>
                <w:szCs w:val="20"/>
              </w:rPr>
              <w:t>lucrărilor</w:t>
            </w:r>
            <w:proofErr w:type="spellEnd"/>
            <w:r w:rsidRPr="00D33FB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D33FBF">
              <w:rPr>
                <w:b/>
                <w:color w:val="0D5F78"/>
                <w:sz w:val="20"/>
                <w:szCs w:val="20"/>
              </w:rPr>
              <w:t>supuse</w:t>
            </w:r>
            <w:proofErr w:type="spellEnd"/>
            <w:r w:rsidRPr="00D33FB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D33FBF">
              <w:rPr>
                <w:b/>
                <w:color w:val="0D5F78"/>
                <w:sz w:val="20"/>
                <w:szCs w:val="20"/>
              </w:rPr>
              <w:t>autorizării</w:t>
            </w:r>
            <w:proofErr w:type="spellEnd"/>
            <w:r w:rsidRPr="00D33FBF">
              <w:rPr>
                <w:b/>
                <w:color w:val="0D5F78"/>
                <w:sz w:val="20"/>
                <w:szCs w:val="20"/>
              </w:rPr>
              <w:t xml:space="preserve"> (lei)</w:t>
            </w:r>
          </w:p>
          <w:p w14:paraId="76862E94" w14:textId="77777777" w:rsidR="003C7CA3" w:rsidRPr="00D33FBF" w:rsidRDefault="003C7CA3" w:rsidP="00A3513B">
            <w:pPr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14B5E0E6" w14:textId="77777777" w:rsidR="003C7CA3" w:rsidRPr="00D33FBF" w:rsidRDefault="003454F7" w:rsidP="00A3513B">
            <w:pPr>
              <w:rPr>
                <w:sz w:val="20"/>
                <w:szCs w:val="20"/>
              </w:rPr>
            </w:pPr>
            <w:proofErr w:type="spellStart"/>
            <w:r w:rsidRPr="00D33FBF">
              <w:rPr>
                <w:b/>
                <w:color w:val="0D5F78"/>
                <w:sz w:val="20"/>
                <w:szCs w:val="20"/>
              </w:rPr>
              <w:t>Valoarea</w:t>
            </w:r>
            <w:proofErr w:type="spellEnd"/>
            <w:r w:rsidRPr="00D33FB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D33FBF">
              <w:rPr>
                <w:b/>
                <w:color w:val="0D5F78"/>
                <w:sz w:val="20"/>
                <w:szCs w:val="20"/>
              </w:rPr>
              <w:t>obiectivului</w:t>
            </w:r>
            <w:proofErr w:type="spellEnd"/>
            <w:r w:rsidRPr="00D33FBF">
              <w:rPr>
                <w:b/>
                <w:color w:val="0D5F78"/>
                <w:sz w:val="20"/>
                <w:szCs w:val="20"/>
              </w:rPr>
              <w:t xml:space="preserve"> (lei)</w:t>
            </w:r>
          </w:p>
          <w:p w14:paraId="20819838" w14:textId="77777777" w:rsidR="003C7CA3" w:rsidRPr="00D33FBF" w:rsidRDefault="003C7CA3" w:rsidP="00A3513B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2906AEA" w14:textId="1045DC5E" w:rsidR="00792A99" w:rsidRPr="00D33FBF" w:rsidRDefault="003454F7" w:rsidP="00A3513B">
            <w:pPr>
              <w:rPr>
                <w:sz w:val="20"/>
                <w:szCs w:val="20"/>
                <w:lang w:val="fr-FR"/>
              </w:rPr>
            </w:pPr>
            <w:proofErr w:type="spellStart"/>
            <w:r w:rsidRPr="00D33FBF">
              <w:rPr>
                <w:b/>
                <w:color w:val="0D5F78"/>
                <w:sz w:val="20"/>
                <w:szCs w:val="20"/>
                <w:lang w:val="fr-FR"/>
              </w:rPr>
              <w:t>Durata</w:t>
            </w:r>
            <w:proofErr w:type="spellEnd"/>
            <w:r w:rsidRPr="00D33FBF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33FBF">
              <w:rPr>
                <w:b/>
                <w:color w:val="0D5F78"/>
                <w:sz w:val="20"/>
                <w:szCs w:val="20"/>
                <w:lang w:val="fr-FR"/>
              </w:rPr>
              <w:t>estimată</w:t>
            </w:r>
            <w:proofErr w:type="spellEnd"/>
            <w:r w:rsidRPr="00D33FBF">
              <w:rPr>
                <w:b/>
                <w:color w:val="0D5F78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D33FBF">
              <w:rPr>
                <w:b/>
                <w:color w:val="0D5F78"/>
                <w:sz w:val="20"/>
                <w:szCs w:val="20"/>
                <w:lang w:val="fr-FR"/>
              </w:rPr>
              <w:t>execuție</w:t>
            </w:r>
            <w:proofErr w:type="spellEnd"/>
            <w:r w:rsidRPr="00D33FBF">
              <w:rPr>
                <w:b/>
                <w:color w:val="0D5F78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D33FBF">
              <w:rPr>
                <w:b/>
                <w:color w:val="0D5F78"/>
                <w:sz w:val="20"/>
                <w:szCs w:val="20"/>
                <w:lang w:val="fr-FR"/>
              </w:rPr>
              <w:t>luni</w:t>
            </w:r>
            <w:proofErr w:type="spellEnd"/>
            <w:r w:rsidRPr="00D33FBF">
              <w:rPr>
                <w:b/>
                <w:color w:val="0D5F78"/>
                <w:sz w:val="20"/>
                <w:szCs w:val="20"/>
                <w:lang w:val="fr-FR"/>
              </w:rPr>
              <w:t>)</w:t>
            </w:r>
          </w:p>
        </w:tc>
      </w:tr>
    </w:tbl>
    <w:p w14:paraId="65218AF1" w14:textId="4D32B4C8" w:rsidR="003C7CA3" w:rsidRPr="005B29C5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6544AF45" w14:textId="77777777">
        <w:trPr>
          <w:cantSplit/>
        </w:trPr>
        <w:tc>
          <w:tcPr>
            <w:tcW w:w="9636" w:type="dxa"/>
            <w:shd w:val="clear" w:color="auto" w:fill="F4F4F4"/>
          </w:tcPr>
          <w:p w14:paraId="52DC375C" w14:textId="5213E40F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3C7CA3" w:rsidRPr="00F61A70" w14:paraId="2CF92BA9" w14:textId="77777777">
        <w:trPr>
          <w:cantSplit/>
        </w:trPr>
        <w:tc>
          <w:tcPr>
            <w:tcW w:w="9636" w:type="dxa"/>
          </w:tcPr>
          <w:p w14:paraId="1704C4A8" w14:textId="17C246DD" w:rsidR="002B61AC" w:rsidRPr="002B61AC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a) extras de plan cadastral </w:t>
            </w:r>
            <w:proofErr w:type="spellStart"/>
            <w:r w:rsidRPr="005B29C5">
              <w:rPr>
                <w:sz w:val="16"/>
                <w:lang w:val="fr-FR"/>
              </w:rPr>
              <w:t>actualizat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extras de carte </w:t>
            </w:r>
            <w:proofErr w:type="spellStart"/>
            <w:r w:rsidRPr="005B29C5">
              <w:rPr>
                <w:sz w:val="16"/>
                <w:lang w:val="fr-FR"/>
              </w:rPr>
              <w:t>funciară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actualizat</w:t>
            </w:r>
            <w:proofErr w:type="spellEnd"/>
            <w:r w:rsidR="002B61AC">
              <w:rPr>
                <w:sz w:val="16"/>
                <w:lang w:val="fr-FR"/>
              </w:rPr>
              <w:t xml:space="preserve">, nu mai </w:t>
            </w:r>
            <w:proofErr w:type="spellStart"/>
            <w:r w:rsidR="002B61AC">
              <w:rPr>
                <w:sz w:val="16"/>
                <w:lang w:val="fr-FR"/>
              </w:rPr>
              <w:t>vechi</w:t>
            </w:r>
            <w:proofErr w:type="spellEnd"/>
            <w:r w:rsidR="002B61AC">
              <w:rPr>
                <w:sz w:val="16"/>
                <w:lang w:val="fr-FR"/>
              </w:rPr>
              <w:t xml:space="preserve"> de 30 de </w:t>
            </w:r>
            <w:proofErr w:type="spellStart"/>
            <w:r w:rsidR="002B61AC">
              <w:rPr>
                <w:sz w:val="16"/>
                <w:lang w:val="fr-FR"/>
              </w:rPr>
              <w:t>zile</w:t>
            </w:r>
            <w:proofErr w:type="spellEnd"/>
          </w:p>
        </w:tc>
      </w:tr>
      <w:tr w:rsidR="003C7CA3" w:rsidRPr="00F61A70" w14:paraId="7B857128" w14:textId="77777777">
        <w:trPr>
          <w:cantSplit/>
        </w:trPr>
        <w:tc>
          <w:tcPr>
            <w:tcW w:w="9636" w:type="dxa"/>
          </w:tcPr>
          <w:p w14:paraId="6E0CC8E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b) </w:t>
            </w:r>
            <w:proofErr w:type="spellStart"/>
            <w:r w:rsidRPr="005B29C5">
              <w:rPr>
                <w:sz w:val="16"/>
                <w:lang w:val="fr-FR"/>
              </w:rPr>
              <w:t>actele</w:t>
            </w:r>
            <w:proofErr w:type="spellEnd"/>
            <w:r w:rsidRPr="005B29C5">
              <w:rPr>
                <w:sz w:val="16"/>
                <w:lang w:val="fr-FR"/>
              </w:rPr>
              <w:t xml:space="preserve"> care </w:t>
            </w:r>
            <w:proofErr w:type="spellStart"/>
            <w:r w:rsidRPr="005B29C5">
              <w:rPr>
                <w:sz w:val="16"/>
                <w:lang w:val="fr-FR"/>
              </w:rPr>
              <w:t>atestă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dreptul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baza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căruia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titularul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poate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solicita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emiterea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autorizației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(copie </w:t>
            </w:r>
            <w:proofErr w:type="spellStart"/>
            <w:r w:rsidRPr="005B29C5">
              <w:rPr>
                <w:sz w:val="16"/>
                <w:lang w:val="fr-FR"/>
              </w:rPr>
              <w:t>conform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originalul</w:t>
            </w:r>
            <w:proofErr w:type="spellEnd"/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10580FAB" w14:textId="77777777">
        <w:trPr>
          <w:cantSplit/>
        </w:trPr>
        <w:tc>
          <w:tcPr>
            <w:tcW w:w="9636" w:type="dxa"/>
          </w:tcPr>
          <w:p w14:paraId="495300F2" w14:textId="57B7943C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c) </w:t>
            </w:r>
            <w:proofErr w:type="spellStart"/>
            <w:r w:rsidRPr="005B29C5">
              <w:rPr>
                <w:sz w:val="16"/>
                <w:lang w:val="fr-FR"/>
              </w:rPr>
              <w:t>proiectul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construirii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desființării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amenajării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organizării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șantier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după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</w:t>
            </w:r>
            <w:proofErr w:type="spellEnd"/>
            <w:r w:rsidRPr="005B29C5">
              <w:rPr>
                <w:sz w:val="16"/>
                <w:lang w:val="fr-FR"/>
              </w:rPr>
              <w:t xml:space="preserve"> (2 </w:t>
            </w:r>
            <w:proofErr w:type="spellStart"/>
            <w:r w:rsidRPr="005B29C5">
              <w:rPr>
                <w:sz w:val="16"/>
                <w:lang w:val="fr-FR"/>
              </w:rPr>
              <w:t>exemplare</w:t>
            </w:r>
            <w:proofErr w:type="spellEnd"/>
            <w:r w:rsidRPr="005B29C5">
              <w:rPr>
                <w:sz w:val="16"/>
                <w:lang w:val="fr-FR"/>
              </w:rPr>
              <w:t xml:space="preserve"> originale</w:t>
            </w:r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sau</w:t>
            </w:r>
            <w:proofErr w:type="spellEnd"/>
            <w:r w:rsidR="001531A5">
              <w:rPr>
                <w:sz w:val="16"/>
                <w:lang w:val="fr-FR"/>
              </w:rPr>
              <w:t xml:space="preserve"> 1 </w:t>
            </w:r>
            <w:proofErr w:type="spellStart"/>
            <w:r w:rsidR="001531A5">
              <w:rPr>
                <w:sz w:val="16"/>
                <w:lang w:val="fr-FR"/>
              </w:rPr>
              <w:t>exemplar</w:t>
            </w:r>
            <w:proofErr w:type="spellEnd"/>
            <w:r w:rsidR="001531A5">
              <w:rPr>
                <w:sz w:val="16"/>
                <w:lang w:val="fr-FR"/>
              </w:rPr>
              <w:t xml:space="preserve"> original, </w:t>
            </w:r>
            <w:proofErr w:type="spellStart"/>
            <w:r w:rsidR="001531A5">
              <w:rPr>
                <w:sz w:val="16"/>
                <w:lang w:val="fr-FR"/>
              </w:rPr>
              <w:t>în</w:t>
            </w:r>
            <w:proofErr w:type="spellEnd"/>
            <w:r w:rsidR="001531A5">
              <w:rPr>
                <w:sz w:val="16"/>
                <w:lang w:val="fr-FR"/>
              </w:rPr>
              <w:t xml:space="preserve"> format </w:t>
            </w:r>
            <w:proofErr w:type="spellStart"/>
            <w:r w:rsidR="001531A5">
              <w:rPr>
                <w:sz w:val="16"/>
                <w:lang w:val="fr-FR"/>
              </w:rPr>
              <w:t>letric</w:t>
            </w:r>
            <w:proofErr w:type="spellEnd"/>
            <w:r w:rsidR="001531A5">
              <w:rPr>
                <w:sz w:val="16"/>
                <w:lang w:val="fr-FR"/>
              </w:rPr>
              <w:t xml:space="preserve">, </w:t>
            </w:r>
            <w:proofErr w:type="spellStart"/>
            <w:r w:rsidR="001531A5">
              <w:rPr>
                <w:sz w:val="16"/>
                <w:lang w:val="fr-FR"/>
              </w:rPr>
              <w:t>acolo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unde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autoritatea</w:t>
            </w:r>
            <w:proofErr w:type="spellEnd"/>
            <w:r w:rsidR="001531A5">
              <w:rPr>
                <w:sz w:val="16"/>
                <w:lang w:val="fr-FR"/>
              </w:rPr>
              <w:t xml:space="preserve"> are </w:t>
            </w:r>
            <w:proofErr w:type="spellStart"/>
            <w:r w:rsidR="001531A5">
              <w:rPr>
                <w:sz w:val="16"/>
                <w:lang w:val="fr-FR"/>
              </w:rPr>
              <w:t>posibilitatea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gramStart"/>
            <w:r w:rsidR="001531A5">
              <w:rPr>
                <w:sz w:val="16"/>
                <w:lang w:val="fr-FR"/>
              </w:rPr>
              <w:t>de a</w:t>
            </w:r>
            <w:proofErr w:type="gram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arhiva</w:t>
            </w:r>
            <w:proofErr w:type="spellEnd"/>
            <w:r w:rsidR="001531A5">
              <w:rPr>
                <w:sz w:val="16"/>
                <w:lang w:val="fr-FR"/>
              </w:rPr>
              <w:t xml:space="preserve"> </w:t>
            </w:r>
            <w:proofErr w:type="spellStart"/>
            <w:r w:rsidR="001531A5">
              <w:rPr>
                <w:sz w:val="16"/>
                <w:lang w:val="fr-FR"/>
              </w:rPr>
              <w:t>în</w:t>
            </w:r>
            <w:proofErr w:type="spellEnd"/>
            <w:r w:rsidR="001531A5"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3544A2F7" w14:textId="77777777">
        <w:trPr>
          <w:cantSplit/>
        </w:trPr>
        <w:tc>
          <w:tcPr>
            <w:tcW w:w="9636" w:type="dxa"/>
          </w:tcPr>
          <w:p w14:paraId="1D5DDF1A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d) </w:t>
            </w:r>
            <w:proofErr w:type="spellStart"/>
            <w:r w:rsidRPr="005B29C5">
              <w:rPr>
                <w:sz w:val="16"/>
                <w:lang w:val="fr-FR"/>
              </w:rPr>
              <w:t>referatele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verificare</w:t>
            </w:r>
            <w:proofErr w:type="spellEnd"/>
            <w:r w:rsidRPr="005B29C5">
              <w:rPr>
                <w:sz w:val="16"/>
                <w:lang w:val="fr-FR"/>
              </w:rPr>
              <w:t xml:space="preserve"> ale </w:t>
            </w:r>
            <w:proofErr w:type="spellStart"/>
            <w:r w:rsidRPr="005B29C5">
              <w:rPr>
                <w:sz w:val="16"/>
                <w:lang w:val="fr-FR"/>
              </w:rPr>
              <w:t>proiectului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corespunzător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clasei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consecințe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obiectivului</w:t>
            </w:r>
            <w:proofErr w:type="spellEnd"/>
            <w:r w:rsidRPr="005B29C5">
              <w:rPr>
                <w:sz w:val="16"/>
                <w:lang w:val="fr-FR"/>
              </w:rPr>
              <w:t xml:space="preserve"> (</w:t>
            </w:r>
            <w:proofErr w:type="spellStart"/>
            <w:r w:rsidRPr="005B29C5">
              <w:rPr>
                <w:sz w:val="16"/>
                <w:lang w:val="fr-FR"/>
              </w:rPr>
              <w:t>câte</w:t>
            </w:r>
            <w:proofErr w:type="spellEnd"/>
            <w:r w:rsidRPr="005B29C5">
              <w:rPr>
                <w:sz w:val="16"/>
                <w:lang w:val="fr-FR"/>
              </w:rPr>
              <w:t xml:space="preserve"> 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14:paraId="3EBF16E5" w14:textId="77777777">
        <w:trPr>
          <w:cantSplit/>
        </w:trPr>
        <w:tc>
          <w:tcPr>
            <w:tcW w:w="9636" w:type="dxa"/>
          </w:tcPr>
          <w:p w14:paraId="252CB240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☐ e) </w:t>
            </w:r>
            <w:proofErr w:type="spellStart"/>
            <w:r w:rsidRPr="005B29C5">
              <w:rPr>
                <w:sz w:val="16"/>
                <w:lang w:val="fr-FR"/>
              </w:rPr>
              <w:t>avizele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acordurile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stabilite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certificatul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urbanism</w:t>
            </w:r>
            <w:proofErr w:type="spellEnd"/>
            <w:r w:rsidRPr="005B29C5">
              <w:rPr>
                <w:sz w:val="16"/>
                <w:lang w:val="fr-FR"/>
              </w:rPr>
              <w:t xml:space="preserve"> nr. …… </w:t>
            </w:r>
            <w:proofErr w:type="spellStart"/>
            <w:r w:rsidRPr="005B29C5">
              <w:rPr>
                <w:sz w:val="16"/>
                <w:lang w:val="fr-FR"/>
              </w:rPr>
              <w:t>din</w:t>
            </w:r>
            <w:proofErr w:type="spellEnd"/>
            <w:r w:rsidRPr="005B29C5">
              <w:rPr>
                <w:sz w:val="16"/>
                <w:lang w:val="fr-FR"/>
              </w:rPr>
              <w:t xml:space="preserve"> ……………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câte</w:t>
            </w:r>
            <w:proofErr w:type="spellEnd"/>
            <w:r>
              <w:rPr>
                <w:sz w:val="16"/>
              </w:rPr>
              <w:t xml:space="preserve"> 1 exemplar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3C7CA3" w14:paraId="480BAB99" w14:textId="77777777">
        <w:trPr>
          <w:cantSplit/>
        </w:trPr>
        <w:tc>
          <w:tcPr>
            <w:tcW w:w="9636" w:type="dxa"/>
          </w:tcPr>
          <w:p w14:paraId="43DE1A4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proofErr w:type="spellStart"/>
            <w:r>
              <w:rPr>
                <w:i/>
                <w:color w:val="7A7A7A"/>
              </w:rPr>
              <w:t>avizele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acordurile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anexate</w:t>
            </w:r>
            <w:proofErr w:type="spellEnd"/>
            <w:r>
              <w:rPr>
                <w:i/>
                <w:color w:val="7A7A7A"/>
              </w:rPr>
              <w:t xml:space="preserve"> — </w:t>
            </w:r>
            <w:proofErr w:type="spellStart"/>
            <w:r>
              <w:rPr>
                <w:i/>
                <w:color w:val="7A7A7A"/>
              </w:rPr>
              <w:t>enumerare</w:t>
            </w:r>
            <w:proofErr w:type="spellEnd"/>
            <w:r>
              <w:rPr>
                <w:i/>
                <w:color w:val="7A7A7A"/>
              </w:rPr>
              <w:t xml:space="preserve">  </w:t>
            </w:r>
          </w:p>
          <w:p w14:paraId="3AA2A30E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562FB3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17090CF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E854D8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3C7CA3" w14:paraId="0BAC7C49" w14:textId="77777777">
        <w:trPr>
          <w:cantSplit/>
        </w:trPr>
        <w:tc>
          <w:tcPr>
            <w:tcW w:w="9636" w:type="dxa"/>
          </w:tcPr>
          <w:p w14:paraId="02C2F137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f) </w:t>
            </w:r>
            <w:proofErr w:type="spellStart"/>
            <w:r>
              <w:rPr>
                <w:sz w:val="16"/>
              </w:rPr>
              <w:t>punctul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vedere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autorității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competente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protecția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mediului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solicitată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evaluarea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dacă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(1 exemplar </w:t>
            </w:r>
            <w:proofErr w:type="spellStart"/>
            <w:r>
              <w:rPr>
                <w:sz w:val="16"/>
              </w:rPr>
              <w:t>copie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3C7CA3" w14:paraId="7DF14FE6" w14:textId="77777777">
        <w:trPr>
          <w:cantSplit/>
        </w:trPr>
        <w:tc>
          <w:tcPr>
            <w:tcW w:w="9636" w:type="dxa"/>
          </w:tcPr>
          <w:p w14:paraId="7328C3E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g) </w:t>
            </w:r>
            <w:proofErr w:type="spellStart"/>
            <w:r>
              <w:rPr>
                <w:sz w:val="16"/>
              </w:rPr>
              <w:t>declarația</w:t>
            </w:r>
            <w:proofErr w:type="spellEnd"/>
            <w:r>
              <w:rPr>
                <w:sz w:val="16"/>
              </w:rPr>
              <w:t xml:space="preserve"> pe propria </w:t>
            </w:r>
            <w:proofErr w:type="spellStart"/>
            <w:r>
              <w:rPr>
                <w:sz w:val="16"/>
              </w:rPr>
              <w:t>răspundere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care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anumite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avize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acorduri</w:t>
            </w:r>
            <w:proofErr w:type="spellEnd"/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invocă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acordarea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tacită</w:t>
            </w:r>
            <w:proofErr w:type="spellEnd"/>
            <w:r>
              <w:rPr>
                <w:sz w:val="16"/>
              </w:rPr>
              <w:t xml:space="preserve"> (original)</w:t>
            </w:r>
          </w:p>
        </w:tc>
      </w:tr>
      <w:tr w:rsidR="003C7CA3" w:rsidRPr="00F61A70" w14:paraId="009A34B6" w14:textId="77777777">
        <w:trPr>
          <w:cantSplit/>
        </w:trPr>
        <w:tc>
          <w:tcPr>
            <w:tcW w:w="9636" w:type="dxa"/>
          </w:tcPr>
          <w:p w14:paraId="2D93225E" w14:textId="77777777" w:rsidR="003C7CA3" w:rsidRPr="005B29C5" w:rsidRDefault="003454F7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h) </w:t>
            </w:r>
            <w:proofErr w:type="spellStart"/>
            <w:r w:rsidRPr="005B29C5">
              <w:rPr>
                <w:sz w:val="16"/>
                <w:lang w:val="fr-FR"/>
              </w:rPr>
              <w:t>acordul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vecinilor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063DF493" w14:textId="77777777">
        <w:trPr>
          <w:cantSplit/>
        </w:trPr>
        <w:tc>
          <w:tcPr>
            <w:tcW w:w="9636" w:type="dxa"/>
          </w:tcPr>
          <w:p w14:paraId="36E4E5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i)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expertiză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preliminară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influența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asupra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vecinătăților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rezistență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mecanică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stabilitate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4F7860AB" w14:textId="77777777">
        <w:trPr>
          <w:cantSplit/>
        </w:trPr>
        <w:tc>
          <w:tcPr>
            <w:tcW w:w="9636" w:type="dxa"/>
          </w:tcPr>
          <w:p w14:paraId="11DC676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j) </w:t>
            </w:r>
            <w:proofErr w:type="spellStart"/>
            <w:r w:rsidRPr="005B29C5">
              <w:rPr>
                <w:sz w:val="16"/>
                <w:lang w:val="fr-FR"/>
              </w:rPr>
              <w:t>rapoartele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expertiză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rezistență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mecanică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stabilitate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securitate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incendiu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precum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celelalte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fundamentale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1109951D" w14:textId="77777777">
        <w:trPr>
          <w:cantSplit/>
        </w:trPr>
        <w:tc>
          <w:tcPr>
            <w:tcW w:w="9636" w:type="dxa"/>
          </w:tcPr>
          <w:p w14:paraId="5821501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k)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cerințele</w:t>
            </w:r>
            <w:proofErr w:type="spellEnd"/>
            <w:r w:rsidRPr="005B29C5">
              <w:rPr>
                <w:sz w:val="16"/>
                <w:lang w:val="fr-FR"/>
              </w:rPr>
              <w:t xml:space="preserve"> minime de </w:t>
            </w:r>
            <w:proofErr w:type="spellStart"/>
            <w:r w:rsidRPr="005B29C5">
              <w:rPr>
                <w:sz w:val="16"/>
                <w:lang w:val="fr-FR"/>
              </w:rPr>
              <w:t>conformare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unei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clădiri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consum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aproape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egal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zero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1784D2A4" w14:textId="77777777">
        <w:trPr>
          <w:cantSplit/>
        </w:trPr>
        <w:tc>
          <w:tcPr>
            <w:tcW w:w="9636" w:type="dxa"/>
          </w:tcPr>
          <w:p w14:paraId="37AA337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l) </w:t>
            </w:r>
            <w:proofErr w:type="spellStart"/>
            <w:r w:rsidRPr="005B29C5">
              <w:rPr>
                <w:sz w:val="16"/>
                <w:lang w:val="fr-FR"/>
              </w:rPr>
              <w:t>raportul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sz w:val="16"/>
                <w:lang w:val="fr-FR"/>
              </w:rPr>
              <w:t>de audit</w:t>
            </w:r>
            <w:proofErr w:type="gram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energetic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vederea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creșterii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performanței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energetice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intervențiilor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clădiri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existente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38C66619" w14:textId="77777777">
        <w:trPr>
          <w:cantSplit/>
        </w:trPr>
        <w:tc>
          <w:tcPr>
            <w:tcW w:w="9636" w:type="dxa"/>
          </w:tcPr>
          <w:p w14:paraId="5D91ADD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m) </w:t>
            </w:r>
            <w:proofErr w:type="spellStart"/>
            <w:r w:rsidRPr="005B29C5">
              <w:rPr>
                <w:sz w:val="16"/>
                <w:lang w:val="fr-FR"/>
              </w:rPr>
              <w:t>proiectul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acordul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autorizația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administratorului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drumului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lucrările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executate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domeniul</w:t>
            </w:r>
            <w:proofErr w:type="spellEnd"/>
            <w:r w:rsidRPr="005B29C5">
              <w:rPr>
                <w:sz w:val="16"/>
                <w:lang w:val="fr-FR"/>
              </w:rPr>
              <w:t xml:space="preserve"> public la </w:t>
            </w:r>
            <w:proofErr w:type="spellStart"/>
            <w:r w:rsidRPr="005B29C5">
              <w:rPr>
                <w:sz w:val="16"/>
                <w:lang w:val="fr-FR"/>
              </w:rPr>
              <w:t>infrastructura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tehnico-edilitară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căile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acces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dacă</w:t>
            </w:r>
            <w:proofErr w:type="spellEnd"/>
            <w:r w:rsidRPr="005B29C5">
              <w:rPr>
                <w:sz w:val="16"/>
                <w:lang w:val="fr-FR"/>
              </w:rPr>
              <w:t xml:space="preserve"> este </w:t>
            </w:r>
            <w:proofErr w:type="spellStart"/>
            <w:r w:rsidRPr="005B29C5">
              <w:rPr>
                <w:sz w:val="16"/>
                <w:lang w:val="fr-FR"/>
              </w:rPr>
              <w:t>cazul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original)</w:t>
            </w:r>
          </w:p>
        </w:tc>
      </w:tr>
      <w:tr w:rsidR="003C7CA3" w:rsidRPr="00F61A70" w14:paraId="0C5A4EBD" w14:textId="77777777">
        <w:trPr>
          <w:cantSplit/>
        </w:trPr>
        <w:tc>
          <w:tcPr>
            <w:tcW w:w="9636" w:type="dxa"/>
          </w:tcPr>
          <w:p w14:paraId="2E479CE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n) </w:t>
            </w:r>
            <w:proofErr w:type="spellStart"/>
            <w:r w:rsidRPr="005B29C5">
              <w:rPr>
                <w:sz w:val="16"/>
                <w:lang w:val="fr-FR"/>
              </w:rPr>
              <w:t>dovada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privind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luarea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evidență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proiectului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către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Ordinul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Arhitecților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din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România</w:t>
            </w:r>
            <w:proofErr w:type="spellEnd"/>
            <w:r w:rsidRPr="005B29C5">
              <w:rPr>
                <w:sz w:val="16"/>
                <w:lang w:val="fr-FR"/>
              </w:rPr>
              <w:t xml:space="preserve"> (copie)</w:t>
            </w:r>
          </w:p>
        </w:tc>
      </w:tr>
      <w:tr w:rsidR="003C7CA3" w:rsidRPr="00F61A70" w14:paraId="228DE30A" w14:textId="77777777">
        <w:trPr>
          <w:cantSplit/>
        </w:trPr>
        <w:tc>
          <w:tcPr>
            <w:tcW w:w="9636" w:type="dxa"/>
          </w:tcPr>
          <w:p w14:paraId="7F8B6AD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o) </w:t>
            </w:r>
            <w:proofErr w:type="spellStart"/>
            <w:r w:rsidRPr="005B29C5">
              <w:rPr>
                <w:sz w:val="16"/>
                <w:lang w:val="fr-FR"/>
              </w:rPr>
              <w:t>devizul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general</w:t>
            </w:r>
            <w:proofErr w:type="spellEnd"/>
            <w:r w:rsidRPr="005B29C5">
              <w:rPr>
                <w:sz w:val="16"/>
                <w:lang w:val="fr-FR"/>
              </w:rPr>
              <w:t xml:space="preserve"> al </w:t>
            </w:r>
            <w:proofErr w:type="spellStart"/>
            <w:r w:rsidRPr="005B29C5">
              <w:rPr>
                <w:sz w:val="16"/>
                <w:lang w:val="fr-FR"/>
              </w:rPr>
              <w:t>obiectivului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investiții</w:t>
            </w:r>
            <w:proofErr w:type="spellEnd"/>
            <w:r w:rsidRPr="005B29C5">
              <w:rPr>
                <w:sz w:val="16"/>
                <w:lang w:val="fr-FR"/>
              </w:rPr>
              <w:t xml:space="preserve"> (1 </w:t>
            </w:r>
            <w:proofErr w:type="spellStart"/>
            <w:r w:rsidRPr="005B29C5">
              <w:rPr>
                <w:sz w:val="16"/>
                <w:lang w:val="fr-FR"/>
              </w:rPr>
              <w:t>exemplar</w:t>
            </w:r>
            <w:proofErr w:type="spellEnd"/>
            <w:r w:rsidRPr="005B29C5">
              <w:rPr>
                <w:sz w:val="16"/>
                <w:lang w:val="fr-FR"/>
              </w:rPr>
              <w:t xml:space="preserve"> copie)</w:t>
            </w:r>
          </w:p>
        </w:tc>
      </w:tr>
      <w:tr w:rsidR="003C7CA3" w:rsidRPr="00F61A70" w14:paraId="4F2D87C4" w14:textId="77777777">
        <w:trPr>
          <w:cantSplit/>
        </w:trPr>
        <w:tc>
          <w:tcPr>
            <w:tcW w:w="9636" w:type="dxa"/>
          </w:tcPr>
          <w:p w14:paraId="384BCE1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p) </w:t>
            </w:r>
            <w:proofErr w:type="spellStart"/>
            <w:r w:rsidRPr="005B29C5">
              <w:rPr>
                <w:sz w:val="16"/>
                <w:lang w:val="fr-FR"/>
              </w:rPr>
              <w:t>documentele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plată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taxelor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legale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vederea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autorizării</w:t>
            </w:r>
            <w:proofErr w:type="spellEnd"/>
            <w:r w:rsidRPr="005B29C5">
              <w:rPr>
                <w:sz w:val="16"/>
                <w:lang w:val="fr-FR"/>
              </w:rPr>
              <w:t xml:space="preserve"> (copie)</w:t>
            </w:r>
          </w:p>
        </w:tc>
      </w:tr>
      <w:tr w:rsidR="003C7CA3" w:rsidRPr="00F61A70" w14:paraId="40B7CF7A" w14:textId="77777777">
        <w:trPr>
          <w:cantSplit/>
        </w:trPr>
        <w:tc>
          <w:tcPr>
            <w:tcW w:w="9636" w:type="dxa"/>
          </w:tcPr>
          <w:p w14:paraId="20BE5461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q) </w:t>
            </w:r>
            <w:proofErr w:type="spellStart"/>
            <w:r w:rsidRPr="005B29C5">
              <w:rPr>
                <w:sz w:val="16"/>
                <w:lang w:val="fr-FR"/>
              </w:rPr>
              <w:t>anexa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sz w:val="16"/>
                <w:lang w:val="fr-FR"/>
              </w:rPr>
              <w:t>cererea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emiterea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autorizației</w:t>
            </w:r>
            <w:proofErr w:type="spellEnd"/>
            <w:r w:rsidRPr="005B29C5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5B29C5">
              <w:rPr>
                <w:sz w:val="16"/>
                <w:lang w:val="fr-FR"/>
              </w:rPr>
              <w:t>desființare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completată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toate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elementele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necesare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descrierii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lucrărilor</w:t>
            </w:r>
            <w:proofErr w:type="spellEnd"/>
            <w:r w:rsidRPr="005B29C5">
              <w:rPr>
                <w:sz w:val="16"/>
                <w:lang w:val="fr-FR"/>
              </w:rPr>
              <w:t xml:space="preserve"> (2 </w:t>
            </w:r>
            <w:proofErr w:type="spellStart"/>
            <w:r w:rsidRPr="005B29C5">
              <w:rPr>
                <w:sz w:val="16"/>
                <w:lang w:val="fr-FR"/>
              </w:rPr>
              <w:t>exemplare</w:t>
            </w:r>
            <w:proofErr w:type="spellEnd"/>
            <w:r w:rsidRPr="005B29C5">
              <w:rPr>
                <w:sz w:val="16"/>
                <w:lang w:val="fr-FR"/>
              </w:rPr>
              <w:t xml:space="preserve"> originale)</w:t>
            </w:r>
          </w:p>
        </w:tc>
      </w:tr>
    </w:tbl>
    <w:p w14:paraId="669F44A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1CE1AF1F" w14:textId="77777777">
        <w:trPr>
          <w:cantSplit/>
        </w:trPr>
        <w:tc>
          <w:tcPr>
            <w:tcW w:w="9636" w:type="dxa"/>
          </w:tcPr>
          <w:p w14:paraId="071A7406" w14:textId="22E062B9" w:rsidR="003C7CA3" w:rsidRDefault="003454F7">
            <w:pPr>
              <w:spacing w:line="228" w:lineRule="auto"/>
            </w:pPr>
            <w:proofErr w:type="spellStart"/>
            <w:r w:rsidRPr="005B29C5">
              <w:rPr>
                <w:i/>
                <w:sz w:val="17"/>
                <w:lang w:val="fr-FR"/>
              </w:rPr>
              <w:t>Declar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5B29C5">
              <w:rPr>
                <w:i/>
                <w:sz w:val="17"/>
                <w:lang w:val="fr-FR"/>
              </w:rPr>
              <w:t>răspundere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sub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sancțiunea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Codului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penal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privind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infracțiunea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sz w:val="17"/>
                <w:lang w:val="fr-FR"/>
              </w:rPr>
              <w:t>fals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în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declarații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că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datele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menționate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în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prezenta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cerere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sunt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reale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mă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angajez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sz w:val="17"/>
                <w:lang w:val="fr-FR"/>
              </w:rPr>
              <w:t>ca</w:t>
            </w:r>
            <w:proofErr w:type="gram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executarea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lucrărilor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5B29C5">
              <w:rPr>
                <w:i/>
                <w:sz w:val="17"/>
                <w:lang w:val="fr-FR"/>
              </w:rPr>
              <w:t>să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5B29C5">
              <w:rPr>
                <w:i/>
                <w:sz w:val="17"/>
                <w:lang w:val="fr-FR"/>
              </w:rPr>
              <w:t>realizeze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cu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respectarea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autorizației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construire, a </w:t>
            </w:r>
            <w:proofErr w:type="spellStart"/>
            <w:r w:rsidRPr="005B29C5">
              <w:rPr>
                <w:i/>
                <w:sz w:val="17"/>
                <w:lang w:val="fr-FR"/>
              </w:rPr>
              <w:t>proiectului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aferent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vizat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spre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neschimbare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și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numai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baza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proiectului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5B29C5">
              <w:rPr>
                <w:i/>
                <w:sz w:val="17"/>
                <w:lang w:val="fr-FR"/>
              </w:rPr>
              <w:t>tehnic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5B29C5">
              <w:rPr>
                <w:i/>
                <w:sz w:val="17"/>
                <w:lang w:val="fr-FR"/>
              </w:rPr>
              <w:t>execuție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5B29C5">
              <w:rPr>
                <w:i/>
                <w:sz w:val="17"/>
                <w:lang w:val="fr-FR"/>
              </w:rPr>
              <w:t>astfel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5B29C5">
              <w:rPr>
                <w:i/>
                <w:sz w:val="17"/>
                <w:lang w:val="fr-FR"/>
              </w:rPr>
              <w:t>prevede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 art. 246 </w:t>
            </w:r>
            <w:proofErr w:type="spellStart"/>
            <w:r w:rsidRPr="005B29C5">
              <w:rPr>
                <w:i/>
                <w:sz w:val="17"/>
                <w:lang w:val="fr-FR"/>
              </w:rPr>
              <w:t>alin</w:t>
            </w:r>
            <w:proofErr w:type="spellEnd"/>
            <w:r w:rsidRPr="005B29C5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>(3) din Leg</w:t>
            </w:r>
            <w:r w:rsidR="00FC2F0B">
              <w:rPr>
                <w:i/>
                <w:sz w:val="17"/>
              </w:rPr>
              <w:t>e</w:t>
            </w:r>
            <w:r w:rsidR="005B29C5">
              <w:rPr>
                <w:i/>
                <w:sz w:val="17"/>
              </w:rPr>
              <w:t>a nr.1</w:t>
            </w:r>
            <w:r w:rsidR="00FC2F0B">
              <w:rPr>
                <w:i/>
                <w:sz w:val="17"/>
              </w:rPr>
              <w:t>69</w:t>
            </w:r>
            <w:r w:rsidR="005B29C5">
              <w:rPr>
                <w:i/>
                <w:sz w:val="17"/>
              </w:rPr>
              <w:t>/2026.</w:t>
            </w:r>
          </w:p>
        </w:tc>
      </w:tr>
    </w:tbl>
    <w:p w14:paraId="190800C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C7CA3" w14:paraId="7464688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133EFD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C7CA3" w:rsidRPr="0076757C" w14:paraId="437D5C75" w14:textId="77777777">
        <w:trPr>
          <w:cantSplit/>
          <w:trHeight w:val="510"/>
        </w:trPr>
        <w:tc>
          <w:tcPr>
            <w:tcW w:w="1606" w:type="dxa"/>
          </w:tcPr>
          <w:p w14:paraId="4B0B8745" w14:textId="77777777" w:rsidR="003C7CA3" w:rsidRPr="0076757C" w:rsidRDefault="003454F7" w:rsidP="0076757C">
            <w:pPr>
              <w:jc w:val="center"/>
              <w:rPr>
                <w:sz w:val="20"/>
                <w:szCs w:val="20"/>
              </w:rPr>
            </w:pPr>
            <w:r w:rsidRPr="0076757C">
              <w:rPr>
                <w:b/>
                <w:color w:val="0D5F78"/>
                <w:sz w:val="20"/>
                <w:szCs w:val="20"/>
              </w:rPr>
              <w:t>Data</w:t>
            </w:r>
          </w:p>
          <w:p w14:paraId="145135C4" w14:textId="77777777" w:rsidR="003C7CA3" w:rsidRPr="0076757C" w:rsidRDefault="003C7CA3" w:rsidP="007675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0A884F90" w14:textId="77777777" w:rsidR="003C7CA3" w:rsidRPr="0076757C" w:rsidRDefault="003454F7" w:rsidP="0076757C">
            <w:pPr>
              <w:jc w:val="center"/>
              <w:rPr>
                <w:sz w:val="20"/>
                <w:szCs w:val="20"/>
              </w:rPr>
            </w:pPr>
            <w:proofErr w:type="spellStart"/>
            <w:r w:rsidRPr="0076757C">
              <w:rPr>
                <w:b/>
                <w:color w:val="0D5F78"/>
                <w:sz w:val="20"/>
                <w:szCs w:val="20"/>
              </w:rPr>
              <w:t>Solicitantul</w:t>
            </w:r>
            <w:proofErr w:type="spellEnd"/>
          </w:p>
          <w:p w14:paraId="2A60F2FF" w14:textId="77777777" w:rsidR="003C7CA3" w:rsidRPr="0076757C" w:rsidRDefault="003C7CA3" w:rsidP="007675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6456F681" w14:textId="77777777" w:rsidR="003C7CA3" w:rsidRPr="0076757C" w:rsidRDefault="003454F7" w:rsidP="0076757C">
            <w:pPr>
              <w:jc w:val="center"/>
              <w:rPr>
                <w:sz w:val="20"/>
                <w:szCs w:val="20"/>
              </w:rPr>
            </w:pPr>
            <w:proofErr w:type="spellStart"/>
            <w:r w:rsidRPr="0076757C">
              <w:rPr>
                <w:b/>
                <w:color w:val="0D5F78"/>
                <w:sz w:val="20"/>
                <w:szCs w:val="20"/>
              </w:rPr>
              <w:t>Semnătura</w:t>
            </w:r>
            <w:proofErr w:type="spellEnd"/>
          </w:p>
          <w:p w14:paraId="773B92D8" w14:textId="77777777" w:rsidR="003C7CA3" w:rsidRPr="0076757C" w:rsidRDefault="003C7CA3" w:rsidP="0076757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7114BBF" w14:textId="73F68960" w:rsidR="003C7CA3" w:rsidRDefault="003C7CA3"/>
    <w:p w14:paraId="5D9395E8" w14:textId="77777777" w:rsidR="003C7CA3" w:rsidRDefault="003454F7">
      <w:pPr>
        <w:spacing w:before="140" w:after="40"/>
        <w:jc w:val="center"/>
      </w:pPr>
      <w:r>
        <w:rPr>
          <w:b/>
          <w:sz w:val="34"/>
        </w:rPr>
        <w:t>ANEXA IMOBILE</w:t>
      </w:r>
    </w:p>
    <w:p w14:paraId="01EAD5FA" w14:textId="77777777" w:rsidR="003C7CA3" w:rsidRPr="00860B9A" w:rsidRDefault="003454F7">
      <w:pPr>
        <w:spacing w:after="120"/>
        <w:jc w:val="center"/>
        <w:rPr>
          <w:sz w:val="24"/>
          <w:szCs w:val="24"/>
          <w:lang w:val="fr-FR"/>
        </w:rPr>
      </w:pPr>
      <w:proofErr w:type="gramStart"/>
      <w:r w:rsidRPr="00860B9A">
        <w:rPr>
          <w:sz w:val="24"/>
          <w:szCs w:val="24"/>
          <w:lang w:val="fr-FR"/>
        </w:rPr>
        <w:t>la</w:t>
      </w:r>
      <w:proofErr w:type="gramEnd"/>
      <w:r w:rsidRPr="00860B9A">
        <w:rPr>
          <w:sz w:val="24"/>
          <w:szCs w:val="24"/>
          <w:lang w:val="fr-FR"/>
        </w:rPr>
        <w:t xml:space="preserve"> </w:t>
      </w:r>
      <w:proofErr w:type="spellStart"/>
      <w:r w:rsidRPr="00860B9A">
        <w:rPr>
          <w:sz w:val="24"/>
          <w:szCs w:val="24"/>
          <w:lang w:val="fr-FR"/>
        </w:rPr>
        <w:t>cererea</w:t>
      </w:r>
      <w:proofErr w:type="spellEnd"/>
      <w:r w:rsidRPr="00860B9A">
        <w:rPr>
          <w:sz w:val="24"/>
          <w:szCs w:val="24"/>
          <w:lang w:val="fr-FR"/>
        </w:rPr>
        <w:t xml:space="preserve"> </w:t>
      </w:r>
      <w:proofErr w:type="spellStart"/>
      <w:r w:rsidRPr="00860B9A">
        <w:rPr>
          <w:sz w:val="24"/>
          <w:szCs w:val="24"/>
          <w:lang w:val="fr-FR"/>
        </w:rPr>
        <w:t>pentru</w:t>
      </w:r>
      <w:proofErr w:type="spellEnd"/>
      <w:r w:rsidRPr="00860B9A">
        <w:rPr>
          <w:sz w:val="24"/>
          <w:szCs w:val="24"/>
          <w:lang w:val="fr-FR"/>
        </w:rPr>
        <w:t xml:space="preserve"> </w:t>
      </w:r>
      <w:proofErr w:type="spellStart"/>
      <w:r w:rsidRPr="00860B9A">
        <w:rPr>
          <w:sz w:val="24"/>
          <w:szCs w:val="24"/>
          <w:lang w:val="fr-FR"/>
        </w:rPr>
        <w:t>emiterea</w:t>
      </w:r>
      <w:proofErr w:type="spellEnd"/>
      <w:r w:rsidRPr="00860B9A">
        <w:rPr>
          <w:sz w:val="24"/>
          <w:szCs w:val="24"/>
          <w:lang w:val="fr-FR"/>
        </w:rPr>
        <w:t xml:space="preserve"> </w:t>
      </w:r>
      <w:proofErr w:type="spellStart"/>
      <w:r w:rsidRPr="00860B9A">
        <w:rPr>
          <w:sz w:val="24"/>
          <w:szCs w:val="24"/>
          <w:lang w:val="fr-FR"/>
        </w:rPr>
        <w:t>autorizației</w:t>
      </w:r>
      <w:proofErr w:type="spellEnd"/>
      <w:r w:rsidRPr="00860B9A">
        <w:rPr>
          <w:sz w:val="24"/>
          <w:szCs w:val="24"/>
          <w:lang w:val="fr-FR"/>
        </w:rPr>
        <w:t xml:space="preserve"> de construire / </w:t>
      </w:r>
      <w:proofErr w:type="spellStart"/>
      <w:r w:rsidRPr="00860B9A">
        <w:rPr>
          <w:sz w:val="24"/>
          <w:szCs w:val="24"/>
          <w:lang w:val="fr-FR"/>
        </w:rPr>
        <w:t>desființare</w:t>
      </w:r>
      <w:proofErr w:type="spellEnd"/>
    </w:p>
    <w:p w14:paraId="291F927E" w14:textId="224C0CCF" w:rsidR="003C7CA3" w:rsidRPr="00860B9A" w:rsidRDefault="003454F7">
      <w:pPr>
        <w:spacing w:after="120"/>
        <w:jc w:val="center"/>
        <w:rPr>
          <w:sz w:val="24"/>
          <w:szCs w:val="24"/>
          <w:lang w:val="fr-FR"/>
        </w:rPr>
      </w:pPr>
      <w:proofErr w:type="gramStart"/>
      <w:r w:rsidRPr="00860B9A">
        <w:rPr>
          <w:sz w:val="24"/>
          <w:szCs w:val="24"/>
          <w:lang w:val="fr-FR"/>
        </w:rPr>
        <w:t>se</w:t>
      </w:r>
      <w:proofErr w:type="gramEnd"/>
      <w:r w:rsidRPr="00860B9A">
        <w:rPr>
          <w:sz w:val="24"/>
          <w:szCs w:val="24"/>
          <w:lang w:val="fr-FR"/>
        </w:rPr>
        <w:t xml:space="preserve"> </w:t>
      </w:r>
      <w:proofErr w:type="spellStart"/>
      <w:r w:rsidRPr="00860B9A">
        <w:rPr>
          <w:sz w:val="24"/>
          <w:szCs w:val="24"/>
          <w:lang w:val="fr-FR"/>
        </w:rPr>
        <w:t>completează</w:t>
      </w:r>
      <w:proofErr w:type="spellEnd"/>
      <w:r w:rsidRPr="00860B9A">
        <w:rPr>
          <w:sz w:val="24"/>
          <w:szCs w:val="24"/>
          <w:lang w:val="fr-FR"/>
        </w:rPr>
        <w:t xml:space="preserve"> </w:t>
      </w:r>
      <w:proofErr w:type="spellStart"/>
      <w:r w:rsidRPr="00860B9A">
        <w:rPr>
          <w:sz w:val="24"/>
          <w:szCs w:val="24"/>
          <w:lang w:val="fr-FR"/>
        </w:rPr>
        <w:t>numai</w:t>
      </w:r>
      <w:proofErr w:type="spellEnd"/>
      <w:r w:rsidRPr="00860B9A">
        <w:rPr>
          <w:sz w:val="24"/>
          <w:szCs w:val="24"/>
          <w:lang w:val="fr-FR"/>
        </w:rPr>
        <w:t xml:space="preserve"> </w:t>
      </w:r>
      <w:proofErr w:type="spellStart"/>
      <w:r w:rsidRPr="00860B9A">
        <w:rPr>
          <w:sz w:val="24"/>
          <w:szCs w:val="24"/>
          <w:lang w:val="fr-FR"/>
        </w:rPr>
        <w:t>atunci</w:t>
      </w:r>
      <w:proofErr w:type="spellEnd"/>
      <w:r w:rsidRPr="00860B9A">
        <w:rPr>
          <w:sz w:val="24"/>
          <w:szCs w:val="24"/>
          <w:lang w:val="fr-FR"/>
        </w:rPr>
        <w:t xml:space="preserve"> </w:t>
      </w:r>
      <w:proofErr w:type="spellStart"/>
      <w:r w:rsidRPr="00860B9A">
        <w:rPr>
          <w:sz w:val="24"/>
          <w:szCs w:val="24"/>
          <w:lang w:val="fr-FR"/>
        </w:rPr>
        <w:t>când</w:t>
      </w:r>
      <w:proofErr w:type="spellEnd"/>
      <w:r w:rsidRPr="00860B9A">
        <w:rPr>
          <w:sz w:val="24"/>
          <w:szCs w:val="24"/>
          <w:lang w:val="fr-FR"/>
        </w:rPr>
        <w:t xml:space="preserve"> </w:t>
      </w:r>
      <w:proofErr w:type="spellStart"/>
      <w:r w:rsidRPr="00860B9A">
        <w:rPr>
          <w:sz w:val="24"/>
          <w:szCs w:val="24"/>
          <w:lang w:val="fr-FR"/>
        </w:rPr>
        <w:t>cererea</w:t>
      </w:r>
      <w:proofErr w:type="spellEnd"/>
      <w:r w:rsidRPr="00860B9A">
        <w:rPr>
          <w:sz w:val="24"/>
          <w:szCs w:val="24"/>
          <w:lang w:val="fr-FR"/>
        </w:rPr>
        <w:t xml:space="preserve"> </w:t>
      </w:r>
      <w:r w:rsidR="00F61A70" w:rsidRPr="00860B9A">
        <w:rPr>
          <w:sz w:val="24"/>
          <w:szCs w:val="24"/>
          <w:lang w:val="fr-FR"/>
        </w:rPr>
        <w:t xml:space="preserve">se </w:t>
      </w:r>
      <w:proofErr w:type="spellStart"/>
      <w:r w:rsidR="00F61A70" w:rsidRPr="00860B9A">
        <w:rPr>
          <w:sz w:val="24"/>
          <w:szCs w:val="24"/>
          <w:lang w:val="fr-FR"/>
        </w:rPr>
        <w:t>referă</w:t>
      </w:r>
      <w:proofErr w:type="spellEnd"/>
      <w:r w:rsidR="00F61A70" w:rsidRPr="00860B9A">
        <w:rPr>
          <w:sz w:val="24"/>
          <w:szCs w:val="24"/>
          <w:lang w:val="fr-FR"/>
        </w:rPr>
        <w:t xml:space="preserve"> la</w:t>
      </w:r>
      <w:r w:rsidRPr="00860B9A">
        <w:rPr>
          <w:sz w:val="24"/>
          <w:szCs w:val="24"/>
          <w:lang w:val="fr-FR"/>
        </w:rPr>
        <w:t xml:space="preserve"> mai </w:t>
      </w:r>
      <w:proofErr w:type="spellStart"/>
      <w:r w:rsidRPr="00860B9A">
        <w:rPr>
          <w:sz w:val="24"/>
          <w:szCs w:val="24"/>
          <w:lang w:val="fr-FR"/>
        </w:rPr>
        <w:t>multe</w:t>
      </w:r>
      <w:proofErr w:type="spellEnd"/>
      <w:r w:rsidRPr="00860B9A">
        <w:rPr>
          <w:sz w:val="24"/>
          <w:szCs w:val="24"/>
          <w:lang w:val="fr-FR"/>
        </w:rPr>
        <w:t xml:space="preserve"> </w:t>
      </w:r>
      <w:proofErr w:type="spellStart"/>
      <w:r w:rsidRPr="00860B9A">
        <w:rPr>
          <w:sz w:val="24"/>
          <w:szCs w:val="24"/>
          <w:lang w:val="fr-FR"/>
        </w:rPr>
        <w:t>imobile</w:t>
      </w:r>
      <w:proofErr w:type="spellEnd"/>
    </w:p>
    <w:p w14:paraId="3B43A7DE" w14:textId="77777777" w:rsidR="003C7CA3" w:rsidRPr="000E3B4C" w:rsidRDefault="003C7CA3">
      <w:pPr>
        <w:spacing w:after="60" w:line="168" w:lineRule="auto"/>
        <w:rPr>
          <w:sz w:val="20"/>
          <w:szCs w:val="20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:rsidRPr="000E3B4C" w14:paraId="6852DFD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D8BD40E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0E3B4C">
              <w:rPr>
                <w:b/>
                <w:sz w:val="20"/>
                <w:szCs w:val="20"/>
              </w:rPr>
              <w:t xml:space="preserve">I1. </w:t>
            </w:r>
            <w:r w:rsidRPr="000E3B4C">
              <w:rPr>
                <w:b/>
                <w:color w:val="000000"/>
                <w:sz w:val="20"/>
                <w:szCs w:val="20"/>
              </w:rPr>
              <w:t>IMOBILELE LA CARE SE REFERĂ CEREREA</w:t>
            </w:r>
          </w:p>
        </w:tc>
      </w:tr>
      <w:tr w:rsidR="003C7CA3" w:rsidRPr="000E3B4C" w14:paraId="2E60FFA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E625B9A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sz w:val="20"/>
                <w:szCs w:val="20"/>
              </w:rPr>
              <w:t xml:space="preserve"> </w:t>
            </w:r>
            <w:proofErr w:type="spellStart"/>
            <w:r w:rsidRPr="000E3B4C">
              <w:rPr>
                <w:sz w:val="20"/>
                <w:szCs w:val="20"/>
              </w:rPr>
              <w:t>Imobil</w:t>
            </w:r>
            <w:proofErr w:type="spellEnd"/>
            <w:r w:rsidRPr="000E3B4C">
              <w:rPr>
                <w:sz w:val="20"/>
                <w:szCs w:val="20"/>
              </w:rPr>
              <w:t xml:space="preserve"> 2</w:t>
            </w:r>
          </w:p>
        </w:tc>
      </w:tr>
      <w:tr w:rsidR="003C7CA3" w:rsidRPr="000E3B4C" w14:paraId="4FBA9BF9" w14:textId="77777777">
        <w:trPr>
          <w:cantSplit/>
          <w:trHeight w:val="510"/>
        </w:trPr>
        <w:tc>
          <w:tcPr>
            <w:tcW w:w="3212" w:type="dxa"/>
          </w:tcPr>
          <w:p w14:paraId="5A3BB7C7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 xml:space="preserve">Tip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imobil</w:t>
            </w:r>
            <w:proofErr w:type="spellEnd"/>
          </w:p>
          <w:p w14:paraId="40062389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sz w:val="20"/>
                <w:szCs w:val="20"/>
              </w:rPr>
              <w:t xml:space="preserve">☐ </w:t>
            </w:r>
            <w:proofErr w:type="spellStart"/>
            <w:r w:rsidRPr="000E3B4C">
              <w:rPr>
                <w:sz w:val="20"/>
                <w:szCs w:val="20"/>
              </w:rPr>
              <w:t>teren</w:t>
            </w:r>
            <w:proofErr w:type="spellEnd"/>
            <w:r w:rsidRPr="000E3B4C">
              <w:rPr>
                <w:sz w:val="20"/>
                <w:szCs w:val="20"/>
              </w:rPr>
              <w:t xml:space="preserve">     ☐ </w:t>
            </w:r>
            <w:proofErr w:type="spellStart"/>
            <w:r w:rsidRPr="000E3B4C">
              <w:rPr>
                <w:sz w:val="20"/>
                <w:szCs w:val="20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468E1B3B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Număr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cadastral</w:t>
            </w:r>
          </w:p>
          <w:p w14:paraId="54B785D1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1F958589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 xml:space="preserve">Carte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funciară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nr.</w:t>
            </w:r>
          </w:p>
          <w:p w14:paraId="46308DBE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:rsidRPr="000E3B4C" w14:paraId="566323F2" w14:textId="77777777">
        <w:trPr>
          <w:cantSplit/>
          <w:trHeight w:val="510"/>
        </w:trPr>
        <w:tc>
          <w:tcPr>
            <w:tcW w:w="3212" w:type="dxa"/>
          </w:tcPr>
          <w:p w14:paraId="44FE7327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Județul</w:t>
            </w:r>
            <w:proofErr w:type="spellEnd"/>
          </w:p>
          <w:p w14:paraId="709474E2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0A54FA84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Municipiul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orașul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comuna</w:t>
            </w:r>
            <w:proofErr w:type="spellEnd"/>
          </w:p>
          <w:p w14:paraId="791B4988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26E0CD5C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Satul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sectorul</w:t>
            </w:r>
            <w:proofErr w:type="spellEnd"/>
          </w:p>
          <w:p w14:paraId="19330C14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:rsidRPr="000E3B4C" w14:paraId="172E0BD7" w14:textId="77777777">
        <w:trPr>
          <w:cantSplit/>
          <w:trHeight w:val="510"/>
        </w:trPr>
        <w:tc>
          <w:tcPr>
            <w:tcW w:w="3212" w:type="dxa"/>
          </w:tcPr>
          <w:p w14:paraId="3466DC19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6916751C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1D979EB2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Nr.</w:t>
            </w:r>
          </w:p>
          <w:p w14:paraId="5CAFDF3D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6214196D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Sc.</w:t>
            </w:r>
          </w:p>
          <w:p w14:paraId="38204483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48F12E3B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Et.</w:t>
            </w:r>
          </w:p>
          <w:p w14:paraId="678762B3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4FE261FD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Ap.</w:t>
            </w:r>
          </w:p>
          <w:p w14:paraId="3AD61581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4203D399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27D97757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5CC40784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Țara</w:t>
            </w:r>
            <w:proofErr w:type="spellEnd"/>
          </w:p>
          <w:p w14:paraId="676134A8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:rsidRPr="000E3B4C" w14:paraId="1E22F21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E87E32C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sz w:val="20"/>
                <w:szCs w:val="20"/>
              </w:rPr>
              <w:t xml:space="preserve"> </w:t>
            </w:r>
            <w:proofErr w:type="spellStart"/>
            <w:r w:rsidRPr="000E3B4C">
              <w:rPr>
                <w:sz w:val="20"/>
                <w:szCs w:val="20"/>
              </w:rPr>
              <w:t>Imobil</w:t>
            </w:r>
            <w:proofErr w:type="spellEnd"/>
            <w:r w:rsidRPr="000E3B4C">
              <w:rPr>
                <w:sz w:val="20"/>
                <w:szCs w:val="20"/>
              </w:rPr>
              <w:t xml:space="preserve"> 3</w:t>
            </w:r>
          </w:p>
        </w:tc>
      </w:tr>
      <w:tr w:rsidR="003C7CA3" w:rsidRPr="000E3B4C" w14:paraId="28BE262E" w14:textId="77777777">
        <w:trPr>
          <w:cantSplit/>
          <w:trHeight w:val="510"/>
        </w:trPr>
        <w:tc>
          <w:tcPr>
            <w:tcW w:w="3212" w:type="dxa"/>
          </w:tcPr>
          <w:p w14:paraId="3DAF284A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 xml:space="preserve">Tip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imobil</w:t>
            </w:r>
            <w:proofErr w:type="spellEnd"/>
          </w:p>
          <w:p w14:paraId="03A96BFD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sz w:val="20"/>
                <w:szCs w:val="20"/>
              </w:rPr>
              <w:t xml:space="preserve">☐ </w:t>
            </w:r>
            <w:proofErr w:type="spellStart"/>
            <w:r w:rsidRPr="000E3B4C">
              <w:rPr>
                <w:sz w:val="20"/>
                <w:szCs w:val="20"/>
              </w:rPr>
              <w:t>teren</w:t>
            </w:r>
            <w:proofErr w:type="spellEnd"/>
            <w:r w:rsidRPr="000E3B4C">
              <w:rPr>
                <w:sz w:val="20"/>
                <w:szCs w:val="20"/>
              </w:rPr>
              <w:t xml:space="preserve">     ☐ </w:t>
            </w:r>
            <w:proofErr w:type="spellStart"/>
            <w:r w:rsidRPr="000E3B4C">
              <w:rPr>
                <w:sz w:val="20"/>
                <w:szCs w:val="20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15A078DE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Număr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cadastral</w:t>
            </w:r>
          </w:p>
          <w:p w14:paraId="484999B7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4A9ADCBE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 xml:space="preserve">Carte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funciară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nr.</w:t>
            </w:r>
          </w:p>
          <w:p w14:paraId="32134801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:rsidRPr="000E3B4C" w14:paraId="634A48BF" w14:textId="77777777">
        <w:trPr>
          <w:cantSplit/>
          <w:trHeight w:val="510"/>
        </w:trPr>
        <w:tc>
          <w:tcPr>
            <w:tcW w:w="3212" w:type="dxa"/>
          </w:tcPr>
          <w:p w14:paraId="21CB880E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Județul</w:t>
            </w:r>
            <w:proofErr w:type="spellEnd"/>
          </w:p>
          <w:p w14:paraId="182F56A8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6B1C2F24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Municipiul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orașul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comuna</w:t>
            </w:r>
            <w:proofErr w:type="spellEnd"/>
          </w:p>
          <w:p w14:paraId="33495630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1F7C4EAC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Satul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sectorul</w:t>
            </w:r>
            <w:proofErr w:type="spellEnd"/>
          </w:p>
          <w:p w14:paraId="7EE2F126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:rsidRPr="000E3B4C" w14:paraId="2AB103DD" w14:textId="77777777">
        <w:trPr>
          <w:cantSplit/>
          <w:trHeight w:val="510"/>
        </w:trPr>
        <w:tc>
          <w:tcPr>
            <w:tcW w:w="3212" w:type="dxa"/>
          </w:tcPr>
          <w:p w14:paraId="33D5B0A9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27E7251A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69872AE3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Nr.</w:t>
            </w:r>
          </w:p>
          <w:p w14:paraId="01853B82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6F48930F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Sc.</w:t>
            </w:r>
          </w:p>
          <w:p w14:paraId="4E3EA66D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54839244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Et.</w:t>
            </w:r>
          </w:p>
          <w:p w14:paraId="568F1F68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4BB4B76A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Ap.</w:t>
            </w:r>
          </w:p>
          <w:p w14:paraId="6EED4727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1FCFA7B8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7C61FDC1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5650D2FE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Țara</w:t>
            </w:r>
            <w:proofErr w:type="spellEnd"/>
          </w:p>
          <w:p w14:paraId="75BB3A1B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:rsidRPr="000E3B4C" w14:paraId="453408C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911A6AD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sz w:val="20"/>
                <w:szCs w:val="20"/>
              </w:rPr>
              <w:t xml:space="preserve"> </w:t>
            </w:r>
            <w:proofErr w:type="spellStart"/>
            <w:r w:rsidRPr="000E3B4C">
              <w:rPr>
                <w:sz w:val="20"/>
                <w:szCs w:val="20"/>
              </w:rPr>
              <w:t>Imobil</w:t>
            </w:r>
            <w:proofErr w:type="spellEnd"/>
            <w:r w:rsidRPr="000E3B4C">
              <w:rPr>
                <w:sz w:val="20"/>
                <w:szCs w:val="20"/>
              </w:rPr>
              <w:t xml:space="preserve"> 4</w:t>
            </w:r>
          </w:p>
        </w:tc>
      </w:tr>
      <w:tr w:rsidR="003C7CA3" w:rsidRPr="000E3B4C" w14:paraId="2F5765F6" w14:textId="77777777">
        <w:trPr>
          <w:cantSplit/>
          <w:trHeight w:val="510"/>
        </w:trPr>
        <w:tc>
          <w:tcPr>
            <w:tcW w:w="3212" w:type="dxa"/>
          </w:tcPr>
          <w:p w14:paraId="78416A2B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 xml:space="preserve">Tip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imobil</w:t>
            </w:r>
            <w:proofErr w:type="spellEnd"/>
          </w:p>
          <w:p w14:paraId="0092F673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sz w:val="20"/>
                <w:szCs w:val="20"/>
              </w:rPr>
              <w:t xml:space="preserve">☐ </w:t>
            </w:r>
            <w:proofErr w:type="spellStart"/>
            <w:r w:rsidRPr="000E3B4C">
              <w:rPr>
                <w:sz w:val="20"/>
                <w:szCs w:val="20"/>
              </w:rPr>
              <w:t>teren</w:t>
            </w:r>
            <w:proofErr w:type="spellEnd"/>
            <w:r w:rsidRPr="000E3B4C">
              <w:rPr>
                <w:sz w:val="20"/>
                <w:szCs w:val="20"/>
              </w:rPr>
              <w:t xml:space="preserve">     ☐ </w:t>
            </w:r>
            <w:proofErr w:type="spellStart"/>
            <w:r w:rsidRPr="000E3B4C">
              <w:rPr>
                <w:sz w:val="20"/>
                <w:szCs w:val="20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210552F3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Număr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cadastral</w:t>
            </w:r>
          </w:p>
          <w:p w14:paraId="644BFE75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526DAD1A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 xml:space="preserve">Carte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funciară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nr.</w:t>
            </w:r>
          </w:p>
          <w:p w14:paraId="54969177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:rsidRPr="000E3B4C" w14:paraId="3EDFDCA0" w14:textId="77777777">
        <w:trPr>
          <w:cantSplit/>
          <w:trHeight w:val="510"/>
        </w:trPr>
        <w:tc>
          <w:tcPr>
            <w:tcW w:w="3212" w:type="dxa"/>
          </w:tcPr>
          <w:p w14:paraId="46EF5F24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Județul</w:t>
            </w:r>
            <w:proofErr w:type="spellEnd"/>
          </w:p>
          <w:p w14:paraId="6821BA92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70FF72B7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Municipiul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orașul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comuna</w:t>
            </w:r>
            <w:proofErr w:type="spellEnd"/>
          </w:p>
          <w:p w14:paraId="12E0C41B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53CFE965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Satul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sectorul</w:t>
            </w:r>
            <w:proofErr w:type="spellEnd"/>
          </w:p>
          <w:p w14:paraId="6A399A43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:rsidRPr="000E3B4C" w14:paraId="75B9426F" w14:textId="77777777">
        <w:trPr>
          <w:cantSplit/>
          <w:trHeight w:val="510"/>
        </w:trPr>
        <w:tc>
          <w:tcPr>
            <w:tcW w:w="3212" w:type="dxa"/>
          </w:tcPr>
          <w:p w14:paraId="2D1FA943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32AD3F97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3B6D4BF0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Nr.</w:t>
            </w:r>
          </w:p>
          <w:p w14:paraId="6B0705FC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077D7F8C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Sc.</w:t>
            </w:r>
          </w:p>
          <w:p w14:paraId="7492E005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41A90891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Et.</w:t>
            </w:r>
          </w:p>
          <w:p w14:paraId="0CBA7A1F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68EBA9C3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Ap.</w:t>
            </w:r>
          </w:p>
          <w:p w14:paraId="33DC8804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2E5AC3B1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6B1226A7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3261CE34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Țara</w:t>
            </w:r>
            <w:proofErr w:type="spellEnd"/>
          </w:p>
          <w:p w14:paraId="6D306C57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:rsidRPr="000E3B4C" w14:paraId="1BA5C46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717EB2B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sz w:val="20"/>
                <w:szCs w:val="20"/>
              </w:rPr>
              <w:t xml:space="preserve"> </w:t>
            </w:r>
            <w:proofErr w:type="spellStart"/>
            <w:r w:rsidRPr="000E3B4C">
              <w:rPr>
                <w:sz w:val="20"/>
                <w:szCs w:val="20"/>
              </w:rPr>
              <w:t>Imobil</w:t>
            </w:r>
            <w:proofErr w:type="spellEnd"/>
            <w:r w:rsidRPr="000E3B4C">
              <w:rPr>
                <w:sz w:val="20"/>
                <w:szCs w:val="20"/>
              </w:rPr>
              <w:t xml:space="preserve"> 5</w:t>
            </w:r>
          </w:p>
        </w:tc>
      </w:tr>
      <w:tr w:rsidR="003C7CA3" w:rsidRPr="000E3B4C" w14:paraId="52514A7A" w14:textId="77777777">
        <w:trPr>
          <w:cantSplit/>
          <w:trHeight w:val="510"/>
        </w:trPr>
        <w:tc>
          <w:tcPr>
            <w:tcW w:w="3212" w:type="dxa"/>
          </w:tcPr>
          <w:p w14:paraId="416BD5CB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 xml:space="preserve">Tip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imobil</w:t>
            </w:r>
            <w:proofErr w:type="spellEnd"/>
          </w:p>
          <w:p w14:paraId="60F59FB1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sz w:val="20"/>
                <w:szCs w:val="20"/>
              </w:rPr>
              <w:t xml:space="preserve">☐ </w:t>
            </w:r>
            <w:proofErr w:type="spellStart"/>
            <w:r w:rsidRPr="000E3B4C">
              <w:rPr>
                <w:sz w:val="20"/>
                <w:szCs w:val="20"/>
              </w:rPr>
              <w:t>teren</w:t>
            </w:r>
            <w:proofErr w:type="spellEnd"/>
            <w:r w:rsidRPr="000E3B4C">
              <w:rPr>
                <w:sz w:val="20"/>
                <w:szCs w:val="20"/>
              </w:rPr>
              <w:t xml:space="preserve">     ☐ </w:t>
            </w:r>
            <w:proofErr w:type="spellStart"/>
            <w:r w:rsidRPr="000E3B4C">
              <w:rPr>
                <w:sz w:val="20"/>
                <w:szCs w:val="20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49FC2610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Număr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cadastral</w:t>
            </w:r>
          </w:p>
          <w:p w14:paraId="694D08B4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4B53D9E0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 xml:space="preserve">Carte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funciară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nr.</w:t>
            </w:r>
          </w:p>
          <w:p w14:paraId="6ADA4335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:rsidRPr="000E3B4C" w14:paraId="0B944771" w14:textId="77777777">
        <w:trPr>
          <w:cantSplit/>
          <w:trHeight w:val="510"/>
        </w:trPr>
        <w:tc>
          <w:tcPr>
            <w:tcW w:w="3212" w:type="dxa"/>
          </w:tcPr>
          <w:p w14:paraId="13A31ED6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Județul</w:t>
            </w:r>
            <w:proofErr w:type="spellEnd"/>
          </w:p>
          <w:p w14:paraId="73E2BC86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5C675724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Municipiul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orașul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comuna</w:t>
            </w:r>
            <w:proofErr w:type="spellEnd"/>
          </w:p>
          <w:p w14:paraId="0386E0AA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68659267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Satul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sectorul</w:t>
            </w:r>
            <w:proofErr w:type="spellEnd"/>
          </w:p>
          <w:p w14:paraId="1BAE5F8C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:rsidRPr="000E3B4C" w14:paraId="2D70221E" w14:textId="77777777">
        <w:trPr>
          <w:cantSplit/>
          <w:trHeight w:val="510"/>
        </w:trPr>
        <w:tc>
          <w:tcPr>
            <w:tcW w:w="3212" w:type="dxa"/>
          </w:tcPr>
          <w:p w14:paraId="52857BC3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65E9CD24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556FCE18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Nr.</w:t>
            </w:r>
          </w:p>
          <w:p w14:paraId="3D425DC3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3613E306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Sc.</w:t>
            </w:r>
          </w:p>
          <w:p w14:paraId="33F92736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786207C6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Et.</w:t>
            </w:r>
          </w:p>
          <w:p w14:paraId="63D129DE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6A401C10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Ap.</w:t>
            </w:r>
          </w:p>
          <w:p w14:paraId="388179AA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5A253F28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61F4B78C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043263C8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Țara</w:t>
            </w:r>
            <w:proofErr w:type="spellEnd"/>
          </w:p>
          <w:p w14:paraId="1C2AB50B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:rsidRPr="000E3B4C" w14:paraId="5B366A1F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C2F3CA6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sz w:val="20"/>
                <w:szCs w:val="20"/>
              </w:rPr>
              <w:t xml:space="preserve"> </w:t>
            </w:r>
            <w:proofErr w:type="spellStart"/>
            <w:r w:rsidRPr="000E3B4C">
              <w:rPr>
                <w:sz w:val="20"/>
                <w:szCs w:val="20"/>
              </w:rPr>
              <w:t>Imobil</w:t>
            </w:r>
            <w:proofErr w:type="spellEnd"/>
            <w:r w:rsidRPr="000E3B4C">
              <w:rPr>
                <w:sz w:val="20"/>
                <w:szCs w:val="20"/>
              </w:rPr>
              <w:t xml:space="preserve"> 6</w:t>
            </w:r>
          </w:p>
        </w:tc>
      </w:tr>
      <w:tr w:rsidR="003C7CA3" w:rsidRPr="000E3B4C" w14:paraId="7F67F832" w14:textId="77777777">
        <w:trPr>
          <w:cantSplit/>
          <w:trHeight w:val="510"/>
        </w:trPr>
        <w:tc>
          <w:tcPr>
            <w:tcW w:w="3212" w:type="dxa"/>
          </w:tcPr>
          <w:p w14:paraId="5191FB7B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 xml:space="preserve">Tip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imobil</w:t>
            </w:r>
            <w:proofErr w:type="spellEnd"/>
          </w:p>
          <w:p w14:paraId="68697DD0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sz w:val="20"/>
                <w:szCs w:val="20"/>
              </w:rPr>
              <w:t xml:space="preserve">☐ </w:t>
            </w:r>
            <w:proofErr w:type="spellStart"/>
            <w:r w:rsidRPr="000E3B4C">
              <w:rPr>
                <w:sz w:val="20"/>
                <w:szCs w:val="20"/>
              </w:rPr>
              <w:t>teren</w:t>
            </w:r>
            <w:proofErr w:type="spellEnd"/>
            <w:r w:rsidRPr="000E3B4C">
              <w:rPr>
                <w:sz w:val="20"/>
                <w:szCs w:val="20"/>
              </w:rPr>
              <w:t xml:space="preserve">     ☐ </w:t>
            </w:r>
            <w:proofErr w:type="spellStart"/>
            <w:r w:rsidRPr="000E3B4C">
              <w:rPr>
                <w:sz w:val="20"/>
                <w:szCs w:val="20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320C967D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Număr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cadastral</w:t>
            </w:r>
          </w:p>
          <w:p w14:paraId="27F611E7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26199240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 xml:space="preserve">Carte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funciară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nr.</w:t>
            </w:r>
          </w:p>
          <w:p w14:paraId="3E0C7818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:rsidRPr="000E3B4C" w14:paraId="09A0F0F6" w14:textId="77777777">
        <w:trPr>
          <w:cantSplit/>
          <w:trHeight w:val="510"/>
        </w:trPr>
        <w:tc>
          <w:tcPr>
            <w:tcW w:w="3212" w:type="dxa"/>
          </w:tcPr>
          <w:p w14:paraId="52A9A14E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Județul</w:t>
            </w:r>
            <w:proofErr w:type="spellEnd"/>
          </w:p>
          <w:p w14:paraId="509E1303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5B4C4696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Municipiul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orașul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comuna</w:t>
            </w:r>
            <w:proofErr w:type="spellEnd"/>
          </w:p>
          <w:p w14:paraId="183CC2EF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6E0F0783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Satul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sectorul</w:t>
            </w:r>
            <w:proofErr w:type="spellEnd"/>
          </w:p>
          <w:p w14:paraId="51A031BD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:rsidRPr="000E3B4C" w14:paraId="7CD30B99" w14:textId="77777777">
        <w:trPr>
          <w:cantSplit/>
          <w:trHeight w:val="510"/>
        </w:trPr>
        <w:tc>
          <w:tcPr>
            <w:tcW w:w="3212" w:type="dxa"/>
          </w:tcPr>
          <w:p w14:paraId="7E48C3E9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4890CAD7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75C2640F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Nr.</w:t>
            </w:r>
          </w:p>
          <w:p w14:paraId="3D857801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44598F36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Sc.</w:t>
            </w:r>
          </w:p>
          <w:p w14:paraId="3AD7E415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0755CED3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Et.</w:t>
            </w:r>
          </w:p>
          <w:p w14:paraId="01EC3C4A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5ED188DF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Ap.</w:t>
            </w:r>
          </w:p>
          <w:p w14:paraId="277CB060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758729CA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5D5B1F32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0BC8A1E6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Țara</w:t>
            </w:r>
            <w:proofErr w:type="spellEnd"/>
          </w:p>
          <w:p w14:paraId="2AF7BB24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:rsidRPr="000E3B4C" w14:paraId="5F55098D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38563C53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sz w:val="20"/>
                <w:szCs w:val="20"/>
              </w:rPr>
              <w:t xml:space="preserve"> </w:t>
            </w:r>
            <w:proofErr w:type="spellStart"/>
            <w:r w:rsidRPr="000E3B4C">
              <w:rPr>
                <w:sz w:val="20"/>
                <w:szCs w:val="20"/>
              </w:rPr>
              <w:t>Imobil</w:t>
            </w:r>
            <w:proofErr w:type="spellEnd"/>
            <w:r w:rsidRPr="000E3B4C">
              <w:rPr>
                <w:sz w:val="20"/>
                <w:szCs w:val="20"/>
              </w:rPr>
              <w:t xml:space="preserve"> 7</w:t>
            </w:r>
          </w:p>
        </w:tc>
      </w:tr>
      <w:tr w:rsidR="003C7CA3" w:rsidRPr="000E3B4C" w14:paraId="6E8A3C01" w14:textId="77777777">
        <w:trPr>
          <w:cantSplit/>
          <w:trHeight w:val="510"/>
        </w:trPr>
        <w:tc>
          <w:tcPr>
            <w:tcW w:w="3212" w:type="dxa"/>
          </w:tcPr>
          <w:p w14:paraId="5C5C5869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 xml:space="preserve">Tip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imobil</w:t>
            </w:r>
            <w:proofErr w:type="spellEnd"/>
          </w:p>
          <w:p w14:paraId="5DB8AD74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sz w:val="20"/>
                <w:szCs w:val="20"/>
              </w:rPr>
              <w:t xml:space="preserve">☐ </w:t>
            </w:r>
            <w:proofErr w:type="spellStart"/>
            <w:r w:rsidRPr="000E3B4C">
              <w:rPr>
                <w:sz w:val="20"/>
                <w:szCs w:val="20"/>
              </w:rPr>
              <w:t>teren</w:t>
            </w:r>
            <w:proofErr w:type="spellEnd"/>
            <w:r w:rsidRPr="000E3B4C">
              <w:rPr>
                <w:sz w:val="20"/>
                <w:szCs w:val="20"/>
              </w:rPr>
              <w:t xml:space="preserve">     ☐ </w:t>
            </w:r>
            <w:proofErr w:type="spellStart"/>
            <w:r w:rsidRPr="000E3B4C">
              <w:rPr>
                <w:sz w:val="20"/>
                <w:szCs w:val="20"/>
              </w:rPr>
              <w:t>construcții</w:t>
            </w:r>
            <w:proofErr w:type="spellEnd"/>
          </w:p>
        </w:tc>
        <w:tc>
          <w:tcPr>
            <w:tcW w:w="3212" w:type="dxa"/>
            <w:gridSpan w:val="4"/>
          </w:tcPr>
          <w:p w14:paraId="10E317E8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Număr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cadastral</w:t>
            </w:r>
          </w:p>
          <w:p w14:paraId="7318CDCF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199C76B0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 xml:space="preserve">Carte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funciară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nr.</w:t>
            </w:r>
          </w:p>
          <w:p w14:paraId="2281F46A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:rsidRPr="000E3B4C" w14:paraId="0E827CAC" w14:textId="77777777">
        <w:trPr>
          <w:cantSplit/>
          <w:trHeight w:val="510"/>
        </w:trPr>
        <w:tc>
          <w:tcPr>
            <w:tcW w:w="3212" w:type="dxa"/>
          </w:tcPr>
          <w:p w14:paraId="482CE6BA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Județul</w:t>
            </w:r>
            <w:proofErr w:type="spellEnd"/>
          </w:p>
          <w:p w14:paraId="7D9C4ADA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6FF092DD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Municipiul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orașul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comuna</w:t>
            </w:r>
            <w:proofErr w:type="spellEnd"/>
          </w:p>
          <w:p w14:paraId="7B3F2A48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4146120E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Satul</w:t>
            </w:r>
            <w:proofErr w:type="spellEnd"/>
            <w:r w:rsidRPr="000E3B4C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sectorul</w:t>
            </w:r>
            <w:proofErr w:type="spellEnd"/>
          </w:p>
          <w:p w14:paraId="382F6D57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</w:tr>
      <w:tr w:rsidR="003C7CA3" w:rsidRPr="000E3B4C" w14:paraId="350ADAED" w14:textId="77777777">
        <w:trPr>
          <w:cantSplit/>
          <w:trHeight w:val="510"/>
        </w:trPr>
        <w:tc>
          <w:tcPr>
            <w:tcW w:w="3212" w:type="dxa"/>
          </w:tcPr>
          <w:p w14:paraId="3EF592B3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6E09AA0D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03CDAA70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Nr.</w:t>
            </w:r>
          </w:p>
          <w:p w14:paraId="04104BF4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003E8B23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Sc.</w:t>
            </w:r>
          </w:p>
          <w:p w14:paraId="7A6C79BB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2E86E7BB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Et.</w:t>
            </w:r>
          </w:p>
          <w:p w14:paraId="0874CF46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044057D9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>Ap.</w:t>
            </w:r>
          </w:p>
          <w:p w14:paraId="3376C1C7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6DF4ADA1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r w:rsidRPr="000E3B4C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5EB5FE7C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06F0C4C6" w14:textId="77777777" w:rsidR="003C7CA3" w:rsidRPr="000E3B4C" w:rsidRDefault="003454F7">
            <w:pPr>
              <w:keepNext/>
              <w:rPr>
                <w:sz w:val="20"/>
                <w:szCs w:val="20"/>
              </w:rPr>
            </w:pPr>
            <w:proofErr w:type="spellStart"/>
            <w:r w:rsidRPr="000E3B4C">
              <w:rPr>
                <w:b/>
                <w:color w:val="0D5F78"/>
                <w:sz w:val="20"/>
                <w:szCs w:val="20"/>
              </w:rPr>
              <w:t>Țara</w:t>
            </w:r>
            <w:proofErr w:type="spellEnd"/>
          </w:p>
          <w:p w14:paraId="5DB99EB8" w14:textId="77777777" w:rsidR="003C7CA3" w:rsidRPr="000E3B4C" w:rsidRDefault="003C7CA3">
            <w:pPr>
              <w:keepNext/>
              <w:rPr>
                <w:sz w:val="20"/>
                <w:szCs w:val="20"/>
              </w:rPr>
            </w:pPr>
          </w:p>
        </w:tc>
      </w:tr>
    </w:tbl>
    <w:p w14:paraId="19038766" w14:textId="77777777" w:rsidR="003C7CA3" w:rsidRDefault="003C7CA3">
      <w:pPr>
        <w:spacing w:line="168" w:lineRule="auto"/>
      </w:pPr>
    </w:p>
    <w:p w14:paraId="376E231B" w14:textId="77777777" w:rsidR="003C7CA3" w:rsidRDefault="003454F7">
      <w:r>
        <w:br w:type="page"/>
      </w:r>
    </w:p>
    <w:p w14:paraId="17458E7D" w14:textId="7666EFC2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 xml:space="preserve">ANEXA TEHNICĂ </w:t>
      </w:r>
    </w:p>
    <w:p w14:paraId="6278166B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cererea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pentru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emiterea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autorizației</w:t>
      </w:r>
      <w:proofErr w:type="spellEnd"/>
      <w:r w:rsidRPr="005B29C5">
        <w:rPr>
          <w:sz w:val="19"/>
          <w:lang w:val="fr-FR"/>
        </w:rPr>
        <w:t xml:space="preserve"> de construire / </w:t>
      </w:r>
      <w:proofErr w:type="spellStart"/>
      <w:r w:rsidRPr="005B29C5">
        <w:rPr>
          <w:sz w:val="19"/>
          <w:lang w:val="fr-FR"/>
        </w:rPr>
        <w:t>desființare</w:t>
      </w:r>
      <w:proofErr w:type="spellEnd"/>
    </w:p>
    <w:p w14:paraId="2265C486" w14:textId="5A9420AA" w:rsidR="003C7CA3" w:rsidRPr="005375AB" w:rsidRDefault="003454F7" w:rsidP="005375AB">
      <w:pPr>
        <w:spacing w:after="120"/>
        <w:jc w:val="center"/>
        <w:rPr>
          <w:sz w:val="19"/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întocmește</w:t>
      </w:r>
      <w:proofErr w:type="spellEnd"/>
      <w:r w:rsidRPr="005B29C5">
        <w:rPr>
          <w:sz w:val="19"/>
          <w:lang w:val="fr-FR"/>
        </w:rPr>
        <w:t xml:space="preserve"> de </w:t>
      </w:r>
      <w:proofErr w:type="spellStart"/>
      <w:r w:rsidRPr="005B29C5">
        <w:rPr>
          <w:sz w:val="19"/>
          <w:lang w:val="fr-FR"/>
        </w:rPr>
        <w:t>proiectantul</w:t>
      </w:r>
      <w:proofErr w:type="spellEnd"/>
      <w:r w:rsidRPr="005B29C5">
        <w:rPr>
          <w:sz w:val="19"/>
          <w:lang w:val="fr-FR"/>
        </w:rPr>
        <w:t xml:space="preserve"> </w:t>
      </w:r>
      <w:proofErr w:type="spellStart"/>
      <w:r w:rsidRPr="005B29C5">
        <w:rPr>
          <w:sz w:val="19"/>
          <w:lang w:val="fr-FR"/>
        </w:rPr>
        <w:t>documentației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:rsidRPr="00F61A70" w14:paraId="332C7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4C23CF0D" w14:textId="14CB0DE0" w:rsidR="00F61A70" w:rsidRPr="00F61A70" w:rsidRDefault="003454F7" w:rsidP="00F61A70">
            <w:pPr>
              <w:pStyle w:val="ListParagraph"/>
              <w:keepNext/>
              <w:numPr>
                <w:ilvl w:val="0"/>
                <w:numId w:val="10"/>
              </w:numPr>
              <w:rPr>
                <w:b/>
                <w:color w:val="000000"/>
                <w:sz w:val="18"/>
                <w:lang w:val="fr-FR"/>
              </w:rPr>
            </w:pPr>
            <w:r w:rsidRPr="00F61A70">
              <w:rPr>
                <w:b/>
                <w:color w:val="000000"/>
                <w:sz w:val="18"/>
                <w:lang w:val="fr-FR"/>
              </w:rPr>
              <w:t>CATEGORIILE DE LUCRĂRI</w:t>
            </w:r>
            <w:r w:rsidR="00E9623F" w:rsidRPr="00F61A70">
              <w:rPr>
                <w:b/>
                <w:color w:val="000000"/>
                <w:sz w:val="18"/>
                <w:lang w:val="fr-FR"/>
              </w:rPr>
              <w:t xml:space="preserve"> APLICABILE OBIECTIVULUI/OBIECTULUI DE INVESTIȚII</w:t>
            </w:r>
            <w:r w:rsidR="00F61A70" w:rsidRPr="00F61A70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  <w:p w14:paraId="3530FB7B" w14:textId="0844A2BD" w:rsidR="003C7CA3" w:rsidRPr="00F61A70" w:rsidRDefault="00F61A70" w:rsidP="00F61A70">
            <w:pPr>
              <w:keepNext/>
              <w:ind w:left="45"/>
              <w:rPr>
                <w:bCs/>
                <w:lang w:val="fr-FR"/>
              </w:rPr>
            </w:pPr>
            <w:r w:rsidRPr="00F61A70">
              <w:rPr>
                <w:bCs/>
                <w:color w:val="000000"/>
                <w:sz w:val="18"/>
                <w:lang w:val="fr-FR"/>
              </w:rPr>
              <w:t>(</w:t>
            </w:r>
            <w:proofErr w:type="gramStart"/>
            <w:r w:rsidRPr="00F61A70">
              <w:rPr>
                <w:bCs/>
                <w:color w:val="000000"/>
                <w:sz w:val="18"/>
                <w:lang w:val="fr-FR"/>
              </w:rPr>
              <w:t>se</w:t>
            </w:r>
            <w:proofErr w:type="gram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bifeaza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toate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cele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 xml:space="preserve"> </w:t>
            </w:r>
            <w:proofErr w:type="spellStart"/>
            <w:r w:rsidRPr="00F61A70">
              <w:rPr>
                <w:bCs/>
                <w:color w:val="000000"/>
                <w:sz w:val="18"/>
                <w:lang w:val="fr-FR"/>
              </w:rPr>
              <w:t>aplicabile</w:t>
            </w:r>
            <w:proofErr w:type="spellEnd"/>
            <w:r w:rsidRPr="00F61A70">
              <w:rPr>
                <w:bCs/>
                <w:color w:val="000000"/>
                <w:sz w:val="18"/>
                <w:lang w:val="fr-FR"/>
              </w:rPr>
              <w:t>)</w:t>
            </w:r>
          </w:p>
        </w:tc>
      </w:tr>
      <w:tr w:rsidR="003C7CA3" w:rsidRPr="00F61A70" w14:paraId="3C6A968F" w14:textId="77777777">
        <w:trPr>
          <w:cantSplit/>
        </w:trPr>
        <w:tc>
          <w:tcPr>
            <w:tcW w:w="9636" w:type="dxa"/>
            <w:shd w:val="clear" w:color="auto" w:fill="F4F4F4"/>
          </w:tcPr>
          <w:p w14:paraId="4CD25743" w14:textId="3478160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noi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inclusiv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instalațiile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aferente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F61A70">
              <w:rPr>
                <w:b/>
                <w:bCs/>
                <w:sz w:val="16"/>
                <w:lang w:val="fr-FR"/>
              </w:rPr>
              <w:t>acestora</w:t>
            </w:r>
            <w:proofErr w:type="spellEnd"/>
            <w:r w:rsid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</w:tc>
      </w:tr>
      <w:tr w:rsidR="003C7CA3" w:rsidRPr="00F61A70" w14:paraId="147A6BE2" w14:textId="77777777">
        <w:trPr>
          <w:cantSplit/>
        </w:trPr>
        <w:tc>
          <w:tcPr>
            <w:tcW w:w="9636" w:type="dxa"/>
          </w:tcPr>
          <w:p w14:paraId="601EB10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afara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zonelor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afara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zonelor</w:t>
            </w:r>
            <w:proofErr w:type="spellEnd"/>
            <w:r w:rsidRPr="005B29C5">
              <w:rPr>
                <w:sz w:val="16"/>
                <w:lang w:val="fr-FR"/>
              </w:rPr>
              <w:t xml:space="preserve">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</w:tc>
      </w:tr>
      <w:tr w:rsidR="003C7CA3" w:rsidRPr="00F61A70" w14:paraId="2D382061" w14:textId="77777777">
        <w:trPr>
          <w:cantSplit/>
        </w:trPr>
        <w:tc>
          <w:tcPr>
            <w:tcW w:w="9636" w:type="dxa"/>
          </w:tcPr>
          <w:p w14:paraId="378966C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A.1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civile </w:t>
            </w:r>
            <w:r w:rsidRPr="005B29C5">
              <w:rPr>
                <w:sz w:val="16"/>
                <w:lang w:val="fr-FR"/>
              </w:rPr>
              <w:t xml:space="preserve">—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locuințe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individuale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semicolective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colective</w:t>
            </w:r>
            <w:proofErr w:type="spellEnd"/>
          </w:p>
        </w:tc>
      </w:tr>
      <w:tr w:rsidR="003C7CA3" w:rsidRPr="00F61A70" w14:paraId="55BF03ED" w14:textId="77777777">
        <w:trPr>
          <w:cantSplit/>
        </w:trPr>
        <w:tc>
          <w:tcPr>
            <w:tcW w:w="9636" w:type="dxa"/>
          </w:tcPr>
          <w:p w14:paraId="5D3F0566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instituții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servicii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sănătate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asistență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socială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învățământ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cultură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turism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culte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administrație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finanțe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comerț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servicii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sport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recreere</w:t>
            </w:r>
            <w:proofErr w:type="spellEnd"/>
          </w:p>
        </w:tc>
      </w:tr>
      <w:tr w:rsidR="003C7CA3" w:rsidRPr="00F61A70" w14:paraId="4289A147" w14:textId="77777777">
        <w:trPr>
          <w:cantSplit/>
        </w:trPr>
        <w:tc>
          <w:tcPr>
            <w:tcW w:w="9636" w:type="dxa"/>
          </w:tcPr>
          <w:p w14:paraId="1C068E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A.2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F61A70">
              <w:rPr>
                <w:b/>
                <w:bCs/>
                <w:sz w:val="16"/>
                <w:lang w:val="fr-FR"/>
              </w:rPr>
              <w:t>industriale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producție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depozitare</w:t>
            </w:r>
            <w:proofErr w:type="spellEnd"/>
          </w:p>
        </w:tc>
      </w:tr>
      <w:tr w:rsidR="003C7CA3" w:rsidRPr="00F61A70" w14:paraId="66EE989E" w14:textId="77777777">
        <w:trPr>
          <w:cantSplit/>
        </w:trPr>
        <w:tc>
          <w:tcPr>
            <w:tcW w:w="9636" w:type="dxa"/>
          </w:tcPr>
          <w:p w14:paraId="37CC924E" w14:textId="000DBB95" w:rsidR="00F61A70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A.3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agricole</w:t>
            </w:r>
            <w:r w:rsidR="00F61A70">
              <w:rPr>
                <w:b/>
                <w:bCs/>
                <w:sz w:val="16"/>
                <w:lang w:val="fr-FR"/>
              </w:rPr>
              <w:t> :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="00F61A70">
              <w:rPr>
                <w:sz w:val="16"/>
                <w:lang w:val="fr-FR"/>
              </w:rPr>
              <w:t xml:space="preserve">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pentru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producție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 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pentru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depozitare</w:t>
            </w:r>
            <w:proofErr w:type="spellEnd"/>
          </w:p>
          <w:p w14:paraId="34FCF277" w14:textId="3E157D9F" w:rsidR="003C7CA3" w:rsidRPr="00F61A70" w:rsidRDefault="00F61A70">
            <w:pPr>
              <w:keepNext/>
              <w:rPr>
                <w:b/>
                <w:bCs/>
                <w:lang w:val="fr-FR"/>
              </w:rPr>
            </w:pPr>
            <w:r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☐ A.4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special</w:t>
            </w:r>
            <w:proofErr w:type="spellEnd"/>
          </w:p>
        </w:tc>
      </w:tr>
      <w:tr w:rsidR="003C7CA3" w:rsidRPr="00F61A70" w14:paraId="46F48AAA" w14:textId="77777777">
        <w:trPr>
          <w:cantSplit/>
        </w:trPr>
        <w:tc>
          <w:tcPr>
            <w:tcW w:w="9636" w:type="dxa"/>
            <w:shd w:val="clear" w:color="auto" w:fill="F4F4F4"/>
          </w:tcPr>
          <w:p w14:paraId="655B49BC" w14:textId="4F4F659C" w:rsidR="003C7CA3" w:rsidRPr="00F61A70" w:rsidRDefault="003454F7">
            <w:pPr>
              <w:keepNext/>
              <w:rPr>
                <w:b/>
                <w:bCs/>
                <w:sz w:val="16"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B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5D7C2172" w14:textId="6F7BB4BB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reparații</w:t>
            </w:r>
            <w:proofErr w:type="spellEnd"/>
            <w:r w:rsidRPr="005B29C5">
              <w:rPr>
                <w:sz w:val="16"/>
                <w:lang w:val="fr-FR"/>
              </w:rPr>
              <w:t xml:space="preserve"> capitale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interven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prim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urgen</w:t>
            </w:r>
            <w:r w:rsidRPr="005B29C5">
              <w:rPr>
                <w:rFonts w:cs="Times New Roman"/>
                <w:sz w:val="16"/>
                <w:lang w:val="fr-FR"/>
              </w:rPr>
              <w:t>ță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extindere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amprentei</w:t>
            </w:r>
            <w:proofErr w:type="spellEnd"/>
            <w:r w:rsidRPr="005B29C5">
              <w:rPr>
                <w:sz w:val="16"/>
                <w:lang w:val="fr-FR"/>
              </w:rPr>
              <w:t xml:space="preserve"> la sol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>i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volumului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supraetajare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</w:p>
          <w:p w14:paraId="11B8FA7A" w14:textId="0F9F5B3C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refunc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ionalizare</w:t>
            </w:r>
            <w:proofErr w:type="spellEnd"/>
            <w:r w:rsidRPr="005B29C5">
              <w:rPr>
                <w:sz w:val="16"/>
                <w:lang w:val="fr-FR"/>
              </w:rPr>
              <w:t xml:space="preserve"> / </w:t>
            </w:r>
            <w:proofErr w:type="spellStart"/>
            <w:r w:rsidRPr="005B29C5">
              <w:rPr>
                <w:sz w:val="16"/>
                <w:lang w:val="fr-FR"/>
              </w:rPr>
              <w:t>schimbare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destina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consolidare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modernizare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reabilitare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str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>mutare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reconstruire    </w:t>
            </w:r>
          </w:p>
          <w:p w14:paraId="3889BADC" w14:textId="77777777" w:rsidR="00F61A70" w:rsidRDefault="00F61A7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conservare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>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restaurare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remodelare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exterioar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mansardare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remodelare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</w:t>
            </w:r>
          </w:p>
          <w:p w14:paraId="6A61D9FC" w14:textId="2CF1F153" w:rsidR="00F61A70" w:rsidRPr="005B29C5" w:rsidRDefault="00F61A7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demontare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par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demontare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conservare</w:t>
            </w:r>
            <w:proofErr w:type="spellEnd"/>
            <w:r w:rsidRPr="005B29C5">
              <w:rPr>
                <w:sz w:val="16"/>
                <w:lang w:val="fr-FR"/>
              </w:rPr>
              <w:t xml:space="preserve"> la </w:t>
            </w:r>
            <w:proofErr w:type="spellStart"/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ntreruperea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temporar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execu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iei</w:t>
            </w:r>
            <w:proofErr w:type="spellEnd"/>
          </w:p>
        </w:tc>
      </w:tr>
      <w:tr w:rsidR="003C7CA3" w:rsidRPr="00F61A70" w14:paraId="5C30782E" w14:textId="77777777">
        <w:trPr>
          <w:cantSplit/>
        </w:trPr>
        <w:tc>
          <w:tcPr>
            <w:tcW w:w="9636" w:type="dxa"/>
          </w:tcPr>
          <w:p w14:paraId="2E7867BD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☐ B.1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la B.2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B.3:</w:t>
            </w:r>
          </w:p>
        </w:tc>
      </w:tr>
      <w:tr w:rsidR="003C7CA3" w14:paraId="4E54D5F5" w14:textId="77777777">
        <w:trPr>
          <w:cantSplit/>
        </w:trPr>
        <w:tc>
          <w:tcPr>
            <w:tcW w:w="9636" w:type="dxa"/>
          </w:tcPr>
          <w:p w14:paraId="15613C59" w14:textId="006DCEB3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</w:rPr>
              <w:t xml:space="preserve">☐ B.2 · </w:t>
            </w:r>
            <w:proofErr w:type="spellStart"/>
            <w:r w:rsidRPr="00F61A70">
              <w:rPr>
                <w:b/>
                <w:bCs/>
                <w:sz w:val="16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</w:rPr>
              <w:t xml:space="preserve"> la:</w:t>
            </w:r>
          </w:p>
        </w:tc>
      </w:tr>
      <w:tr w:rsidR="003C7CA3" w:rsidRPr="00F61A70" w14:paraId="21686F75" w14:textId="77777777">
        <w:trPr>
          <w:cantSplit/>
        </w:trPr>
        <w:tc>
          <w:tcPr>
            <w:tcW w:w="9636" w:type="dxa"/>
          </w:tcPr>
          <w:p w14:paraId="27A0F79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(Legea nr. 422/2001),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din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</w:p>
          <w:p w14:paraId="6548132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</w:p>
          <w:p w14:paraId="1914C10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  <w:p w14:paraId="4C3ED46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valoare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arhitecturală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sau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deosebită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stabilite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documentații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urbanism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3C7CA3" w:rsidRPr="00F61A70" w14:paraId="365A3BB4" w14:textId="77777777">
        <w:trPr>
          <w:cantSplit/>
        </w:trPr>
        <w:tc>
          <w:tcPr>
            <w:tcW w:w="9636" w:type="dxa"/>
          </w:tcPr>
          <w:p w14:paraId="3E8899C5" w14:textId="6764564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☐ B.3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>, care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197FF23C" w14:textId="76775AA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nu se </w:t>
            </w:r>
            <w:proofErr w:type="spellStart"/>
            <w:r w:rsidRPr="005B29C5">
              <w:rPr>
                <w:sz w:val="16"/>
                <w:lang w:val="fr-FR"/>
              </w:rPr>
              <w:t>încadrează</w:t>
            </w:r>
            <w:proofErr w:type="spellEnd"/>
            <w:r w:rsidR="00F61A70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în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="00F61A70" w:rsidRPr="005B29C5">
              <w:rPr>
                <w:sz w:val="16"/>
                <w:lang w:val="fr-FR"/>
              </w:rPr>
              <w:t>categoriile</w:t>
            </w:r>
            <w:proofErr w:type="spellEnd"/>
            <w:r w:rsidR="00F61A70" w:rsidRPr="005B29C5">
              <w:rPr>
                <w:sz w:val="16"/>
                <w:lang w:val="fr-FR"/>
              </w:rPr>
              <w:t xml:space="preserve"> de la B.2</w:t>
            </w:r>
          </w:p>
          <w:p w14:paraId="5C7CAF3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se </w:t>
            </w:r>
            <w:proofErr w:type="spellStart"/>
            <w:r w:rsidRPr="005B29C5">
              <w:rPr>
                <w:sz w:val="16"/>
                <w:lang w:val="fr-FR"/>
              </w:rPr>
              <w:t>încadrează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categoriile</w:t>
            </w:r>
            <w:proofErr w:type="spellEnd"/>
            <w:r w:rsidRPr="005B29C5">
              <w:rPr>
                <w:sz w:val="16"/>
                <w:lang w:val="fr-FR"/>
              </w:rPr>
              <w:t xml:space="preserve"> de la B.2</w:t>
            </w:r>
          </w:p>
        </w:tc>
      </w:tr>
      <w:tr w:rsidR="003C7CA3" w14:paraId="2DE849E8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12BC0" w14:textId="77777777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</w:rPr>
              <w:t xml:space="preserve">C · </w:t>
            </w:r>
            <w:proofErr w:type="spellStart"/>
            <w:r w:rsidRPr="00F61A70">
              <w:rPr>
                <w:b/>
                <w:bCs/>
                <w:sz w:val="16"/>
              </w:rPr>
              <w:t>Amenajări</w:t>
            </w:r>
            <w:proofErr w:type="spellEnd"/>
          </w:p>
        </w:tc>
      </w:tr>
      <w:tr w:rsidR="003C7CA3" w:rsidRPr="00F61A70" w14:paraId="66C8F468" w14:textId="77777777">
        <w:trPr>
          <w:cantSplit/>
        </w:trPr>
        <w:tc>
          <w:tcPr>
            <w:tcW w:w="9636" w:type="dxa"/>
          </w:tcPr>
          <w:p w14:paraId="43680500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C.1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</w:t>
            </w:r>
          </w:p>
          <w:p w14:paraId="0894A1E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C.2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</w:p>
          <w:p w14:paraId="4914B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C.3 ·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</w:p>
          <w:p w14:paraId="3B5D31B2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C.4 ·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studii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geologice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geotehnice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geofizice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hidrologice</w:t>
            </w:r>
            <w:proofErr w:type="spellEnd"/>
          </w:p>
          <w:p w14:paraId="014841AD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C.5 ·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</w:p>
          <w:p w14:paraId="4C0C2C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C.6 · </w:t>
            </w:r>
            <w:proofErr w:type="spellStart"/>
            <w:r w:rsidRPr="005B29C5">
              <w:rPr>
                <w:sz w:val="16"/>
                <w:lang w:val="fr-FR"/>
              </w:rPr>
              <w:t>spații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verzi</w:t>
            </w:r>
            <w:proofErr w:type="spellEnd"/>
            <w:r w:rsidRPr="005B29C5">
              <w:rPr>
                <w:sz w:val="16"/>
                <w:lang w:val="fr-FR"/>
              </w:rPr>
              <w:t xml:space="preserve">, </w:t>
            </w:r>
            <w:proofErr w:type="spellStart"/>
            <w:r w:rsidRPr="005B29C5">
              <w:rPr>
                <w:sz w:val="16"/>
                <w:lang w:val="fr-FR"/>
              </w:rPr>
              <w:t>plantate</w:t>
            </w:r>
            <w:proofErr w:type="spellEnd"/>
          </w:p>
          <w:p w14:paraId="0A0CE83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C.7 · </w:t>
            </w:r>
            <w:proofErr w:type="spellStart"/>
            <w:r w:rsidRPr="005B29C5">
              <w:rPr>
                <w:sz w:val="16"/>
                <w:lang w:val="fr-FR"/>
              </w:rPr>
              <w:t>spații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</w:p>
          <w:p w14:paraId="2C34205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C.8 · </w:t>
            </w:r>
            <w:proofErr w:type="spellStart"/>
            <w:r w:rsidRPr="005B29C5">
              <w:rPr>
                <w:sz w:val="16"/>
                <w:lang w:val="fr-FR"/>
              </w:rPr>
              <w:t>organizare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șantier</w:t>
            </w:r>
            <w:proofErr w:type="spellEnd"/>
          </w:p>
        </w:tc>
      </w:tr>
      <w:tr w:rsidR="003C7CA3" w:rsidRPr="00F61A70" w14:paraId="49124A1B" w14:textId="77777777">
        <w:trPr>
          <w:cantSplit/>
        </w:trPr>
        <w:tc>
          <w:tcPr>
            <w:tcW w:w="9636" w:type="dxa"/>
            <w:shd w:val="clear" w:color="auto" w:fill="F4F4F4"/>
          </w:tcPr>
          <w:p w14:paraId="465514F8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D ·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inginerești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,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inclusiv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astfel</w:t>
            </w:r>
            <w:proofErr w:type="spellEnd"/>
            <w:r w:rsidRPr="00F61A7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F61A7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</w:p>
        </w:tc>
      </w:tr>
      <w:tr w:rsidR="003C7CA3" w14:paraId="04D8B1F3" w14:textId="77777777">
        <w:trPr>
          <w:cantSplit/>
        </w:trPr>
        <w:tc>
          <w:tcPr>
            <w:tcW w:w="9636" w:type="dxa"/>
          </w:tcPr>
          <w:p w14:paraId="5DB1C9B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D.1 · </w:t>
            </w:r>
            <w:proofErr w:type="spellStart"/>
            <w:r w:rsidRPr="005B29C5">
              <w:rPr>
                <w:sz w:val="16"/>
                <w:lang w:val="fr-FR"/>
              </w:rPr>
              <w:t>infrastructura</w:t>
            </w:r>
            <w:proofErr w:type="spellEnd"/>
            <w:r w:rsidRPr="005B29C5">
              <w:rPr>
                <w:sz w:val="16"/>
                <w:lang w:val="fr-FR"/>
              </w:rPr>
              <w:t xml:space="preserve"> de transport, </w:t>
            </w:r>
            <w:proofErr w:type="spellStart"/>
            <w:r w:rsidRPr="005B29C5">
              <w:rPr>
                <w:sz w:val="16"/>
                <w:lang w:val="fr-FR"/>
              </w:rPr>
              <w:t>alta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decât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cea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interes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național</w:t>
            </w:r>
            <w:proofErr w:type="spellEnd"/>
          </w:p>
          <w:p w14:paraId="0895795C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D.2 · </w:t>
            </w:r>
            <w:proofErr w:type="spellStart"/>
            <w:r w:rsidRPr="005B29C5">
              <w:rPr>
                <w:sz w:val="16"/>
                <w:lang w:val="fr-FR"/>
              </w:rPr>
              <w:t>infrastructură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domeniul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energiei</w:t>
            </w:r>
            <w:proofErr w:type="spellEnd"/>
          </w:p>
          <w:p w14:paraId="695D712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D.3 · </w:t>
            </w:r>
            <w:proofErr w:type="spellStart"/>
            <w:r w:rsidRPr="005B29C5">
              <w:rPr>
                <w:sz w:val="16"/>
                <w:lang w:val="fr-FR"/>
              </w:rPr>
              <w:t>rețele</w:t>
            </w:r>
            <w:proofErr w:type="spellEnd"/>
            <w:r w:rsidRPr="005B29C5">
              <w:rPr>
                <w:sz w:val="16"/>
                <w:lang w:val="fr-FR"/>
              </w:rPr>
              <w:t xml:space="preserve"> de </w:t>
            </w:r>
            <w:proofErr w:type="spellStart"/>
            <w:r w:rsidRPr="005B29C5">
              <w:rPr>
                <w:sz w:val="16"/>
                <w:lang w:val="fr-FR"/>
              </w:rPr>
              <w:t>comunicații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electronice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infrastructurile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fizice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aferente</w:t>
            </w:r>
            <w:proofErr w:type="spellEnd"/>
          </w:p>
          <w:p w14:paraId="40CA978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D.4 · </w:t>
            </w:r>
            <w:proofErr w:type="spellStart"/>
            <w:r w:rsidRPr="005B29C5">
              <w:rPr>
                <w:sz w:val="16"/>
                <w:lang w:val="fr-FR"/>
              </w:rPr>
              <w:t>gospodărirea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apelor</w:t>
            </w:r>
            <w:proofErr w:type="spellEnd"/>
          </w:p>
          <w:p w14:paraId="3723A58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D.5 · </w:t>
            </w:r>
            <w:proofErr w:type="spellStart"/>
            <w:r w:rsidRPr="005B29C5">
              <w:rPr>
                <w:sz w:val="16"/>
                <w:lang w:val="fr-FR"/>
              </w:rPr>
              <w:t>hidrotehnice</w:t>
            </w:r>
            <w:proofErr w:type="spellEnd"/>
          </w:p>
          <w:p w14:paraId="6D930310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D.6 · </w:t>
            </w:r>
            <w:proofErr w:type="spellStart"/>
            <w:r w:rsidRPr="005B29C5">
              <w:rPr>
                <w:sz w:val="16"/>
                <w:lang w:val="fr-FR"/>
              </w:rPr>
              <w:t>miniere</w:t>
            </w:r>
            <w:proofErr w:type="spellEnd"/>
          </w:p>
          <w:p w14:paraId="3BE96BC8" w14:textId="77777777" w:rsidR="003C7CA3" w:rsidRDefault="003454F7">
            <w:r>
              <w:rPr>
                <w:sz w:val="16"/>
              </w:rPr>
              <w:t xml:space="preserve">☐ D.7 · </w:t>
            </w:r>
            <w:proofErr w:type="spellStart"/>
            <w:r>
              <w:rPr>
                <w:sz w:val="16"/>
              </w:rPr>
              <w:t>alte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necesare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obiective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public</w:t>
            </w:r>
          </w:p>
        </w:tc>
      </w:tr>
    </w:tbl>
    <w:p w14:paraId="082F6609" w14:textId="77777777" w:rsidR="003C7CA3" w:rsidRPr="00913191" w:rsidRDefault="003C7CA3">
      <w:pPr>
        <w:spacing w:line="168" w:lineRule="auto"/>
        <w:rPr>
          <w:u w:val="single"/>
        </w:rPr>
      </w:pPr>
    </w:p>
    <w:p w14:paraId="7B0C7BA1" w14:textId="77777777" w:rsidR="00913191" w:rsidRPr="00913191" w:rsidRDefault="00913191">
      <w:pPr>
        <w:spacing w:line="168" w:lineRule="auto"/>
        <w:rPr>
          <w:sz w:val="18"/>
          <w:szCs w:val="18"/>
          <w:u w:val="single"/>
          <w:lang w:val="fr-FR"/>
        </w:rPr>
      </w:pPr>
    </w:p>
    <w:p w14:paraId="4AA9E511" w14:textId="2D0DDB8C" w:rsidR="00913191" w:rsidRPr="00913191" w:rsidRDefault="00913191" w:rsidP="00913191">
      <w:pPr>
        <w:rPr>
          <w:sz w:val="20"/>
          <w:szCs w:val="20"/>
          <w:u w:val="single"/>
          <w:lang w:val="fr-FR"/>
        </w:rPr>
      </w:pPr>
      <w:proofErr w:type="spellStart"/>
      <w:r w:rsidRPr="00913191">
        <w:rPr>
          <w:sz w:val="20"/>
          <w:szCs w:val="20"/>
          <w:u w:val="single"/>
          <w:lang w:val="fr-FR"/>
        </w:rPr>
        <w:t>Punctele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2-9 se </w:t>
      </w:r>
      <w:proofErr w:type="spellStart"/>
      <w:r w:rsidRPr="00913191">
        <w:rPr>
          <w:sz w:val="20"/>
          <w:szCs w:val="20"/>
          <w:u w:val="single"/>
          <w:lang w:val="fr-FR"/>
        </w:rPr>
        <w:t>completeaza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în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cazul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cladirilor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și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al </w:t>
      </w:r>
      <w:proofErr w:type="spellStart"/>
      <w:r w:rsidRPr="00913191">
        <w:rPr>
          <w:sz w:val="20"/>
          <w:szCs w:val="20"/>
          <w:u w:val="single"/>
          <w:lang w:val="fr-FR"/>
        </w:rPr>
        <w:t>intervențiilor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asupra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clădirilor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existente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, </w:t>
      </w:r>
      <w:proofErr w:type="spellStart"/>
      <w:proofErr w:type="gramStart"/>
      <w:r w:rsidRPr="00913191">
        <w:rPr>
          <w:sz w:val="20"/>
          <w:szCs w:val="20"/>
          <w:u w:val="single"/>
          <w:lang w:val="fr-FR"/>
        </w:rPr>
        <w:t>iar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r w:rsidR="00F61A70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în</w:t>
      </w:r>
      <w:proofErr w:type="spellEnd"/>
      <w:proofErr w:type="gram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cazul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amenjărilor</w:t>
      </w:r>
      <w:proofErr w:type="spellEnd"/>
      <w:r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/</w:t>
      </w:r>
      <w:proofErr w:type="spellStart"/>
      <w:r w:rsidRPr="00913191">
        <w:rPr>
          <w:sz w:val="20"/>
          <w:szCs w:val="20"/>
          <w:u w:val="single"/>
          <w:lang w:val="fr-FR"/>
        </w:rPr>
        <w:t>lucrărilor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inginerești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, </w:t>
      </w:r>
      <w:proofErr w:type="spellStart"/>
      <w:r w:rsidRPr="00913191">
        <w:rPr>
          <w:sz w:val="20"/>
          <w:szCs w:val="20"/>
          <w:u w:val="single"/>
          <w:lang w:val="fr-FR"/>
        </w:rPr>
        <w:t>doar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dacă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acestea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cuprind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și</w:t>
      </w:r>
      <w:proofErr w:type="spellEnd"/>
      <w:r w:rsidRPr="00913191">
        <w:rPr>
          <w:sz w:val="20"/>
          <w:szCs w:val="20"/>
          <w:u w:val="single"/>
          <w:lang w:val="fr-FR"/>
        </w:rPr>
        <w:t xml:space="preserve"> </w:t>
      </w:r>
      <w:proofErr w:type="spellStart"/>
      <w:r w:rsidRPr="00913191">
        <w:rPr>
          <w:sz w:val="20"/>
          <w:szCs w:val="20"/>
          <w:u w:val="single"/>
          <w:lang w:val="fr-FR"/>
        </w:rPr>
        <w:t>clădiri</w:t>
      </w:r>
      <w:proofErr w:type="spellEnd"/>
    </w:p>
    <w:p w14:paraId="4D0FD730" w14:textId="77777777" w:rsidR="00913191" w:rsidRPr="00913191" w:rsidRDefault="00913191">
      <w:pPr>
        <w:spacing w:line="168" w:lineRule="auto"/>
        <w:rPr>
          <w:b/>
          <w:bCs/>
          <w:sz w:val="18"/>
          <w:szCs w:val="18"/>
          <w:u w:val="single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2409"/>
        <w:gridCol w:w="2409"/>
      </w:tblGrid>
      <w:tr w:rsidR="003C7CA3" w:rsidRPr="005B29C5" w14:paraId="0C8ACC4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D6A27EF" w14:textId="19CFC06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2. </w:t>
            </w:r>
            <w:r w:rsidRPr="005B29C5">
              <w:rPr>
                <w:b/>
                <w:color w:val="000000"/>
                <w:sz w:val="18"/>
                <w:lang w:val="fr-FR"/>
              </w:rPr>
              <w:t>DATELE CARACTERISTICE ALE AMPLASAMENTULUI</w:t>
            </w:r>
          </w:p>
        </w:tc>
      </w:tr>
      <w:tr w:rsidR="003C7CA3" w:rsidRPr="00F61A70" w14:paraId="7869F01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3CC5C9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091D05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2AB0E94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Terenul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este</w:t>
            </w:r>
          </w:p>
          <w:p w14:paraId="775AFB5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liber de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    ☐ nu este liber de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</w:p>
        </w:tc>
      </w:tr>
      <w:tr w:rsidR="003C7CA3" w:rsidRPr="005B29C5" w14:paraId="7F716C47" w14:textId="77777777" w:rsidTr="0007047E">
        <w:trPr>
          <w:cantSplit/>
          <w:trHeight w:val="369"/>
        </w:trPr>
        <w:tc>
          <w:tcPr>
            <w:tcW w:w="4818" w:type="dxa"/>
            <w:gridSpan w:val="3"/>
          </w:tcPr>
          <w:p w14:paraId="132C498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Acces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carosabil</w:t>
            </w:r>
            <w:proofErr w:type="spellEnd"/>
            <w:r>
              <w:rPr>
                <w:b/>
                <w:color w:val="0D5F78"/>
              </w:rPr>
              <w:t xml:space="preserve"> din </w:t>
            </w: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14:paraId="250E3356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2"/>
          </w:tcPr>
          <w:p w14:paraId="650B5965" w14:textId="3B87D292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direct     ☐ prin </w:t>
            </w:r>
            <w:proofErr w:type="spellStart"/>
            <w:r w:rsidRPr="005B29C5">
              <w:rPr>
                <w:sz w:val="16"/>
                <w:lang w:val="fr-FR"/>
              </w:rPr>
              <w:t>drum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</w:t>
            </w:r>
            <w:r w:rsidR="0007047E">
              <w:rPr>
                <w:sz w:val="16"/>
                <w:lang w:val="fr-FR"/>
              </w:rPr>
              <w:t>rivat</w:t>
            </w:r>
            <w:proofErr w:type="spellEnd"/>
          </w:p>
        </w:tc>
      </w:tr>
      <w:tr w:rsidR="003C7CA3" w:rsidRPr="00F61A70" w14:paraId="53A8A3B2" w14:textId="77777777">
        <w:trPr>
          <w:cantSplit/>
        </w:trPr>
        <w:tc>
          <w:tcPr>
            <w:tcW w:w="9636" w:type="dxa"/>
            <w:gridSpan w:val="5"/>
          </w:tcPr>
          <w:p w14:paraId="606E8547" w14:textId="77777777" w:rsidR="003C7CA3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terenul</w:t>
            </w:r>
            <w:proofErr w:type="spellEnd"/>
            <w:r w:rsidRPr="005B29C5">
              <w:rPr>
                <w:sz w:val="16"/>
                <w:lang w:val="fr-FR"/>
              </w:rPr>
              <w:t xml:space="preserve"> se </w:t>
            </w:r>
            <w:proofErr w:type="spellStart"/>
            <w:r w:rsidRPr="005B29C5">
              <w:rPr>
                <w:sz w:val="16"/>
                <w:lang w:val="fr-FR"/>
              </w:rPr>
              <w:t>află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zona de </w:t>
            </w:r>
            <w:proofErr w:type="spellStart"/>
            <w:r w:rsidRPr="005B29C5">
              <w:rPr>
                <w:sz w:val="16"/>
                <w:lang w:val="fr-FR"/>
              </w:rPr>
              <w:t>protecție</w:t>
            </w:r>
            <w:proofErr w:type="spellEnd"/>
            <w:r w:rsidRPr="005B29C5">
              <w:rPr>
                <w:sz w:val="16"/>
                <w:lang w:val="fr-FR"/>
              </w:rPr>
              <w:t xml:space="preserve"> a </w:t>
            </w:r>
            <w:proofErr w:type="spellStart"/>
            <w:r w:rsidRPr="005B29C5">
              <w:rPr>
                <w:sz w:val="16"/>
                <w:lang w:val="fr-FR"/>
              </w:rPr>
              <w:t>monumentelor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istorice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terenul</w:t>
            </w:r>
            <w:proofErr w:type="spellEnd"/>
            <w:r w:rsidRPr="005B29C5">
              <w:rPr>
                <w:sz w:val="16"/>
                <w:lang w:val="fr-FR"/>
              </w:rPr>
              <w:t xml:space="preserve"> se </w:t>
            </w:r>
            <w:proofErr w:type="spellStart"/>
            <w:r w:rsidRPr="005B29C5">
              <w:rPr>
                <w:sz w:val="16"/>
                <w:lang w:val="fr-FR"/>
              </w:rPr>
              <w:t>află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</w:t>
            </w:r>
            <w:proofErr w:type="spellEnd"/>
            <w:r w:rsidRPr="005B29C5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5B29C5">
              <w:rPr>
                <w:sz w:val="16"/>
                <w:lang w:val="fr-FR"/>
              </w:rPr>
              <w:t>protejate</w:t>
            </w:r>
            <w:proofErr w:type="spellEnd"/>
          </w:p>
          <w:p w14:paraId="3D53D1E9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3C7CA3" w14:paraId="165B4D0A" w14:textId="77777777">
        <w:trPr>
          <w:cantSplit/>
        </w:trPr>
        <w:tc>
          <w:tcPr>
            <w:tcW w:w="9636" w:type="dxa"/>
            <w:gridSpan w:val="5"/>
          </w:tcPr>
          <w:p w14:paraId="079CCB8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proofErr w:type="spellStart"/>
            <w:r>
              <w:rPr>
                <w:color w:val="0D5F78"/>
              </w:rPr>
              <w:t>Servituți</w:t>
            </w:r>
            <w:proofErr w:type="spellEnd"/>
            <w:r>
              <w:rPr>
                <w:color w:val="0D5F78"/>
              </w:rPr>
              <w:t xml:space="preserve">  </w:t>
            </w:r>
          </w:p>
          <w:p w14:paraId="7D7BEDB6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C46767" w14:paraId="483B4B50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E8E6812" w14:textId="500AFB81" w:rsidR="00C46767" w:rsidRDefault="00C46767">
            <w:pPr>
              <w:keepNext/>
              <w:rPr>
                <w:sz w:val="16"/>
              </w:rPr>
            </w:pPr>
            <w:proofErr w:type="spellStart"/>
            <w:r>
              <w:rPr>
                <w:sz w:val="16"/>
              </w:rPr>
              <w:t>Amplasare</w:t>
            </w:r>
            <w:proofErr w:type="spellEnd"/>
          </w:p>
        </w:tc>
      </w:tr>
      <w:tr w:rsidR="00C46767" w14:paraId="44377C56" w14:textId="77777777" w:rsidTr="00C46767">
        <w:trPr>
          <w:cantSplit/>
        </w:trPr>
        <w:tc>
          <w:tcPr>
            <w:tcW w:w="2409" w:type="dxa"/>
            <w:shd w:val="clear" w:color="auto" w:fill="FFFFFF" w:themeFill="background1"/>
          </w:tcPr>
          <w:p w14:paraId="7A9EEBA3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Tip </w:t>
            </w:r>
            <w:proofErr w:type="spellStart"/>
            <w:r w:rsidRPr="00C46767">
              <w:rPr>
                <w:b/>
                <w:color w:val="0D5F78"/>
              </w:rPr>
              <w:t>amplasare</w:t>
            </w:r>
            <w:proofErr w:type="spellEnd"/>
          </w:p>
          <w:p w14:paraId="3DC2BE2E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i/>
                <w:color w:val="7A7A7A"/>
              </w:rPr>
              <w:t>izolat</w:t>
            </w:r>
            <w:proofErr w:type="spellEnd"/>
            <w:r w:rsidRPr="00C46767">
              <w:rPr>
                <w:i/>
                <w:color w:val="7A7A7A"/>
              </w:rPr>
              <w:t xml:space="preserve"> · </w:t>
            </w:r>
            <w:proofErr w:type="spellStart"/>
            <w:r w:rsidRPr="00C46767">
              <w:rPr>
                <w:i/>
                <w:color w:val="7A7A7A"/>
              </w:rPr>
              <w:t>cuplat</w:t>
            </w:r>
            <w:proofErr w:type="spellEnd"/>
            <w:r w:rsidRPr="00C46767">
              <w:rPr>
                <w:i/>
                <w:color w:val="7A7A7A"/>
              </w:rPr>
              <w:t xml:space="preserve"> · </w:t>
            </w:r>
            <w:proofErr w:type="spellStart"/>
            <w:r w:rsidRPr="00C46767">
              <w:rPr>
                <w:i/>
                <w:color w:val="7A7A7A"/>
              </w:rPr>
              <w:t>înșiruit</w:t>
            </w:r>
            <w:proofErr w:type="spellEnd"/>
          </w:p>
          <w:p w14:paraId="13BE7951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55A50C10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b/>
                <w:color w:val="0D5F78"/>
              </w:rPr>
              <w:t>Tipologie</w:t>
            </w:r>
            <w:proofErr w:type="spellEnd"/>
            <w:r w:rsidRPr="00C46767">
              <w:rPr>
                <w:b/>
                <w:color w:val="0D5F78"/>
              </w:rPr>
              <w:t xml:space="preserve"> / </w:t>
            </w:r>
            <w:proofErr w:type="spellStart"/>
            <w:r w:rsidRPr="00C46767">
              <w:rPr>
                <w:b/>
                <w:color w:val="0D5F78"/>
              </w:rPr>
              <w:t>morfologie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</w:rPr>
              <w:t>urbană</w:t>
            </w:r>
            <w:proofErr w:type="spellEnd"/>
          </w:p>
          <w:p w14:paraId="0D40C2D7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7CCB26E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Front </w:t>
            </w:r>
            <w:proofErr w:type="spellStart"/>
            <w:r w:rsidRPr="00C46767">
              <w:rPr>
                <w:b/>
                <w:color w:val="0D5F78"/>
              </w:rPr>
              <w:t>construit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</w:p>
          <w:p w14:paraId="087F5E3E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2E60006" w14:textId="77777777" w:rsidR="00C46767" w:rsidRPr="00C46767" w:rsidRDefault="00C46767" w:rsidP="00C46767">
            <w:pPr>
              <w:keepNext/>
            </w:pPr>
            <w:proofErr w:type="spellStart"/>
            <w:r w:rsidRPr="00C46767">
              <w:rPr>
                <w:b/>
                <w:color w:val="0D5F78"/>
              </w:rPr>
              <w:t>Curte</w:t>
            </w:r>
            <w:proofErr w:type="spellEnd"/>
            <w:r w:rsidRPr="00C46767">
              <w:rPr>
                <w:b/>
                <w:color w:val="0D5F78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</w:rPr>
              <w:t>interioară</w:t>
            </w:r>
            <w:proofErr w:type="spellEnd"/>
          </w:p>
          <w:p w14:paraId="2BA71759" w14:textId="170AC89A" w:rsidR="00C46767" w:rsidRPr="00C46767" w:rsidRDefault="00C46767" w:rsidP="00C46767">
            <w:pPr>
              <w:keepNext/>
              <w:rPr>
                <w:sz w:val="16"/>
              </w:rPr>
            </w:pPr>
          </w:p>
        </w:tc>
      </w:tr>
      <w:tr w:rsidR="00C46767" w14:paraId="7605E0C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7A73E17" w14:textId="77777777" w:rsidR="00C46767" w:rsidRDefault="00C46767" w:rsidP="00C4676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clădirilor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— </w:t>
            </w:r>
            <w:proofErr w:type="spellStart"/>
            <w:r>
              <w:rPr>
                <w:sz w:val="16"/>
              </w:rPr>
              <w:t>retragerile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minime</w:t>
            </w:r>
            <w:proofErr w:type="spellEnd"/>
          </w:p>
        </w:tc>
      </w:tr>
      <w:tr w:rsidR="00C46767" w:rsidRPr="00F61A70" w14:paraId="2EE614B8" w14:textId="77777777">
        <w:trPr>
          <w:cantSplit/>
          <w:trHeight w:val="510"/>
        </w:trPr>
        <w:tc>
          <w:tcPr>
            <w:tcW w:w="2409" w:type="dxa"/>
          </w:tcPr>
          <w:p w14:paraId="5A8E209E" w14:textId="77777777" w:rsidR="00C46767" w:rsidRDefault="00C46767" w:rsidP="00C46767">
            <w:proofErr w:type="spellStart"/>
            <w:r>
              <w:rPr>
                <w:b/>
                <w:color w:val="0D5F78"/>
              </w:rPr>
              <w:t>față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aliniament</w:t>
            </w:r>
            <w:proofErr w:type="spellEnd"/>
            <w:r>
              <w:rPr>
                <w:b/>
                <w:color w:val="0D5F78"/>
              </w:rPr>
              <w:t xml:space="preserve"> (m)</w:t>
            </w:r>
          </w:p>
          <w:p w14:paraId="198628E3" w14:textId="77777777" w:rsidR="00C46767" w:rsidRDefault="00C46767" w:rsidP="00C46767"/>
        </w:tc>
        <w:tc>
          <w:tcPr>
            <w:tcW w:w="2409" w:type="dxa"/>
            <w:gridSpan w:val="2"/>
          </w:tcPr>
          <w:p w14:paraId="4ADB5DFD" w14:textId="77777777" w:rsidR="00C46767" w:rsidRDefault="00C46767" w:rsidP="00C46767">
            <w:proofErr w:type="spellStart"/>
            <w:r>
              <w:rPr>
                <w:b/>
                <w:color w:val="0D5F78"/>
              </w:rPr>
              <w:t>față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limita</w:t>
            </w:r>
            <w:proofErr w:type="spellEnd"/>
            <w:r>
              <w:rPr>
                <w:b/>
                <w:color w:val="0D5F78"/>
              </w:rPr>
              <w:t xml:space="preserve"> lateral-</w:t>
            </w:r>
            <w:proofErr w:type="spellStart"/>
            <w:r>
              <w:rPr>
                <w:b/>
                <w:color w:val="0D5F78"/>
              </w:rPr>
              <w:t>dreapta</w:t>
            </w:r>
            <w:proofErr w:type="spellEnd"/>
            <w:r>
              <w:rPr>
                <w:b/>
                <w:color w:val="0D5F78"/>
              </w:rPr>
              <w:t xml:space="preserve"> (m)</w:t>
            </w:r>
          </w:p>
          <w:p w14:paraId="5CB17E5D" w14:textId="77777777" w:rsidR="00C46767" w:rsidRDefault="00C46767" w:rsidP="00C46767"/>
        </w:tc>
        <w:tc>
          <w:tcPr>
            <w:tcW w:w="2409" w:type="dxa"/>
          </w:tcPr>
          <w:p w14:paraId="20498C41" w14:textId="77777777" w:rsidR="00C46767" w:rsidRPr="005B29C5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lateral-stânga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(m)</w:t>
            </w:r>
          </w:p>
          <w:p w14:paraId="4096649E" w14:textId="77777777" w:rsidR="00C46767" w:rsidRPr="005B29C5" w:rsidRDefault="00C46767" w:rsidP="00C46767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649ED46B" w14:textId="77777777" w:rsidR="00C46767" w:rsidRPr="005B29C5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posterioară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(m)</w:t>
            </w:r>
          </w:p>
          <w:p w14:paraId="3C47F09A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C46767" w:rsidRPr="00F61A70" w14:paraId="41C06C37" w14:textId="77777777" w:rsidTr="0007047E">
        <w:trPr>
          <w:cantSplit/>
          <w:trHeight w:val="226"/>
        </w:trPr>
        <w:tc>
          <w:tcPr>
            <w:tcW w:w="4818" w:type="dxa"/>
            <w:gridSpan w:val="3"/>
            <w:shd w:val="clear" w:color="auto" w:fill="F2F2F2" w:themeFill="background1" w:themeFillShade="F2"/>
          </w:tcPr>
          <w:p w14:paraId="6B7999BC" w14:textId="33FF7E93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Procent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de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ocupare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a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terenului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(%)</w:t>
            </w:r>
          </w:p>
        </w:tc>
        <w:tc>
          <w:tcPr>
            <w:tcW w:w="4818" w:type="dxa"/>
            <w:gridSpan w:val="2"/>
            <w:shd w:val="clear" w:color="auto" w:fill="F2F2F2" w:themeFill="background1" w:themeFillShade="F2"/>
          </w:tcPr>
          <w:p w14:paraId="62285E8F" w14:textId="2DCC1C68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Coeficient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de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utilizare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a </w:t>
            </w:r>
            <w:proofErr w:type="spellStart"/>
            <w:r w:rsidRPr="0007047E">
              <w:rPr>
                <w:bCs/>
                <w:color w:val="000000" w:themeColor="text1"/>
                <w:lang w:val="fr-FR"/>
              </w:rPr>
              <w:t>terenului</w:t>
            </w:r>
            <w:proofErr w:type="spellEnd"/>
            <w:r w:rsidRPr="0007047E">
              <w:rPr>
                <w:bCs/>
                <w:color w:val="000000" w:themeColor="text1"/>
                <w:lang w:val="fr-FR"/>
              </w:rPr>
              <w:t xml:space="preserve"> </w:t>
            </w:r>
          </w:p>
        </w:tc>
      </w:tr>
      <w:tr w:rsidR="00C46767" w:rsidRPr="005B29C5" w14:paraId="060A73FB" w14:textId="77777777" w:rsidTr="0007047E">
        <w:trPr>
          <w:cantSplit/>
          <w:trHeight w:val="272"/>
        </w:trPr>
        <w:tc>
          <w:tcPr>
            <w:tcW w:w="2409" w:type="dxa"/>
          </w:tcPr>
          <w:p w14:paraId="0E0452C6" w14:textId="6F162BE0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  <w:gridSpan w:val="2"/>
          </w:tcPr>
          <w:p w14:paraId="56E832C5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24F09C4A" w14:textId="4BD79D03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</w:tcPr>
          <w:p w14:paraId="3DA88BDD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  <w:tr w:rsidR="00C46767" w:rsidRPr="005B29C5" w14:paraId="008E2BA0" w14:textId="77777777" w:rsidTr="0007047E">
        <w:trPr>
          <w:cantSplit/>
          <w:trHeight w:val="272"/>
        </w:trPr>
        <w:tc>
          <w:tcPr>
            <w:tcW w:w="2409" w:type="dxa"/>
          </w:tcPr>
          <w:p w14:paraId="7D7FB8E0" w14:textId="22FA1577" w:rsidR="00C46767" w:rsidRDefault="00C46767" w:rsidP="00C46767">
            <w:pPr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Propus</w:t>
            </w:r>
            <w:proofErr w:type="spellEnd"/>
          </w:p>
        </w:tc>
        <w:tc>
          <w:tcPr>
            <w:tcW w:w="2409" w:type="dxa"/>
            <w:gridSpan w:val="2"/>
          </w:tcPr>
          <w:p w14:paraId="27E463A9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7FD00EA7" w14:textId="29AF4CF0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Propus</w:t>
            </w:r>
            <w:proofErr w:type="spellEnd"/>
          </w:p>
        </w:tc>
        <w:tc>
          <w:tcPr>
            <w:tcW w:w="2409" w:type="dxa"/>
          </w:tcPr>
          <w:p w14:paraId="6BCF08B6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</w:tbl>
    <w:p w14:paraId="132E47EC" w14:textId="07AC5DB5" w:rsidR="003C7CA3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07047E" w:rsidRPr="005B29C5" w14:paraId="03C946DF" w14:textId="77777777" w:rsidTr="00303E64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F98CBA4" w14:textId="2EDCA382" w:rsidR="0007047E" w:rsidRPr="005B29C5" w:rsidRDefault="0007047E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 xml:space="preserve">SUPRAFEȚE </w:t>
            </w:r>
          </w:p>
        </w:tc>
      </w:tr>
      <w:tr w:rsidR="0007047E" w14:paraId="0B55DA5B" w14:textId="77777777" w:rsidTr="00303E64">
        <w:trPr>
          <w:cantSplit/>
          <w:trHeight w:val="297"/>
        </w:trPr>
        <w:tc>
          <w:tcPr>
            <w:tcW w:w="2409" w:type="dxa"/>
          </w:tcPr>
          <w:p w14:paraId="5BB088E4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proofErr w:type="spellStart"/>
            <w:r w:rsidRPr="0007047E">
              <w:rPr>
                <w:sz w:val="16"/>
                <w:szCs w:val="16"/>
              </w:rPr>
              <w:t>clădiri</w:t>
            </w:r>
            <w:proofErr w:type="spellEnd"/>
            <w:r w:rsidRPr="0007047E">
              <w:rPr>
                <w:sz w:val="16"/>
                <w:szCs w:val="16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</w:rPr>
              <w:t>existente</w:t>
            </w:r>
            <w:proofErr w:type="spellEnd"/>
            <w:r w:rsidRPr="0007047E">
              <w:rPr>
                <w:sz w:val="16"/>
                <w:szCs w:val="16"/>
              </w:rPr>
              <w:t>, din care:</w:t>
            </w:r>
          </w:p>
        </w:tc>
        <w:tc>
          <w:tcPr>
            <w:tcW w:w="2409" w:type="dxa"/>
          </w:tcPr>
          <w:p w14:paraId="1E806F4B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construită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403A494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17199850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desfășurată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4BF4EA09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DC34539" w14:textId="77777777" w:rsidR="0007047E" w:rsidRDefault="0007047E" w:rsidP="00303E64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utilă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743490B" w14:textId="77777777" w:rsidR="0007047E" w:rsidRDefault="0007047E" w:rsidP="00303E64">
            <w:pPr>
              <w:keepNext/>
            </w:pPr>
          </w:p>
        </w:tc>
      </w:tr>
      <w:tr w:rsidR="0007047E" w14:paraId="290E3B1A" w14:textId="77777777" w:rsidTr="00303E64">
        <w:trPr>
          <w:cantSplit/>
          <w:trHeight w:val="192"/>
        </w:trPr>
        <w:tc>
          <w:tcPr>
            <w:tcW w:w="2409" w:type="dxa"/>
          </w:tcPr>
          <w:p w14:paraId="77A680BD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 xml:space="preserve">— </w:t>
            </w:r>
            <w:proofErr w:type="spellStart"/>
            <w:r w:rsidRPr="0007047E">
              <w:rPr>
                <w:sz w:val="16"/>
                <w:szCs w:val="16"/>
              </w:rPr>
              <w:t>desființate</w:t>
            </w:r>
            <w:proofErr w:type="spellEnd"/>
          </w:p>
        </w:tc>
        <w:tc>
          <w:tcPr>
            <w:tcW w:w="2409" w:type="dxa"/>
          </w:tcPr>
          <w:p w14:paraId="49A5CEE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78FEE0F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50918ED" w14:textId="77777777" w:rsidR="0007047E" w:rsidRDefault="0007047E" w:rsidP="00303E64">
            <w:pPr>
              <w:keepNext/>
            </w:pPr>
          </w:p>
        </w:tc>
      </w:tr>
      <w:tr w:rsidR="0007047E" w14:paraId="56C425C9" w14:textId="77777777" w:rsidTr="00303E64">
        <w:trPr>
          <w:cantSplit/>
          <w:trHeight w:val="137"/>
        </w:trPr>
        <w:tc>
          <w:tcPr>
            <w:tcW w:w="2409" w:type="dxa"/>
          </w:tcPr>
          <w:p w14:paraId="21FE29B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 xml:space="preserve">— </w:t>
            </w:r>
            <w:proofErr w:type="spellStart"/>
            <w:r w:rsidRPr="0007047E">
              <w:rPr>
                <w:sz w:val="16"/>
                <w:szCs w:val="16"/>
              </w:rPr>
              <w:t>menținute</w:t>
            </w:r>
            <w:proofErr w:type="spellEnd"/>
          </w:p>
        </w:tc>
        <w:tc>
          <w:tcPr>
            <w:tcW w:w="2409" w:type="dxa"/>
          </w:tcPr>
          <w:p w14:paraId="2E93201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28DD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90EA8" w14:textId="77777777" w:rsidR="0007047E" w:rsidRDefault="0007047E" w:rsidP="00303E64">
            <w:pPr>
              <w:keepNext/>
            </w:pPr>
          </w:p>
        </w:tc>
      </w:tr>
      <w:tr w:rsidR="0007047E" w14:paraId="1C398D53" w14:textId="77777777" w:rsidTr="00303E64">
        <w:trPr>
          <w:cantSplit/>
          <w:trHeight w:val="226"/>
        </w:trPr>
        <w:tc>
          <w:tcPr>
            <w:tcW w:w="2409" w:type="dxa"/>
          </w:tcPr>
          <w:p w14:paraId="3DEA794B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proofErr w:type="spellStart"/>
            <w:r w:rsidRPr="0007047E">
              <w:rPr>
                <w:sz w:val="16"/>
                <w:szCs w:val="16"/>
              </w:rPr>
              <w:t>clădiri</w:t>
            </w:r>
            <w:proofErr w:type="spellEnd"/>
            <w:r w:rsidRPr="0007047E">
              <w:rPr>
                <w:sz w:val="16"/>
                <w:szCs w:val="16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</w:rPr>
              <w:t>propuse</w:t>
            </w:r>
            <w:proofErr w:type="spellEnd"/>
          </w:p>
        </w:tc>
        <w:tc>
          <w:tcPr>
            <w:tcW w:w="2409" w:type="dxa"/>
          </w:tcPr>
          <w:p w14:paraId="673C13F3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6D64C17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631B6AA" w14:textId="77777777" w:rsidR="0007047E" w:rsidRDefault="0007047E" w:rsidP="00303E64">
            <w:pPr>
              <w:keepNext/>
            </w:pPr>
          </w:p>
        </w:tc>
      </w:tr>
      <w:tr w:rsidR="0007047E" w14:paraId="60C12F08" w14:textId="77777777" w:rsidTr="00303E64">
        <w:trPr>
          <w:cantSplit/>
          <w:trHeight w:val="130"/>
        </w:trPr>
        <w:tc>
          <w:tcPr>
            <w:tcW w:w="2409" w:type="dxa"/>
          </w:tcPr>
          <w:p w14:paraId="66EF5C6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TOTAL (</w:t>
            </w:r>
            <w:proofErr w:type="spellStart"/>
            <w:r w:rsidRPr="0007047E">
              <w:rPr>
                <w:sz w:val="16"/>
                <w:szCs w:val="16"/>
              </w:rPr>
              <w:t>menținute</w:t>
            </w:r>
            <w:proofErr w:type="spellEnd"/>
            <w:r w:rsidRPr="0007047E">
              <w:rPr>
                <w:sz w:val="16"/>
                <w:szCs w:val="16"/>
              </w:rPr>
              <w:t xml:space="preserve"> + </w:t>
            </w:r>
            <w:proofErr w:type="spellStart"/>
            <w:r w:rsidRPr="0007047E">
              <w:rPr>
                <w:sz w:val="16"/>
                <w:szCs w:val="16"/>
              </w:rPr>
              <w:t>propuse</w:t>
            </w:r>
            <w:proofErr w:type="spellEnd"/>
            <w:r w:rsidRPr="0007047E">
              <w:rPr>
                <w:sz w:val="16"/>
                <w:szCs w:val="16"/>
              </w:rPr>
              <w:t>)</w:t>
            </w:r>
          </w:p>
        </w:tc>
        <w:tc>
          <w:tcPr>
            <w:tcW w:w="2409" w:type="dxa"/>
          </w:tcPr>
          <w:p w14:paraId="07B8BE8D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572E69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3405E223" w14:textId="77777777" w:rsidR="0007047E" w:rsidRDefault="0007047E" w:rsidP="00303E64">
            <w:pPr>
              <w:keepNext/>
            </w:pPr>
          </w:p>
        </w:tc>
      </w:tr>
    </w:tbl>
    <w:p w14:paraId="5B8A3179" w14:textId="77777777" w:rsidR="0007047E" w:rsidRPr="005B29C5" w:rsidRDefault="0007047E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03"/>
        <w:gridCol w:w="803"/>
        <w:gridCol w:w="803"/>
        <w:gridCol w:w="803"/>
        <w:gridCol w:w="803"/>
        <w:gridCol w:w="803"/>
        <w:gridCol w:w="1606"/>
      </w:tblGrid>
      <w:tr w:rsidR="003C7CA3" w:rsidRPr="00F61A70" w14:paraId="53C8B32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189EFFD" w14:textId="0AA3EC08" w:rsidR="007E5D45" w:rsidRPr="0007047E" w:rsidRDefault="003454F7">
            <w:pPr>
              <w:keepNext/>
              <w:rPr>
                <w:sz w:val="19"/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07047E">
              <w:rPr>
                <w:b/>
                <w:sz w:val="16"/>
                <w:lang w:val="fr-FR"/>
              </w:rPr>
              <w:t>4</w:t>
            </w:r>
            <w:r w:rsidRPr="007E5D45">
              <w:rPr>
                <w:b/>
                <w:sz w:val="16"/>
                <w:lang w:val="fr-FR"/>
              </w:rPr>
              <w:t xml:space="preserve">. </w:t>
            </w:r>
            <w:r w:rsidRPr="007E5D45">
              <w:rPr>
                <w:b/>
                <w:color w:val="000000"/>
                <w:sz w:val="18"/>
                <w:lang w:val="fr-FR"/>
              </w:rPr>
              <w:t>FIȘA CLĂDIRII</w:t>
            </w:r>
            <w:r w:rsidR="007E5D45">
              <w:rPr>
                <w:sz w:val="19"/>
                <w:lang w:val="fr-FR"/>
              </w:rPr>
              <w:t xml:space="preserve"> (se </w:t>
            </w:r>
            <w:proofErr w:type="spellStart"/>
            <w:r w:rsidR="007E5D45">
              <w:rPr>
                <w:sz w:val="19"/>
                <w:lang w:val="fr-FR"/>
              </w:rPr>
              <w:t>completeaza</w:t>
            </w:r>
            <w:proofErr w:type="spellEnd"/>
            <w:r w:rsidR="007E5D4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câte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una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pentru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fiecare</w:t>
            </w:r>
            <w:proofErr w:type="spellEnd"/>
            <w:r w:rsidR="007E5D45" w:rsidRPr="005B29C5">
              <w:rPr>
                <w:sz w:val="19"/>
                <w:lang w:val="fr-FR"/>
              </w:rPr>
              <w:t xml:space="preserve"> </w:t>
            </w:r>
            <w:proofErr w:type="spellStart"/>
            <w:r w:rsidR="007E5D45" w:rsidRPr="005B29C5">
              <w:rPr>
                <w:sz w:val="19"/>
                <w:lang w:val="fr-FR"/>
              </w:rPr>
              <w:t>imobil</w:t>
            </w:r>
            <w:proofErr w:type="spellEnd"/>
            <w:r w:rsidR="007E5D45">
              <w:rPr>
                <w:sz w:val="19"/>
                <w:lang w:val="fr-FR"/>
              </w:rPr>
              <w:t>)</w:t>
            </w:r>
          </w:p>
        </w:tc>
      </w:tr>
      <w:tr w:rsidR="003C7CA3" w14:paraId="31232DE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58D848E" w14:textId="77777777" w:rsidR="003C7CA3" w:rsidRDefault="003454F7">
            <w:pPr>
              <w:keepNext/>
            </w:pPr>
            <w:r w:rsidRPr="007E5D4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Identificarea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clădirii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registru</w:t>
            </w:r>
            <w:proofErr w:type="spellEnd"/>
          </w:p>
        </w:tc>
      </w:tr>
      <w:tr w:rsidR="003C7CA3" w14:paraId="3E0214C2" w14:textId="77777777">
        <w:trPr>
          <w:cantSplit/>
          <w:trHeight w:val="510"/>
        </w:trPr>
        <w:tc>
          <w:tcPr>
            <w:tcW w:w="2409" w:type="dxa"/>
          </w:tcPr>
          <w:p w14:paraId="2DA5BDF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</w:t>
            </w:r>
          </w:p>
          <w:p w14:paraId="4A761AB4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numărul</w:t>
            </w:r>
            <w:proofErr w:type="spellEnd"/>
            <w:r>
              <w:rPr>
                <w:i/>
                <w:color w:val="7A7A7A"/>
              </w:rPr>
              <w:t xml:space="preserve"> din </w:t>
            </w:r>
            <w:proofErr w:type="spellStart"/>
            <w:r>
              <w:rPr>
                <w:i/>
                <w:color w:val="7A7A7A"/>
              </w:rPr>
              <w:t>Registrul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Național</w:t>
            </w:r>
            <w:proofErr w:type="spellEnd"/>
            <w:r>
              <w:rPr>
                <w:i/>
                <w:color w:val="7A7A7A"/>
              </w:rPr>
              <w:t xml:space="preserve"> al </w:t>
            </w:r>
            <w:proofErr w:type="spellStart"/>
            <w:r>
              <w:rPr>
                <w:i/>
                <w:color w:val="7A7A7A"/>
              </w:rPr>
              <w:t>Clădirilor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dacă</w:t>
            </w:r>
            <w:proofErr w:type="spellEnd"/>
            <w:r>
              <w:rPr>
                <w:i/>
                <w:color w:val="7A7A7A"/>
              </w:rPr>
              <w:t xml:space="preserve"> e </w:t>
            </w:r>
            <w:proofErr w:type="spellStart"/>
            <w:r>
              <w:rPr>
                <w:i/>
                <w:color w:val="7A7A7A"/>
              </w:rPr>
              <w:t>deja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înregistrată</w:t>
            </w:r>
            <w:proofErr w:type="spellEnd"/>
          </w:p>
          <w:p w14:paraId="2FEB4109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6F2AC15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cadastral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al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clădirii</w:t>
            </w:r>
            <w:proofErr w:type="spellEnd"/>
          </w:p>
          <w:p w14:paraId="56484D52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forma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123456-C1</w:t>
            </w:r>
          </w:p>
          <w:p w14:paraId="2ECB2279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1F6541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Identificator</w:t>
            </w:r>
            <w:proofErr w:type="spellEnd"/>
            <w:r>
              <w:rPr>
                <w:b/>
                <w:color w:val="0D5F78"/>
              </w:rPr>
              <w:t xml:space="preserve"> e-Terra (IE)</w:t>
            </w:r>
          </w:p>
          <w:p w14:paraId="220427C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1476029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Nr. 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E4D13ED" w14:textId="77777777" w:rsidR="003C7CA3" w:rsidRDefault="003C7CA3">
            <w:pPr>
              <w:keepNext/>
            </w:pPr>
          </w:p>
        </w:tc>
      </w:tr>
      <w:tr w:rsidR="003C7CA3" w:rsidRPr="00F61A70" w14:paraId="3EE8CE2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0E33003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Tipul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obiectului</w:t>
            </w:r>
            <w:proofErr w:type="spellEnd"/>
          </w:p>
          <w:p w14:paraId="56B5E59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clădire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corp de </w:t>
            </w:r>
            <w:proofErr w:type="spellStart"/>
            <w:r w:rsidRPr="005B29C5">
              <w:rPr>
                <w:sz w:val="16"/>
                <w:lang w:val="fr-FR"/>
              </w:rPr>
              <w:t>clădire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unități</w:t>
            </w:r>
            <w:proofErr w:type="spellEnd"/>
            <w:r w:rsidRPr="005B29C5">
              <w:rPr>
                <w:sz w:val="16"/>
                <w:lang w:val="fr-FR"/>
              </w:rPr>
              <w:t xml:space="preserve"> locative</w:t>
            </w:r>
          </w:p>
        </w:tc>
        <w:tc>
          <w:tcPr>
            <w:tcW w:w="4015" w:type="dxa"/>
            <w:gridSpan w:val="4"/>
          </w:tcPr>
          <w:p w14:paraId="1B36A210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Clădirea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este</w:t>
            </w:r>
          </w:p>
          <w:p w14:paraId="19F3F41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☐ </w:t>
            </w:r>
            <w:proofErr w:type="spellStart"/>
            <w:r w:rsidRPr="005B29C5">
              <w:rPr>
                <w:sz w:val="16"/>
                <w:lang w:val="fr-FR"/>
              </w:rPr>
              <w:t>existentă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propusă</w:t>
            </w:r>
            <w:proofErr w:type="spellEnd"/>
            <w:r w:rsidRPr="005B29C5">
              <w:rPr>
                <w:sz w:val="16"/>
                <w:lang w:val="fr-FR"/>
              </w:rPr>
              <w:t xml:space="preserve"> prin </w:t>
            </w:r>
            <w:proofErr w:type="spellStart"/>
            <w:r w:rsidRPr="005B29C5">
              <w:rPr>
                <w:sz w:val="16"/>
                <w:lang w:val="fr-FR"/>
              </w:rPr>
              <w:t>proiect</w:t>
            </w:r>
            <w:proofErr w:type="spellEnd"/>
          </w:p>
        </w:tc>
      </w:tr>
      <w:tr w:rsidR="003C7CA3" w14:paraId="11A82C2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438C0C7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clădirii</w:t>
            </w:r>
            <w:proofErr w:type="spellEnd"/>
          </w:p>
          <w:p w14:paraId="10483E47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7"/>
          </w:tcPr>
          <w:p w14:paraId="3E89F52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Descriere</w:t>
            </w:r>
            <w:proofErr w:type="spellEnd"/>
          </w:p>
          <w:p w14:paraId="4D8F687C" w14:textId="77777777" w:rsidR="003C7CA3" w:rsidRDefault="003C7CA3">
            <w:pPr>
              <w:keepNext/>
            </w:pPr>
          </w:p>
        </w:tc>
      </w:tr>
      <w:tr w:rsidR="003C7CA3" w:rsidRPr="00F61A70" w14:paraId="2C7515B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953601D" w14:textId="24E379E4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CARACTERISTICI ALE CLĂDIRII</w:t>
            </w:r>
          </w:p>
          <w:p w14:paraId="7BB366A1" w14:textId="13E9544A" w:rsidR="0007047E" w:rsidRPr="0007047E" w:rsidRDefault="0007047E">
            <w:pPr>
              <w:keepNext/>
              <w:rPr>
                <w:sz w:val="16"/>
                <w:lang w:val="fr-FR"/>
              </w:rPr>
            </w:pPr>
            <w:r w:rsidRPr="0007047E">
              <w:rPr>
                <w:sz w:val="16"/>
                <w:lang w:val="fr-FR"/>
              </w:rPr>
              <w:t>(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În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cazul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intervențiilor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asupra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clădirilor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existente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pentru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fiecare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câmp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, se vor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preciza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caracteristicile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clădirii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existente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>/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respectiv</w:t>
            </w:r>
            <w:proofErr w:type="spellEnd"/>
            <w:r w:rsidR="00F61A70">
              <w:rPr>
                <w:sz w:val="16"/>
                <w:szCs w:val="16"/>
                <w:lang w:val="fr-FR"/>
              </w:rPr>
              <w:t xml:space="preserve"> ale </w:t>
            </w:r>
            <w:proofErr w:type="spellStart"/>
            <w:r w:rsidR="00F61A70">
              <w:rPr>
                <w:sz w:val="16"/>
                <w:szCs w:val="16"/>
                <w:lang w:val="fr-FR"/>
              </w:rPr>
              <w:t>celei</w:t>
            </w:r>
            <w:proofErr w:type="spellEnd"/>
            <w:r w:rsidRPr="0007047E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7047E">
              <w:rPr>
                <w:sz w:val="16"/>
                <w:szCs w:val="16"/>
                <w:lang w:val="fr-FR"/>
              </w:rPr>
              <w:t>propuse</w:t>
            </w:r>
            <w:proofErr w:type="spellEnd"/>
            <w:r>
              <w:rPr>
                <w:sz w:val="16"/>
                <w:szCs w:val="16"/>
                <w:lang w:val="fr-FR"/>
              </w:rPr>
              <w:t>)</w:t>
            </w:r>
          </w:p>
        </w:tc>
      </w:tr>
      <w:tr w:rsidR="003C7CA3" w14:paraId="723DEA41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9BCBAA" w14:textId="72AC694E" w:rsidR="00F61A70" w:rsidRPr="00F61A70" w:rsidRDefault="003454F7" w:rsidP="00F61A70">
            <w:pPr>
              <w:keepNext/>
              <w:rPr>
                <w:lang w:val="fr-FR"/>
              </w:rPr>
            </w:pPr>
            <w:proofErr w:type="spellStart"/>
            <w:r w:rsidRPr="007E5D45">
              <w:rPr>
                <w:b/>
                <w:color w:val="0D5F78"/>
                <w:lang w:val="fr-FR"/>
              </w:rPr>
              <w:t>Destinația</w:t>
            </w:r>
            <w:proofErr w:type="spellEnd"/>
            <w:r w:rsidRPr="007E5D4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7E5D45">
              <w:rPr>
                <w:b/>
                <w:color w:val="0D5F78"/>
                <w:lang w:val="fr-FR"/>
              </w:rPr>
              <w:t>funcțiunea</w:t>
            </w:r>
            <w:proofErr w:type="spellEnd"/>
            <w:r w:rsidRPr="007E5D4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E5D45">
              <w:rPr>
                <w:b/>
                <w:color w:val="0D5F78"/>
                <w:lang w:val="fr-FR"/>
              </w:rPr>
              <w:t>principală</w:t>
            </w:r>
            <w:proofErr w:type="spellEnd"/>
            <w:r w:rsidR="007E5D45" w:rsidRPr="007E5D45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22CFD931" w14:textId="58E0F812" w:rsidR="003C7CA3" w:rsidRPr="007E5D45" w:rsidRDefault="003C7CA3">
            <w:pPr>
              <w:keepNext/>
              <w:rPr>
                <w:lang w:val="fr-FR"/>
              </w:rPr>
            </w:pPr>
          </w:p>
          <w:p w14:paraId="1ACBE500" w14:textId="77777777" w:rsidR="003C7CA3" w:rsidRPr="007E5D4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1B1CED52" w14:textId="5CFC24C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Funcțiuni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secundare</w:t>
            </w:r>
            <w:proofErr w:type="spellEnd"/>
            <w:r w:rsidR="007E5D45">
              <w:rPr>
                <w:b/>
                <w:color w:val="0D5F78"/>
              </w:rPr>
              <w:t xml:space="preserve"> 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nt/</w:t>
            </w:r>
            <w:proofErr w:type="spellStart"/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3FC91EBB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21ACD1C3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Regim</w:t>
            </w:r>
            <w:proofErr w:type="spellEnd"/>
            <w:r>
              <w:rPr>
                <w:b/>
                <w:color w:val="0D5F78"/>
              </w:rPr>
              <w:t xml:space="preserve"> juridic</w:t>
            </w:r>
          </w:p>
          <w:p w14:paraId="7DF7F9E8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D3B31D8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Zonă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fiscală</w:t>
            </w:r>
            <w:proofErr w:type="spellEnd"/>
          </w:p>
          <w:p w14:paraId="52F3E8FC" w14:textId="77777777" w:rsidR="003C7CA3" w:rsidRDefault="003C7CA3">
            <w:pPr>
              <w:keepNext/>
            </w:pPr>
          </w:p>
        </w:tc>
      </w:tr>
      <w:tr w:rsidR="003C7CA3" w:rsidRPr="00F61A70" w14:paraId="6377A5DB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7944B95" w14:textId="7777777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 xml:space="preserve">Anul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construirii</w:t>
            </w:r>
            <w:proofErr w:type="spellEnd"/>
          </w:p>
          <w:p w14:paraId="0F248267" w14:textId="77777777" w:rsidR="003C7CA3" w:rsidRPr="00F61A70" w:rsidRDefault="003454F7">
            <w:pPr>
              <w:keepNext/>
              <w:rPr>
                <w:lang w:val="fr-FR"/>
              </w:rPr>
            </w:pPr>
            <w:proofErr w:type="gramStart"/>
            <w:r w:rsidRPr="00F61A70">
              <w:rPr>
                <w:i/>
                <w:color w:val="7A7A7A"/>
                <w:lang w:val="fr-FR"/>
              </w:rPr>
              <w:t>la</w:t>
            </w:r>
            <w:proofErr w:type="gramEnd"/>
            <w:r w:rsidRPr="00F61A7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61A70">
              <w:rPr>
                <w:i/>
                <w:color w:val="7A7A7A"/>
                <w:lang w:val="fr-FR"/>
              </w:rPr>
              <w:t>clădirile</w:t>
            </w:r>
            <w:proofErr w:type="spellEnd"/>
            <w:r w:rsidRPr="00F61A7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61A70">
              <w:rPr>
                <w:i/>
                <w:color w:val="7A7A7A"/>
                <w:lang w:val="fr-FR"/>
              </w:rPr>
              <w:t>existente</w:t>
            </w:r>
            <w:proofErr w:type="spellEnd"/>
          </w:p>
          <w:p w14:paraId="06AB52DB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4"/>
          </w:tcPr>
          <w:p w14:paraId="759660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Anul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ultimei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renovări</w:t>
            </w:r>
            <w:proofErr w:type="spellEnd"/>
          </w:p>
          <w:p w14:paraId="24F52054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5B29C5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5B29C5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6AE5F8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3"/>
          </w:tcPr>
          <w:p w14:paraId="138D6D15" w14:textId="77777777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Durata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viață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ani</w:t>
            </w:r>
            <w:proofErr w:type="spellEnd"/>
            <w:r w:rsidRPr="005B29C5">
              <w:rPr>
                <w:b/>
                <w:color w:val="0D5F78"/>
                <w:lang w:val="fr-FR"/>
              </w:rPr>
              <w:t>)</w:t>
            </w:r>
          </w:p>
          <w:p w14:paraId="339E859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559AFCD9" w14:textId="77777777">
        <w:trPr>
          <w:cantSplit/>
          <w:trHeight w:val="510"/>
        </w:trPr>
        <w:tc>
          <w:tcPr>
            <w:tcW w:w="2409" w:type="dxa"/>
          </w:tcPr>
          <w:p w14:paraId="18D30FAF" w14:textId="78F88610" w:rsidR="003C7CA3" w:rsidRPr="005B29C5" w:rsidRDefault="003454F7">
            <w:pPr>
              <w:keepNext/>
              <w:rPr>
                <w:lang w:val="fr-FR"/>
              </w:rPr>
            </w:pPr>
            <w:proofErr w:type="spellStart"/>
            <w:r w:rsidRPr="005B29C5">
              <w:rPr>
                <w:b/>
                <w:color w:val="0D5F78"/>
                <w:lang w:val="fr-FR"/>
              </w:rPr>
              <w:t>Regim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înălțime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40D6E0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i/>
                <w:color w:val="7A7A7A"/>
                <w:lang w:val="fr-FR"/>
              </w:rPr>
              <w:t>ex. S+P+2E+M</w:t>
            </w:r>
          </w:p>
          <w:p w14:paraId="42442C3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C60E9B6" w14:textId="257A5600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Înălțimea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cornișă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3CF2B9A4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6C8B034" w14:textId="3C240C9C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Înălțimea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maximă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1C1C9CC0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10B62DC5" w14:textId="081E05DF" w:rsidR="003C7CA3" w:rsidRPr="0007047E" w:rsidRDefault="0007047E">
            <w:pPr>
              <w:keepNext/>
              <w:rPr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 xml:space="preserve">Cota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terenului</w:t>
            </w:r>
            <w:proofErr w:type="spellEnd"/>
            <w:r w:rsidRPr="003F6F3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amenajat</w:t>
            </w:r>
            <w:proofErr w:type="spellEnd"/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</w:t>
            </w:r>
            <w:proofErr w:type="spellStart"/>
            <w:r w:rsidR="00F61A70">
              <w:rPr>
                <w:bCs/>
                <w:i/>
                <w:iCs/>
                <w:color w:val="808080" w:themeColor="background1" w:themeShade="80"/>
                <w:lang w:val="fr-FR"/>
              </w:rPr>
              <w:t>inițială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t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E8DBEBB" w14:textId="77777777" w:rsidR="003C7CA3" w:rsidRDefault="003C7CA3" w:rsidP="0007047E">
            <w:pPr>
              <w:keepNext/>
              <w:rPr>
                <w:lang w:val="fr-FR"/>
              </w:rPr>
            </w:pPr>
          </w:p>
          <w:p w14:paraId="6A190CD2" w14:textId="717968AA" w:rsidR="0007047E" w:rsidRDefault="0007047E" w:rsidP="0007047E">
            <w:pPr>
              <w:keepNext/>
              <w:rPr>
                <w:b/>
                <w:color w:val="0D5F78"/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 xml:space="preserve">Cota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terenului</w:t>
            </w:r>
            <w:proofErr w:type="spellEnd"/>
            <w:r w:rsidRPr="003F6F31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F6F31">
              <w:rPr>
                <w:b/>
                <w:color w:val="0D5F78"/>
                <w:lang w:val="fr-FR"/>
              </w:rPr>
              <w:t>natural</w:t>
            </w:r>
            <w:proofErr w:type="spellEnd"/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</w:t>
            </w:r>
          </w:p>
          <w:p w14:paraId="71F4C0F2" w14:textId="3DC91D9A" w:rsidR="0007047E" w:rsidRPr="0007047E" w:rsidRDefault="0007047E" w:rsidP="0007047E">
            <w:pPr>
              <w:keepNext/>
              <w:rPr>
                <w:lang w:val="fr-FR"/>
              </w:rPr>
            </w:pPr>
          </w:p>
        </w:tc>
      </w:tr>
      <w:tr w:rsidR="003C7CA3" w14:paraId="5E4E8EC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5E2F144" w14:textId="2A34E000" w:rsidR="003C7CA3" w:rsidRDefault="003454F7">
            <w:pPr>
              <w:keepNext/>
            </w:pPr>
            <w:r w:rsidRPr="0007047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Suprafețe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volum</w:t>
            </w:r>
            <w:proofErr w:type="spellEnd"/>
            <w:r w:rsidR="007E5D45">
              <w:rPr>
                <w:sz w:val="16"/>
              </w:rPr>
              <w:t xml:space="preserve"> </w:t>
            </w:r>
          </w:p>
        </w:tc>
      </w:tr>
      <w:tr w:rsidR="003C7CA3" w14:paraId="2FD126AF" w14:textId="77777777">
        <w:trPr>
          <w:cantSplit/>
          <w:trHeight w:val="510"/>
        </w:trPr>
        <w:tc>
          <w:tcPr>
            <w:tcW w:w="2409" w:type="dxa"/>
          </w:tcPr>
          <w:p w14:paraId="06C8304E" w14:textId="7F817497" w:rsidR="003C7CA3" w:rsidRPr="00F61A70" w:rsidRDefault="003454F7">
            <w:pPr>
              <w:keepNext/>
              <w:rPr>
                <w:lang w:val="fr-FR"/>
              </w:rPr>
            </w:pPr>
            <w:proofErr w:type="spellStart"/>
            <w:r w:rsidRPr="00F61A70">
              <w:rPr>
                <w:b/>
                <w:color w:val="0D5F78"/>
                <w:lang w:val="fr-FR"/>
              </w:rPr>
              <w:t>Suprafața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1A70">
              <w:rPr>
                <w:b/>
                <w:color w:val="0D5F78"/>
                <w:lang w:val="fr-FR"/>
              </w:rPr>
              <w:t>construită</w:t>
            </w:r>
            <w:proofErr w:type="spellEnd"/>
            <w:r w:rsidRPr="00F61A70">
              <w:rPr>
                <w:b/>
                <w:color w:val="0D5F78"/>
                <w:lang w:val="fr-FR"/>
              </w:rPr>
              <w:t xml:space="preserve"> (m²)</w:t>
            </w:r>
            <w:r w:rsidR="00F61A70" w:rsidRPr="00F61A70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48F1C2CE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7DCB2196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desfășurată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E1A2C27" w14:textId="4D1CD3B2" w:rsidR="00F61A70" w:rsidRDefault="00F61A70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4D48601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748DFD2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Suprafața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utilă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(m²)</w:t>
            </w:r>
          </w:p>
          <w:p w14:paraId="1825C0CA" w14:textId="1651B2E6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B61B290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6E0C2C74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Volum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construit</w:t>
            </w:r>
            <w:proofErr w:type="spellEnd"/>
            <w:r>
              <w:rPr>
                <w:b/>
                <w:color w:val="0D5F78"/>
              </w:rPr>
              <w:t xml:space="preserve"> (m³)</w:t>
            </w:r>
          </w:p>
          <w:p w14:paraId="43DE4869" w14:textId="418CC1F4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4125EF1" w14:textId="77777777" w:rsidR="003C7CA3" w:rsidRDefault="003C7CA3">
            <w:pPr>
              <w:keepNext/>
            </w:pPr>
          </w:p>
        </w:tc>
      </w:tr>
      <w:tr w:rsidR="003C7CA3" w14:paraId="0F6EBED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5C5C6F8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Rezistență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mecanică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stabilitate</w:t>
            </w:r>
          </w:p>
        </w:tc>
      </w:tr>
      <w:tr w:rsidR="003C7CA3" w14:paraId="648D619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69BC7B3" w14:textId="3530AFF0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Sistem</w:t>
            </w:r>
            <w:proofErr w:type="spellEnd"/>
            <w:r>
              <w:rPr>
                <w:b/>
                <w:color w:val="0D5F78"/>
              </w:rPr>
              <w:t xml:space="preserve">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4148DB1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230A02FC" w14:textId="017863FE" w:rsidR="003C7CA3" w:rsidRDefault="003454F7">
            <w:pPr>
              <w:keepNext/>
            </w:pPr>
            <w:r>
              <w:rPr>
                <w:b/>
                <w:color w:val="0D5F78"/>
              </w:rPr>
              <w:t>Material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52213A2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FC13512" w14:textId="6C261E0A" w:rsidR="003C7CA3" w:rsidRPr="009E435D" w:rsidRDefault="003454F7">
            <w:pPr>
              <w:keepNext/>
              <w:rPr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Clasa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risc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seismic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121DEF4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Rs I … Rs IV</w:t>
            </w:r>
          </w:p>
          <w:p w14:paraId="21701975" w14:textId="77777777" w:rsidR="003C7CA3" w:rsidRDefault="003C7CA3">
            <w:pPr>
              <w:keepNext/>
            </w:pPr>
          </w:p>
        </w:tc>
      </w:tr>
      <w:tr w:rsidR="003C7CA3" w14:paraId="10E744A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EE6A226" w14:textId="77777777" w:rsidR="003C7CA3" w:rsidRDefault="003454F7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Anvelopă</w:t>
            </w:r>
            <w:proofErr w:type="spellEnd"/>
          </w:p>
        </w:tc>
      </w:tr>
      <w:tr w:rsidR="003C7CA3" w:rsidRPr="009E435D" w14:paraId="7BA6871E" w14:textId="77777777">
        <w:trPr>
          <w:cantSplit/>
          <w:trHeight w:val="510"/>
        </w:trPr>
        <w:tc>
          <w:tcPr>
            <w:tcW w:w="2409" w:type="dxa"/>
          </w:tcPr>
          <w:p w14:paraId="13427585" w14:textId="056B9861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Acoperiș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învelitoare</w:t>
            </w:r>
            <w:proofErr w:type="spellEnd"/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7A32C88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șarpantă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sau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terasă</w:t>
            </w:r>
            <w:proofErr w:type="spellEnd"/>
          </w:p>
          <w:p w14:paraId="49F0469B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21D1830D" w14:textId="77777777" w:rsidR="003C7CA3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Învelitoare</w:t>
            </w:r>
            <w:proofErr w:type="spellEnd"/>
            <w:r>
              <w:rPr>
                <w:b/>
                <w:color w:val="0D5F78"/>
              </w:rPr>
              <w:t xml:space="preserve"> (material / </w:t>
            </w:r>
            <w:proofErr w:type="spellStart"/>
            <w:r>
              <w:rPr>
                <w:b/>
                <w:color w:val="0D5F78"/>
              </w:rPr>
              <w:t>culoare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19E92829" w14:textId="20B66F95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7D9D3BEC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74D7EE9D" w14:textId="77777777" w:rsidR="009E435D" w:rsidRDefault="003454F7">
            <w:pPr>
              <w:keepNext/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Finisaj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tâmplărie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exterioară</w:t>
            </w:r>
            <w:proofErr w:type="spellEnd"/>
          </w:p>
          <w:p w14:paraId="1410C167" w14:textId="5DE35244" w:rsidR="003C7CA3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1D838D9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 xml:space="preserve">material, </w:t>
            </w:r>
            <w:proofErr w:type="spellStart"/>
            <w:r>
              <w:rPr>
                <w:i/>
                <w:color w:val="7A7A7A"/>
              </w:rPr>
              <w:t>culoare</w:t>
            </w:r>
            <w:proofErr w:type="spellEnd"/>
          </w:p>
          <w:p w14:paraId="3F09D205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6AC4C09E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 xml:space="preserve">Sistem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încălzire</w:t>
            </w:r>
            <w:proofErr w:type="spellEnd"/>
          </w:p>
          <w:p w14:paraId="76CAE6F3" w14:textId="1DA1FF1D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</w:t>
            </w:r>
            <w:proofErr w:type="spell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610AF003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  <w:tr w:rsidR="003C7CA3" w14:paraId="46C29B0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E9A768B" w14:textId="77777777" w:rsidR="003C7CA3" w:rsidRDefault="003454F7">
            <w:pPr>
              <w:keepNext/>
            </w:pPr>
            <w:r w:rsidRPr="009E435D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Siguranță la </w:t>
            </w:r>
            <w:proofErr w:type="spellStart"/>
            <w:r>
              <w:rPr>
                <w:sz w:val="16"/>
              </w:rPr>
              <w:t>incendiu</w:t>
            </w:r>
            <w:proofErr w:type="spellEnd"/>
          </w:p>
        </w:tc>
      </w:tr>
      <w:tr w:rsidR="003C7CA3" w:rsidRPr="009E435D" w14:paraId="654642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2C1F791" w14:textId="3C57619C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 xml:space="preserve">Nivel de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stabilitate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incendiu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56434CF7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4"/>
          </w:tcPr>
          <w:p w14:paraId="6EEC9105" w14:textId="1B1D82C1" w:rsidR="003C7CA3" w:rsidRPr="009E435D" w:rsidRDefault="003454F7">
            <w:pPr>
              <w:keepNext/>
              <w:rPr>
                <w:lang w:val="fr-FR"/>
              </w:rPr>
            </w:pPr>
            <w:proofErr w:type="spellStart"/>
            <w:r w:rsidRPr="009E435D">
              <w:rPr>
                <w:b/>
                <w:color w:val="0D5F78"/>
                <w:lang w:val="fr-FR"/>
              </w:rPr>
              <w:t>Număr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maxim</w:t>
            </w:r>
            <w:proofErr w:type="spellEnd"/>
            <w:r w:rsidRPr="009E435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E435D">
              <w:rPr>
                <w:b/>
                <w:color w:val="0D5F78"/>
                <w:lang w:val="fr-FR"/>
              </w:rPr>
              <w:t>utilizatori</w:t>
            </w:r>
            <w:proofErr w:type="spellEnd"/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</w:t>
            </w:r>
            <w:proofErr w:type="spellStart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propus</w:t>
            </w:r>
            <w:proofErr w:type="spellEnd"/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)</w:t>
            </w:r>
          </w:p>
          <w:p w14:paraId="04845F3C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</w:tbl>
    <w:p w14:paraId="5444A95F" w14:textId="77777777" w:rsidR="003C7CA3" w:rsidRPr="009E435D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803"/>
        <w:gridCol w:w="803"/>
        <w:gridCol w:w="1606"/>
        <w:gridCol w:w="803"/>
        <w:gridCol w:w="803"/>
        <w:gridCol w:w="1606"/>
      </w:tblGrid>
      <w:tr w:rsidR="003C7CA3" w:rsidRPr="005B29C5" w14:paraId="6C362E1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9228431" w14:textId="79EC420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5. </w:t>
            </w:r>
            <w:r w:rsidRPr="005B29C5">
              <w:rPr>
                <w:b/>
                <w:color w:val="000000"/>
                <w:sz w:val="18"/>
                <w:lang w:val="fr-FR"/>
              </w:rPr>
              <w:t>CAPACITĂȚILE FUNCȚIONALE ALE CONSTRUCȚIILOR PROIECTATE</w:t>
            </w:r>
          </w:p>
        </w:tc>
      </w:tr>
      <w:tr w:rsidR="003C7CA3" w14:paraId="3C92EC5C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593A7A2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locuințe</w:t>
            </w:r>
            <w:proofErr w:type="spellEnd"/>
          </w:p>
        </w:tc>
      </w:tr>
      <w:tr w:rsidR="003C7CA3" w:rsidRPr="00F61A70" w14:paraId="0376600D" w14:textId="77777777">
        <w:trPr>
          <w:cantSplit/>
        </w:trPr>
        <w:tc>
          <w:tcPr>
            <w:tcW w:w="9636" w:type="dxa"/>
            <w:gridSpan w:val="9"/>
          </w:tcPr>
          <w:p w14:paraId="6B825EA9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principale (</w:t>
            </w:r>
            <w:proofErr w:type="gramStart"/>
            <w:r w:rsidRPr="005B29C5">
              <w:rPr>
                <w:sz w:val="16"/>
                <w:lang w:val="fr-FR"/>
              </w:rPr>
              <w:t xml:space="preserve">permanente)   </w:t>
            </w:r>
            <w:proofErr w:type="gramEnd"/>
            <w:r w:rsidRPr="005B29C5">
              <w:rPr>
                <w:sz w:val="16"/>
                <w:lang w:val="fr-FR"/>
              </w:rPr>
              <w:t xml:space="preserve">  ☐ </w:t>
            </w:r>
            <w:proofErr w:type="spellStart"/>
            <w:r w:rsidRPr="005B29C5">
              <w:rPr>
                <w:sz w:val="16"/>
                <w:lang w:val="fr-FR"/>
              </w:rPr>
              <w:t>sezoniere</w:t>
            </w:r>
            <w:proofErr w:type="spellEnd"/>
            <w:r w:rsidRPr="005B29C5">
              <w:rPr>
                <w:sz w:val="16"/>
                <w:lang w:val="fr-FR"/>
              </w:rPr>
              <w:t xml:space="preserve"> (de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vacanță</w:t>
            </w:r>
            <w:proofErr w:type="spellEnd"/>
            <w:r w:rsidRPr="005B29C5">
              <w:rPr>
                <w:sz w:val="16"/>
                <w:lang w:val="fr-FR"/>
              </w:rPr>
              <w:t xml:space="preserve">)   </w:t>
            </w:r>
            <w:proofErr w:type="gramEnd"/>
            <w:r w:rsidRPr="005B29C5">
              <w:rPr>
                <w:sz w:val="16"/>
                <w:lang w:val="fr-FR"/>
              </w:rPr>
              <w:t xml:space="preserve">  ☐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închiriere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sociale     ☐ de </w:t>
            </w:r>
            <w:proofErr w:type="spellStart"/>
            <w:r w:rsidRPr="005B29C5">
              <w:rPr>
                <w:sz w:val="16"/>
                <w:lang w:val="fr-FR"/>
              </w:rPr>
              <w:t>serviciu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necesitate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intervenție</w:t>
            </w:r>
            <w:proofErr w:type="spellEnd"/>
            <w:r w:rsidRPr="005B29C5">
              <w:rPr>
                <w:sz w:val="16"/>
                <w:lang w:val="fr-FR"/>
              </w:rPr>
              <w:t xml:space="preserve">     ☐ de </w:t>
            </w:r>
            <w:proofErr w:type="spellStart"/>
            <w:r w:rsidRPr="005B29C5">
              <w:rPr>
                <w:sz w:val="16"/>
                <w:lang w:val="fr-FR"/>
              </w:rPr>
              <w:t>protocol</w:t>
            </w:r>
            <w:proofErr w:type="spellEnd"/>
          </w:p>
        </w:tc>
      </w:tr>
      <w:tr w:rsidR="003C7CA3" w14:paraId="5B05CAB7" w14:textId="77777777">
        <w:trPr>
          <w:cantSplit/>
          <w:trHeight w:val="510"/>
        </w:trPr>
        <w:tc>
          <w:tcPr>
            <w:tcW w:w="1606" w:type="dxa"/>
          </w:tcPr>
          <w:p w14:paraId="6F4F8080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apartamente</w:t>
            </w:r>
            <w:proofErr w:type="spellEnd"/>
          </w:p>
          <w:p w14:paraId="5801AE07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537E226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cu 1 </w:t>
            </w:r>
            <w:proofErr w:type="spellStart"/>
            <w:r>
              <w:rPr>
                <w:b/>
                <w:color w:val="0D5F78"/>
              </w:rPr>
              <w:t>cameră</w:t>
            </w:r>
            <w:proofErr w:type="spellEnd"/>
          </w:p>
          <w:p w14:paraId="28F9A2EE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0BEC47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2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026F69B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3836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3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12851C40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179991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4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7962E59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20FA9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5+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</w:p>
          <w:p w14:paraId="0DD5B823" w14:textId="77777777" w:rsidR="003C7CA3" w:rsidRDefault="003C7CA3">
            <w:pPr>
              <w:keepNext/>
            </w:pPr>
          </w:p>
        </w:tc>
      </w:tr>
      <w:tr w:rsidR="003C7CA3" w:rsidRPr="00F61A70" w14:paraId="67225F94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3EAA9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Construcții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pentru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instituții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publice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și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servicii</w:t>
            </w:r>
            <w:proofErr w:type="spellEnd"/>
          </w:p>
        </w:tc>
      </w:tr>
      <w:tr w:rsidR="003C7CA3" w14:paraId="48DCBDEE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B9A7FA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paturi</w:t>
            </w:r>
            <w:proofErr w:type="spellEnd"/>
          </w:p>
          <w:p w14:paraId="696DFB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3B4DF4B7" w14:textId="040DD092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învățământ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 w:rsidR="00B0669A">
              <w:rPr>
                <w:b/>
                <w:color w:val="0D5F78"/>
              </w:rPr>
              <w:t>s</w:t>
            </w:r>
            <w:r>
              <w:rPr>
                <w:b/>
                <w:color w:val="0D5F78"/>
              </w:rPr>
              <w:t>ăli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grupe</w:t>
            </w:r>
            <w:proofErr w:type="spellEnd"/>
          </w:p>
          <w:p w14:paraId="38B1D81D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19BC9CE4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cultură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73DB8DD3" w14:textId="77777777" w:rsidR="003C7CA3" w:rsidRDefault="003C7CA3">
            <w:pPr>
              <w:keepNext/>
            </w:pPr>
          </w:p>
        </w:tc>
      </w:tr>
      <w:tr w:rsidR="003C7CA3" w14:paraId="5F9F33D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576F2B0D" w14:textId="2EBEFE6B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hoteliere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r w:rsidR="00B0669A"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camere</w:t>
            </w:r>
            <w:proofErr w:type="spellEnd"/>
            <w:r>
              <w:rPr>
                <w:b/>
                <w:color w:val="0D5F78"/>
              </w:rPr>
              <w:t xml:space="preserve"> /</w:t>
            </w:r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5ED378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1C38E9C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culte</w:t>
            </w:r>
            <w:proofErr w:type="spellEnd"/>
            <w:r>
              <w:rPr>
                <w:b/>
                <w:color w:val="0D5F78"/>
              </w:rPr>
              <w:t xml:space="preserve"> — nr. de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</w:p>
          <w:p w14:paraId="7642E00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E9908A3" w14:textId="2A87A6F6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administrative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financiare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4FED59EA" w14:textId="77777777" w:rsidR="003C7CA3" w:rsidRDefault="003C7CA3">
            <w:pPr>
              <w:keepNext/>
            </w:pPr>
          </w:p>
        </w:tc>
      </w:tr>
      <w:tr w:rsidR="003C7CA3" w14:paraId="38F7A7A2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9954E31" w14:textId="0F435CFF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comerț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6FE5B4BE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A53E278" w14:textId="7ADE5129" w:rsidR="003C7CA3" w:rsidRPr="00B0669A" w:rsidRDefault="003454F7">
            <w:pPr>
              <w:keepNext/>
              <w:rPr>
                <w:lang w:val="fr-FR"/>
              </w:rPr>
            </w:pPr>
            <w:proofErr w:type="spellStart"/>
            <w:proofErr w:type="gramStart"/>
            <w:r w:rsidRPr="00B0669A">
              <w:rPr>
                <w:b/>
                <w:color w:val="0D5F78"/>
                <w:lang w:val="fr-FR"/>
              </w:rPr>
              <w:t>alimentație</w:t>
            </w:r>
            <w:proofErr w:type="spellEnd"/>
            <w:proofErr w:type="gramEnd"/>
            <w:r w:rsidRPr="00B0669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0669A">
              <w:rPr>
                <w:b/>
                <w:color w:val="0D5F78"/>
                <w:lang w:val="fr-FR"/>
              </w:rPr>
              <w:t>publică</w:t>
            </w:r>
            <w:proofErr w:type="spellEnd"/>
            <w:r w:rsidRPr="00B0669A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proofErr w:type="gramStart"/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  <w:r w:rsidRPr="00B0669A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proofErr w:type="gramStart"/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personal</w:t>
            </w:r>
            <w:proofErr w:type="spellEnd"/>
            <w:proofErr w:type="gramEnd"/>
          </w:p>
          <w:p w14:paraId="5F2402C3" w14:textId="77777777" w:rsidR="003C7CA3" w:rsidRPr="00B0669A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038AE5A2" w14:textId="771FB35C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servicii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029835D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24557515" w14:textId="7A52047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sport / </w:t>
            </w:r>
            <w:proofErr w:type="spellStart"/>
            <w:r>
              <w:rPr>
                <w:b/>
                <w:color w:val="0D5F78"/>
              </w:rPr>
              <w:t>recreere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locuri</w:t>
            </w:r>
            <w:proofErr w:type="spellEnd"/>
            <w:proofErr w:type="gramEnd"/>
          </w:p>
          <w:p w14:paraId="7D797E85" w14:textId="77777777" w:rsidR="003C7CA3" w:rsidRDefault="003C7CA3">
            <w:pPr>
              <w:keepNext/>
            </w:pPr>
          </w:p>
        </w:tc>
      </w:tr>
      <w:tr w:rsidR="003C7CA3" w14:paraId="130398B3" w14:textId="77777777">
        <w:trPr>
          <w:cantSplit/>
          <w:trHeight w:val="510"/>
        </w:trPr>
        <w:tc>
          <w:tcPr>
            <w:tcW w:w="4015" w:type="dxa"/>
            <w:gridSpan w:val="4"/>
          </w:tcPr>
          <w:p w14:paraId="0FE6BA4F" w14:textId="3AC1EE71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agricole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de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capete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capacitate</w:t>
            </w:r>
            <w:proofErr w:type="spellEnd"/>
          </w:p>
          <w:p w14:paraId="218634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34AB3137" w14:textId="243B5D05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producție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</w:p>
          <w:p w14:paraId="268BCF0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C91A398" w14:textId="41675E9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depozitare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/ capacitate</w:t>
            </w:r>
          </w:p>
          <w:p w14:paraId="5A3DE193" w14:textId="77777777" w:rsidR="003C7CA3" w:rsidRDefault="003C7CA3">
            <w:pPr>
              <w:keepNext/>
            </w:pPr>
          </w:p>
        </w:tc>
      </w:tr>
      <w:tr w:rsidR="003C7CA3" w:rsidRPr="00F61A70" w14:paraId="69EA93CE" w14:textId="77777777">
        <w:trPr>
          <w:cantSplit/>
          <w:trHeight w:val="510"/>
        </w:trPr>
        <w:tc>
          <w:tcPr>
            <w:tcW w:w="9636" w:type="dxa"/>
            <w:gridSpan w:val="9"/>
          </w:tcPr>
          <w:p w14:paraId="0C05CBC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Alte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caracteristici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ale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capacităților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funcționale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necuprinse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mai sus</w:t>
            </w:r>
          </w:p>
          <w:p w14:paraId="5566F5A5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7353002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29"/>
        <w:gridCol w:w="1842"/>
        <w:gridCol w:w="2347"/>
        <w:gridCol w:w="1606"/>
        <w:gridCol w:w="1606"/>
      </w:tblGrid>
      <w:tr w:rsidR="003C7CA3" w:rsidRPr="00F61A70" w14:paraId="01F650E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E7FA553" w14:textId="77AE832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6. </w:t>
            </w:r>
            <w:r w:rsidRPr="005B29C5">
              <w:rPr>
                <w:b/>
                <w:color w:val="000000"/>
                <w:sz w:val="18"/>
                <w:lang w:val="fr-FR"/>
              </w:rPr>
              <w:t>UTILITĂȚI · GARAJE ȘI PARCAJE · AMENAJĂRI EXTERIOARE</w:t>
            </w:r>
          </w:p>
        </w:tc>
      </w:tr>
      <w:tr w:rsidR="003C7CA3" w:rsidRPr="00F61A70" w14:paraId="6B8C0C3F" w14:textId="77777777">
        <w:trPr>
          <w:cantSplit/>
        </w:trPr>
        <w:tc>
          <w:tcPr>
            <w:tcW w:w="9636" w:type="dxa"/>
            <w:gridSpan w:val="6"/>
          </w:tcPr>
          <w:p w14:paraId="61894E4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proofErr w:type="spellStart"/>
            <w:r w:rsidRPr="005B29C5">
              <w:rPr>
                <w:sz w:val="16"/>
                <w:lang w:val="fr-FR"/>
              </w:rPr>
              <w:t>apă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canalizare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electrică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energie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r w:rsidRPr="005B29C5">
              <w:rPr>
                <w:sz w:val="16"/>
                <w:lang w:val="fr-FR"/>
              </w:rPr>
              <w:t>termică</w:t>
            </w:r>
            <w:proofErr w:type="spellEnd"/>
            <w:r w:rsidRPr="005B29C5">
              <w:rPr>
                <w:sz w:val="16"/>
                <w:lang w:val="fr-FR"/>
              </w:rPr>
              <w:t xml:space="preserve">     ☐ gaze </w:t>
            </w:r>
            <w:proofErr w:type="spellStart"/>
            <w:r w:rsidRPr="005B29C5">
              <w:rPr>
                <w:sz w:val="16"/>
                <w:lang w:val="fr-FR"/>
              </w:rPr>
              <w:t>naturale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telefonizare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salubritate</w:t>
            </w:r>
            <w:proofErr w:type="spellEnd"/>
            <w:r w:rsidRPr="005B29C5">
              <w:rPr>
                <w:sz w:val="16"/>
                <w:lang w:val="fr-FR"/>
              </w:rPr>
              <w:t xml:space="preserve">     ☐ transport </w:t>
            </w:r>
            <w:proofErr w:type="spellStart"/>
            <w:r w:rsidRPr="005B29C5">
              <w:rPr>
                <w:sz w:val="16"/>
                <w:lang w:val="fr-FR"/>
              </w:rPr>
              <w:t>urban</w:t>
            </w:r>
            <w:proofErr w:type="spellEnd"/>
            <w:r w:rsidRPr="005B29C5">
              <w:rPr>
                <w:sz w:val="16"/>
                <w:lang w:val="fr-FR"/>
              </w:rPr>
              <w:t xml:space="preserve">     ☐ </w:t>
            </w:r>
            <w:proofErr w:type="spellStart"/>
            <w:r w:rsidRPr="005B29C5">
              <w:rPr>
                <w:sz w:val="16"/>
                <w:lang w:val="fr-FR"/>
              </w:rPr>
              <w:t>alte</w:t>
            </w:r>
            <w:proofErr w:type="spellEnd"/>
            <w:r w:rsidRPr="005B29C5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5B29C5">
              <w:rPr>
                <w:sz w:val="16"/>
                <w:lang w:val="fr-FR"/>
              </w:rPr>
              <w:t>utilități</w:t>
            </w:r>
            <w:proofErr w:type="spellEnd"/>
            <w:r w:rsidRPr="005B29C5">
              <w:rPr>
                <w:sz w:val="16"/>
                <w:lang w:val="fr-FR"/>
              </w:rPr>
              <w:t>:</w:t>
            </w:r>
            <w:proofErr w:type="gramEnd"/>
          </w:p>
        </w:tc>
      </w:tr>
      <w:tr w:rsidR="00C46767" w:rsidRPr="00F61A70" w14:paraId="27EC2DE3" w14:textId="77777777" w:rsidTr="00C46767">
        <w:trPr>
          <w:cantSplit/>
          <w:trHeight w:val="510"/>
        </w:trPr>
        <w:tc>
          <w:tcPr>
            <w:tcW w:w="2235" w:type="dxa"/>
            <w:gridSpan w:val="2"/>
          </w:tcPr>
          <w:p w14:paraId="76BECEA9" w14:textId="320759E1" w:rsidR="00C46767" w:rsidRDefault="00C46767">
            <w:pPr>
              <w:keepNext/>
            </w:pPr>
            <w:proofErr w:type="spellStart"/>
            <w:r>
              <w:rPr>
                <w:b/>
                <w:color w:val="0D5F78"/>
              </w:rPr>
              <w:t>garaje</w:t>
            </w:r>
            <w:proofErr w:type="spellEnd"/>
            <w:r>
              <w:rPr>
                <w:b/>
                <w:color w:val="0D5F78"/>
              </w:rPr>
              <w:t xml:space="preserve"> — nr. </w:t>
            </w:r>
            <w:proofErr w:type="spellStart"/>
            <w:r>
              <w:rPr>
                <w:b/>
                <w:color w:val="0D5F78"/>
              </w:rPr>
              <w:t>locuri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110B1A51" w14:textId="77777777" w:rsidR="00C46767" w:rsidRDefault="00C46767">
            <w:pPr>
              <w:keepNext/>
            </w:pPr>
          </w:p>
        </w:tc>
        <w:tc>
          <w:tcPr>
            <w:tcW w:w="1842" w:type="dxa"/>
          </w:tcPr>
          <w:p w14:paraId="0ABBB532" w14:textId="77777777" w:rsidR="00C46767" w:rsidRPr="00C46767" w:rsidRDefault="00C46767">
            <w:pPr>
              <w:keepNext/>
              <w:rPr>
                <w:lang w:val="fr-FR"/>
              </w:rPr>
            </w:pP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parcaje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— nr. </w:t>
            </w: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</w:p>
        </w:tc>
        <w:tc>
          <w:tcPr>
            <w:tcW w:w="2347" w:type="dxa"/>
          </w:tcPr>
          <w:p w14:paraId="5E230273" w14:textId="480ECC30" w:rsidR="00C46767" w:rsidRPr="00C46767" w:rsidRDefault="00C46767" w:rsidP="00C46767">
            <w:pPr>
              <w:rPr>
                <w:lang w:val="fr-FR"/>
              </w:rPr>
            </w:pPr>
            <w:proofErr w:type="spellStart"/>
            <w:proofErr w:type="gramStart"/>
            <w:r>
              <w:rPr>
                <w:b/>
                <w:color w:val="0D5F78"/>
                <w:lang w:val="fr-FR"/>
              </w:rPr>
              <w:t>p</w:t>
            </w:r>
            <w:r w:rsidRPr="00C46767">
              <w:rPr>
                <w:b/>
                <w:color w:val="0D5F78"/>
                <w:lang w:val="fr-FR"/>
              </w:rPr>
              <w:t>arc</w:t>
            </w:r>
            <w:r>
              <w:rPr>
                <w:b/>
                <w:color w:val="0D5F78"/>
                <w:lang w:val="fr-FR"/>
              </w:rPr>
              <w:t>aje</w:t>
            </w:r>
            <w:proofErr w:type="spellEnd"/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  <w:lang w:val="fr-FR"/>
              </w:rPr>
              <w:t>pentru</w:t>
            </w:r>
            <w:proofErr w:type="spellEnd"/>
            <w:r w:rsidRPr="00C46767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C46767">
              <w:rPr>
                <w:b/>
                <w:color w:val="0D5F78"/>
                <w:lang w:val="fr-FR"/>
              </w:rPr>
              <w:t>biciclete</w:t>
            </w:r>
            <w:proofErr w:type="spellEnd"/>
            <w:r w:rsidRPr="00C46767">
              <w:rPr>
                <w:b/>
                <w:color w:val="0D5F78"/>
                <w:lang w:val="fr-FR"/>
              </w:rPr>
              <w:t xml:space="preserve"> – nr. </w:t>
            </w:r>
            <w:proofErr w:type="spellStart"/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spellEnd"/>
            <w:proofErr w:type="gramEnd"/>
          </w:p>
          <w:p w14:paraId="1B5BA92E" w14:textId="423BC9DB" w:rsidR="00C46767" w:rsidRPr="00C46767" w:rsidRDefault="00C46767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2"/>
          </w:tcPr>
          <w:p w14:paraId="26761444" w14:textId="77777777" w:rsidR="00C46767" w:rsidRPr="005B29C5" w:rsidRDefault="00C46767">
            <w:pPr>
              <w:keepNext/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alei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carosabile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inclusiv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parcaje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sol (m²)</w:t>
            </w:r>
          </w:p>
          <w:p w14:paraId="1AF44448" w14:textId="77777777" w:rsidR="00C46767" w:rsidRPr="005B29C5" w:rsidRDefault="00C46767">
            <w:pPr>
              <w:keepNext/>
              <w:rPr>
                <w:lang w:val="fr-FR"/>
              </w:rPr>
            </w:pPr>
          </w:p>
        </w:tc>
      </w:tr>
      <w:tr w:rsidR="003C7CA3" w14:paraId="6E7FDA17" w14:textId="77777777" w:rsidTr="00C46767">
        <w:trPr>
          <w:cantSplit/>
          <w:trHeight w:val="510"/>
        </w:trPr>
        <w:tc>
          <w:tcPr>
            <w:tcW w:w="1606" w:type="dxa"/>
          </w:tcPr>
          <w:p w14:paraId="2AA92BFE" w14:textId="77777777" w:rsidR="003C7CA3" w:rsidRDefault="003454F7">
            <w:proofErr w:type="spellStart"/>
            <w:r>
              <w:rPr>
                <w:b/>
                <w:color w:val="0D5F78"/>
              </w:rPr>
              <w:t>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pietonale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37097089" w14:textId="77777777" w:rsidR="003C7CA3" w:rsidRDefault="003C7CA3"/>
        </w:tc>
        <w:tc>
          <w:tcPr>
            <w:tcW w:w="2471" w:type="dxa"/>
            <w:gridSpan w:val="2"/>
          </w:tcPr>
          <w:p w14:paraId="002F19A1" w14:textId="77777777" w:rsidR="003C7CA3" w:rsidRPr="005B29C5" w:rsidRDefault="003454F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alte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platforme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nivelul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solului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(m²)</w:t>
            </w:r>
          </w:p>
          <w:p w14:paraId="29F6F182" w14:textId="77777777" w:rsidR="003C7CA3" w:rsidRDefault="003454F7">
            <w:proofErr w:type="spellStart"/>
            <w:r>
              <w:rPr>
                <w:i/>
                <w:color w:val="7A7A7A"/>
              </w:rPr>
              <w:t>deșeuri</w:t>
            </w:r>
            <w:proofErr w:type="spellEnd"/>
            <w:r>
              <w:rPr>
                <w:i/>
                <w:color w:val="7A7A7A"/>
              </w:rPr>
              <w:t xml:space="preserve"> etc.</w:t>
            </w:r>
          </w:p>
          <w:p w14:paraId="019BCEAA" w14:textId="77777777" w:rsidR="003C7CA3" w:rsidRDefault="003C7CA3"/>
        </w:tc>
        <w:tc>
          <w:tcPr>
            <w:tcW w:w="3953" w:type="dxa"/>
            <w:gridSpan w:val="2"/>
          </w:tcPr>
          <w:p w14:paraId="515407BB" w14:textId="77777777" w:rsidR="003C7CA3" w:rsidRPr="005B29C5" w:rsidRDefault="003454F7">
            <w:pPr>
              <w:rPr>
                <w:lang w:val="fr-FR"/>
              </w:rPr>
            </w:pPr>
            <w:proofErr w:type="spellStart"/>
            <w:proofErr w:type="gramStart"/>
            <w:r w:rsidRPr="005B29C5">
              <w:rPr>
                <w:b/>
                <w:color w:val="0D5F78"/>
                <w:lang w:val="fr-FR"/>
              </w:rPr>
              <w:t>arbori</w:t>
            </w:r>
            <w:proofErr w:type="spellEnd"/>
            <w:proofErr w:type="gram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tăiați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menținuți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/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plantați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(nr.)</w:t>
            </w:r>
          </w:p>
          <w:p w14:paraId="1FB95EB6" w14:textId="77777777" w:rsidR="003C7CA3" w:rsidRPr="005B29C5" w:rsidRDefault="003C7CA3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5733FE4" w14:textId="77777777" w:rsidR="003C7CA3" w:rsidRDefault="003454F7">
            <w:proofErr w:type="spellStart"/>
            <w:r>
              <w:rPr>
                <w:b/>
                <w:color w:val="0D5F78"/>
              </w:rPr>
              <w:t>spații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verzi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5166C427" w14:textId="77777777" w:rsidR="003C7CA3" w:rsidRDefault="003C7CA3"/>
        </w:tc>
      </w:tr>
    </w:tbl>
    <w:p w14:paraId="39DEA0F6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3C7CA3" w:rsidRPr="00F61A70" w14:paraId="09A1594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D1D9E8" w14:textId="5C533AE5" w:rsidR="003C7CA3" w:rsidRPr="00481869" w:rsidRDefault="003454F7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 7. </w:t>
            </w:r>
            <w:r w:rsidRPr="00481869">
              <w:rPr>
                <w:b/>
                <w:color w:val="000000"/>
                <w:sz w:val="18"/>
                <w:lang w:val="fr-FR"/>
              </w:rPr>
              <w:t xml:space="preserve">MĂSURI </w:t>
            </w:r>
            <w:r w:rsidR="00481869" w:rsidRPr="00481869">
              <w:rPr>
                <w:b/>
                <w:color w:val="000000"/>
                <w:sz w:val="18"/>
                <w:lang w:val="fr-FR"/>
              </w:rPr>
              <w:t xml:space="preserve">DE PROTECȚIE </w:t>
            </w:r>
            <w:r w:rsidR="00481869">
              <w:rPr>
                <w:b/>
                <w:color w:val="000000"/>
                <w:sz w:val="18"/>
                <w:lang w:val="fr-FR"/>
              </w:rPr>
              <w:t>A MEDIULUI/SECURITATE LA INCENDIU/PROTECTIE CIVILA</w:t>
            </w:r>
          </w:p>
        </w:tc>
      </w:tr>
      <w:tr w:rsidR="003C7CA3" w:rsidRPr="00F61A70" w14:paraId="64A301DA" w14:textId="77777777">
        <w:trPr>
          <w:cantSplit/>
          <w:trHeight w:val="510"/>
        </w:trPr>
        <w:tc>
          <w:tcPr>
            <w:tcW w:w="4818" w:type="dxa"/>
          </w:tcPr>
          <w:p w14:paraId="0DEA8A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Modul de </w:t>
            </w:r>
            <w:proofErr w:type="spellStart"/>
            <w:r>
              <w:rPr>
                <w:b/>
                <w:color w:val="0D5F78"/>
              </w:rPr>
              <w:t>evacuare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deșeurilor</w:t>
            </w:r>
            <w:proofErr w:type="spellEnd"/>
          </w:p>
          <w:p w14:paraId="79D21EEF" w14:textId="77777777" w:rsidR="003C7CA3" w:rsidRDefault="003C7CA3">
            <w:pPr>
              <w:keepNext/>
            </w:pPr>
          </w:p>
        </w:tc>
        <w:tc>
          <w:tcPr>
            <w:tcW w:w="4818" w:type="dxa"/>
          </w:tcPr>
          <w:p w14:paraId="0CF99D41" w14:textId="6EA15F11" w:rsidR="003C7CA3" w:rsidRPr="005B29C5" w:rsidRDefault="00B0669A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Alte </w:t>
            </w:r>
            <w:proofErr w:type="spellStart"/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și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protecție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civilă</w:t>
            </w:r>
            <w:proofErr w:type="spellEnd"/>
          </w:p>
          <w:p w14:paraId="5F1285C7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14:paraId="3A6BBC96" w14:textId="77777777">
        <w:trPr>
          <w:cantSplit/>
          <w:trHeight w:val="510"/>
        </w:trPr>
        <w:tc>
          <w:tcPr>
            <w:tcW w:w="4818" w:type="dxa"/>
          </w:tcPr>
          <w:p w14:paraId="5C8AEAE0" w14:textId="77777777" w:rsidR="003C7CA3" w:rsidRDefault="003454F7"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mediului</w:t>
            </w:r>
            <w:proofErr w:type="spellEnd"/>
          </w:p>
          <w:p w14:paraId="586175AE" w14:textId="77777777" w:rsidR="003C7CA3" w:rsidRDefault="003C7CA3"/>
        </w:tc>
        <w:tc>
          <w:tcPr>
            <w:tcW w:w="4818" w:type="dxa"/>
          </w:tcPr>
          <w:p w14:paraId="2DEC7A0A" w14:textId="181A6029" w:rsidR="003C7CA3" w:rsidRDefault="003454F7">
            <w:r>
              <w:rPr>
                <w:b/>
                <w:color w:val="0D5F78"/>
              </w:rPr>
              <w:t xml:space="preserve">Alte </w:t>
            </w:r>
            <w:proofErr w:type="spellStart"/>
            <w:r w:rsidR="00481869">
              <w:rPr>
                <w:b/>
                <w:color w:val="0D5F78"/>
              </w:rPr>
              <w:t>măsuri</w:t>
            </w:r>
            <w:proofErr w:type="spellEnd"/>
            <w:r w:rsidR="00481869">
              <w:rPr>
                <w:b/>
                <w:color w:val="0D5F78"/>
              </w:rPr>
              <w:t xml:space="preserve"> </w:t>
            </w:r>
            <w:proofErr w:type="spellStart"/>
            <w:r w:rsidR="009E435D">
              <w:rPr>
                <w:b/>
                <w:color w:val="0D5F78"/>
              </w:rPr>
              <w:t>specifice</w:t>
            </w:r>
            <w:proofErr w:type="spellEnd"/>
            <w:r w:rsidR="009E435D">
              <w:rPr>
                <w:b/>
                <w:color w:val="0D5F78"/>
              </w:rPr>
              <w:t>:</w:t>
            </w:r>
          </w:p>
          <w:p w14:paraId="6412A5B3" w14:textId="77777777" w:rsidR="003C7CA3" w:rsidRDefault="003C7CA3"/>
        </w:tc>
      </w:tr>
    </w:tbl>
    <w:p w14:paraId="522EAA4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3C7CA3" w14:paraId="5BCF341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47FD59" w14:textId="1C8D5E4A" w:rsidR="003C7CA3" w:rsidRDefault="003454F7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3C7CA3" w14:paraId="2FAD5169" w14:textId="77777777">
        <w:trPr>
          <w:cantSplit/>
          <w:trHeight w:val="510"/>
        </w:trPr>
        <w:tc>
          <w:tcPr>
            <w:tcW w:w="4818" w:type="dxa"/>
          </w:tcPr>
          <w:p w14:paraId="370D703B" w14:textId="77777777" w:rsidR="003C7CA3" w:rsidRDefault="003454F7"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9974B2C" w14:textId="77777777" w:rsidR="003C7CA3" w:rsidRDefault="003C7CA3"/>
        </w:tc>
        <w:tc>
          <w:tcPr>
            <w:tcW w:w="1606" w:type="dxa"/>
          </w:tcPr>
          <w:p w14:paraId="5C2B9240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0E969518" w14:textId="77777777" w:rsidR="003C7CA3" w:rsidRDefault="003C7CA3"/>
        </w:tc>
        <w:tc>
          <w:tcPr>
            <w:tcW w:w="3212" w:type="dxa"/>
          </w:tcPr>
          <w:p w14:paraId="41E26627" w14:textId="77777777" w:rsidR="003C7CA3" w:rsidRDefault="003454F7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parafa</w:t>
            </w:r>
            <w:proofErr w:type="spellEnd"/>
          </w:p>
          <w:p w14:paraId="2575B4FF" w14:textId="77777777" w:rsidR="003C7CA3" w:rsidRDefault="003C7CA3"/>
        </w:tc>
      </w:tr>
    </w:tbl>
    <w:p w14:paraId="2718FA8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1606"/>
        <w:gridCol w:w="803"/>
        <w:gridCol w:w="3212"/>
      </w:tblGrid>
      <w:tr w:rsidR="003C7CA3" w14:paraId="789B3316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044F7DD6" w14:textId="6A35DD59" w:rsidR="003C7CA3" w:rsidRDefault="003454F7">
            <w:pPr>
              <w:keepNext/>
            </w:pPr>
            <w:r>
              <w:rPr>
                <w:b/>
                <w:sz w:val="16"/>
              </w:rPr>
              <w:t xml:space="preserve"> 9. </w:t>
            </w:r>
            <w:r>
              <w:rPr>
                <w:b/>
                <w:color w:val="000000"/>
                <w:sz w:val="18"/>
              </w:rPr>
              <w:t>COMUNICAREA ÎN REGISTRUL NAȚIONAL AL CLĂDIRILOR</w:t>
            </w:r>
          </w:p>
        </w:tc>
      </w:tr>
      <w:tr w:rsidR="003C7CA3" w14:paraId="09C9D1CA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503C39B" w14:textId="77777777" w:rsidR="003C7CA3" w:rsidRDefault="003454F7">
            <w:pPr>
              <w:keepNext/>
            </w:pPr>
            <w:proofErr w:type="spellStart"/>
            <w:r>
              <w:rPr>
                <w:b/>
                <w:color w:val="0D5F78"/>
              </w:rPr>
              <w:t>Clădirea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fost</w:t>
            </w:r>
            <w:proofErr w:type="spellEnd"/>
          </w:p>
          <w:p w14:paraId="2C7411D0" w14:textId="77777777" w:rsidR="003C7CA3" w:rsidRDefault="003454F7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identificată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registru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declarată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acum</w:t>
            </w:r>
            <w:proofErr w:type="spellEnd"/>
          </w:p>
        </w:tc>
        <w:tc>
          <w:tcPr>
            <w:tcW w:w="2409" w:type="dxa"/>
            <w:gridSpan w:val="2"/>
          </w:tcPr>
          <w:p w14:paraId="7BDC1FD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NIS </w:t>
            </w:r>
            <w:proofErr w:type="spellStart"/>
            <w:r>
              <w:rPr>
                <w:b/>
                <w:color w:val="0D5F78"/>
              </w:rPr>
              <w:t>atribuit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confirmat</w:t>
            </w:r>
            <w:proofErr w:type="spellEnd"/>
          </w:p>
          <w:p w14:paraId="46BD8B2A" w14:textId="77777777" w:rsidR="003C7CA3" w:rsidRDefault="003C7CA3">
            <w:pPr>
              <w:keepNext/>
            </w:pPr>
          </w:p>
        </w:tc>
        <w:tc>
          <w:tcPr>
            <w:tcW w:w="3212" w:type="dxa"/>
          </w:tcPr>
          <w:p w14:paraId="709096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investiție</w:t>
            </w:r>
            <w:proofErr w:type="spellEnd"/>
          </w:p>
          <w:p w14:paraId="75D7BD10" w14:textId="77777777" w:rsidR="003C7CA3" w:rsidRDefault="003454F7">
            <w:pPr>
              <w:keepNext/>
            </w:pPr>
            <w:proofErr w:type="spellStart"/>
            <w:r>
              <w:rPr>
                <w:i/>
                <w:color w:val="7A7A7A"/>
              </w:rPr>
              <w:t>dacă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lucrarea</w:t>
            </w:r>
            <w:proofErr w:type="spellEnd"/>
            <w:r>
              <w:rPr>
                <w:i/>
                <w:color w:val="7A7A7A"/>
              </w:rPr>
              <w:t xml:space="preserve"> e </w:t>
            </w:r>
            <w:proofErr w:type="spellStart"/>
            <w:r>
              <w:rPr>
                <w:i/>
                <w:color w:val="7A7A7A"/>
              </w:rPr>
              <w:t>legată</w:t>
            </w:r>
            <w:proofErr w:type="spellEnd"/>
            <w:r>
              <w:rPr>
                <w:i/>
                <w:color w:val="7A7A7A"/>
              </w:rPr>
              <w:t xml:space="preserve"> de o </w:t>
            </w:r>
            <w:proofErr w:type="spellStart"/>
            <w:r>
              <w:rPr>
                <w:i/>
                <w:color w:val="7A7A7A"/>
              </w:rPr>
              <w:t>investiție</w:t>
            </w:r>
            <w:proofErr w:type="spellEnd"/>
          </w:p>
          <w:p w14:paraId="707D1635" w14:textId="77777777" w:rsidR="003C7CA3" w:rsidRDefault="003C7CA3">
            <w:pPr>
              <w:keepNext/>
            </w:pPr>
          </w:p>
        </w:tc>
      </w:tr>
      <w:tr w:rsidR="003C7CA3" w14:paraId="404DE9B4" w14:textId="77777777">
        <w:trPr>
          <w:cantSplit/>
          <w:trHeight w:val="510"/>
        </w:trPr>
        <w:tc>
          <w:tcPr>
            <w:tcW w:w="2409" w:type="dxa"/>
          </w:tcPr>
          <w:p w14:paraId="1E81E077" w14:textId="77777777" w:rsidR="003C7CA3" w:rsidRDefault="003454F7"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comunicării</w:t>
            </w:r>
            <w:proofErr w:type="spellEnd"/>
          </w:p>
          <w:p w14:paraId="778D03E7" w14:textId="77777777" w:rsidR="003C7CA3" w:rsidRDefault="003C7CA3"/>
        </w:tc>
        <w:tc>
          <w:tcPr>
            <w:tcW w:w="3212" w:type="dxa"/>
            <w:gridSpan w:val="2"/>
          </w:tcPr>
          <w:p w14:paraId="77DBAA7A" w14:textId="77777777" w:rsidR="003C7CA3" w:rsidRDefault="003454F7"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tranzacției</w:t>
            </w:r>
            <w:proofErr w:type="spellEnd"/>
          </w:p>
          <w:p w14:paraId="41280A5F" w14:textId="77777777" w:rsidR="003C7CA3" w:rsidRDefault="003C7CA3"/>
        </w:tc>
        <w:tc>
          <w:tcPr>
            <w:tcW w:w="4015" w:type="dxa"/>
            <w:gridSpan w:val="2"/>
          </w:tcPr>
          <w:p w14:paraId="3822C8B0" w14:textId="77777777" w:rsidR="003C7CA3" w:rsidRDefault="003454F7">
            <w:proofErr w:type="spellStart"/>
            <w:r>
              <w:rPr>
                <w:b/>
                <w:color w:val="0D5F78"/>
              </w:rPr>
              <w:t>Comunicat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979CA2D" w14:textId="77777777" w:rsidR="003C7CA3" w:rsidRDefault="003C7CA3"/>
        </w:tc>
      </w:tr>
    </w:tbl>
    <w:p w14:paraId="080B7191" w14:textId="77777777" w:rsidR="003C7CA3" w:rsidRDefault="003C7CA3">
      <w:pPr>
        <w:spacing w:line="168" w:lineRule="auto"/>
      </w:pPr>
    </w:p>
    <w:p w14:paraId="0A206510" w14:textId="77777777" w:rsidR="00913191" w:rsidRDefault="00913191">
      <w:pPr>
        <w:spacing w:line="168" w:lineRule="auto"/>
      </w:pPr>
    </w:p>
    <w:p w14:paraId="763CAB70" w14:textId="557CB50E" w:rsidR="00913191" w:rsidRPr="00913191" w:rsidRDefault="00913191" w:rsidP="00913191">
      <w:pPr>
        <w:rPr>
          <w:sz w:val="20"/>
          <w:szCs w:val="20"/>
          <w:u w:val="single"/>
        </w:rPr>
      </w:pPr>
      <w:proofErr w:type="spellStart"/>
      <w:r w:rsidRPr="00913191">
        <w:rPr>
          <w:sz w:val="20"/>
          <w:szCs w:val="20"/>
          <w:u w:val="single"/>
        </w:rPr>
        <w:t>Punctele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>10</w:t>
      </w:r>
      <w:r w:rsidRPr="00913191">
        <w:rPr>
          <w:sz w:val="20"/>
          <w:szCs w:val="20"/>
          <w:u w:val="single"/>
        </w:rPr>
        <w:t>-</w:t>
      </w:r>
      <w:r>
        <w:rPr>
          <w:sz w:val="20"/>
          <w:szCs w:val="20"/>
          <w:u w:val="single"/>
        </w:rPr>
        <w:t>1</w:t>
      </w:r>
      <w:r w:rsidR="00481869">
        <w:rPr>
          <w:sz w:val="20"/>
          <w:szCs w:val="20"/>
          <w:u w:val="single"/>
        </w:rPr>
        <w:t xml:space="preserve">3 </w:t>
      </w:r>
      <w:r w:rsidRPr="00913191">
        <w:rPr>
          <w:sz w:val="20"/>
          <w:szCs w:val="20"/>
          <w:u w:val="single"/>
        </w:rPr>
        <w:t xml:space="preserve">se </w:t>
      </w:r>
      <w:proofErr w:type="spellStart"/>
      <w:r w:rsidRPr="00913191">
        <w:rPr>
          <w:sz w:val="20"/>
          <w:szCs w:val="20"/>
          <w:u w:val="single"/>
        </w:rPr>
        <w:t>completeaza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în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cazul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amenjărilor</w:t>
      </w:r>
      <w:proofErr w:type="spellEnd"/>
      <w:r w:rsidRPr="00913191">
        <w:rPr>
          <w:sz w:val="20"/>
          <w:szCs w:val="20"/>
          <w:u w:val="single"/>
        </w:rPr>
        <w:t xml:space="preserve"> /</w:t>
      </w:r>
      <w:proofErr w:type="spellStart"/>
      <w:r w:rsidRPr="00913191">
        <w:rPr>
          <w:sz w:val="20"/>
          <w:szCs w:val="20"/>
          <w:u w:val="single"/>
        </w:rPr>
        <w:t>lucrărilor</w:t>
      </w:r>
      <w:proofErr w:type="spellEnd"/>
      <w:r w:rsidRPr="00913191">
        <w:rPr>
          <w:sz w:val="20"/>
          <w:szCs w:val="20"/>
          <w:u w:val="single"/>
        </w:rPr>
        <w:t xml:space="preserve"> </w:t>
      </w:r>
      <w:proofErr w:type="spellStart"/>
      <w:r w:rsidRPr="00913191">
        <w:rPr>
          <w:sz w:val="20"/>
          <w:szCs w:val="20"/>
          <w:u w:val="single"/>
        </w:rPr>
        <w:t>inginerești</w:t>
      </w:r>
      <w:proofErr w:type="spellEnd"/>
    </w:p>
    <w:p w14:paraId="67473F2C" w14:textId="77777777" w:rsidR="00913191" w:rsidRPr="00913191" w:rsidRDefault="00913191">
      <w:pPr>
        <w:spacing w:line="168" w:lineRule="auto"/>
      </w:pPr>
    </w:p>
    <w:p w14:paraId="088990E5" w14:textId="77777777" w:rsidR="00913191" w:rsidRPr="00913191" w:rsidRDefault="00913191">
      <w:pPr>
        <w:spacing w:line="168" w:lineRule="auto"/>
      </w:pPr>
    </w:p>
    <w:p w14:paraId="26959348" w14:textId="77777777" w:rsidR="00913191" w:rsidRPr="00913191" w:rsidRDefault="00913191">
      <w:pPr>
        <w:spacing w:line="168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913191" w14:paraId="15E654A6" w14:textId="77777777" w:rsidTr="00303E64">
        <w:tc>
          <w:tcPr>
            <w:tcW w:w="9636" w:type="dxa"/>
            <w:shd w:val="clear" w:color="auto" w:fill="F4F4F4"/>
          </w:tcPr>
          <w:p w14:paraId="15526B2D" w14:textId="6391DFF7" w:rsidR="00481869" w:rsidRPr="00481869" w:rsidRDefault="00913191" w:rsidP="00303E64">
            <w:pPr>
              <w:rPr>
                <w:b/>
                <w:color w:val="000000"/>
                <w:sz w:val="18"/>
                <w:szCs w:val="18"/>
              </w:rPr>
            </w:pPr>
            <w:r w:rsidRPr="00481869">
              <w:rPr>
                <w:b/>
                <w:sz w:val="18"/>
                <w:szCs w:val="18"/>
              </w:rPr>
              <w:t xml:space="preserve">10.  </w:t>
            </w:r>
            <w:r w:rsidRPr="00481869">
              <w:rPr>
                <w:b/>
                <w:color w:val="000000"/>
                <w:sz w:val="18"/>
                <w:szCs w:val="18"/>
              </w:rPr>
              <w:t>DATELE CARACTERISTICE ALE AMPLASAMENTULUI</w:t>
            </w:r>
          </w:p>
        </w:tc>
      </w:tr>
      <w:tr w:rsidR="00913191" w14:paraId="35BBF072" w14:textId="77777777" w:rsidTr="00303E64">
        <w:trPr>
          <w:trHeight w:val="311"/>
        </w:trPr>
        <w:tc>
          <w:tcPr>
            <w:tcW w:w="9636" w:type="dxa"/>
          </w:tcPr>
          <w:p w14:paraId="404A19BB" w14:textId="77777777" w:rsidR="00913191" w:rsidRDefault="00913191" w:rsidP="00303E64"/>
          <w:p w14:paraId="75C9E1F6" w14:textId="77777777" w:rsidR="00913191" w:rsidRDefault="00913191" w:rsidP="00303E64"/>
          <w:p w14:paraId="5CEEA210" w14:textId="77777777" w:rsidR="00913191" w:rsidRDefault="00913191" w:rsidP="00303E64"/>
          <w:p w14:paraId="49CC17DA" w14:textId="77777777" w:rsidR="00913191" w:rsidRDefault="00913191" w:rsidP="00303E64"/>
        </w:tc>
      </w:tr>
      <w:tr w:rsidR="00913191" w:rsidRPr="00F61A70" w14:paraId="64B1AEFE" w14:textId="77777777" w:rsidTr="00481869">
        <w:trPr>
          <w:trHeight w:val="311"/>
        </w:trPr>
        <w:tc>
          <w:tcPr>
            <w:tcW w:w="9636" w:type="dxa"/>
            <w:shd w:val="clear" w:color="auto" w:fill="F2F2F2" w:themeFill="background1" w:themeFillShade="F2"/>
          </w:tcPr>
          <w:p w14:paraId="06040E9F" w14:textId="73498F5D" w:rsidR="00913191" w:rsidRPr="00481869" w:rsidRDefault="00913191" w:rsidP="00303E64">
            <w:pPr>
              <w:rPr>
                <w:sz w:val="18"/>
                <w:szCs w:val="18"/>
                <w:lang w:val="fr-FR"/>
              </w:rPr>
            </w:pPr>
            <w:r w:rsidRPr="00481869">
              <w:rPr>
                <w:b/>
                <w:sz w:val="18"/>
                <w:szCs w:val="18"/>
                <w:lang w:val="fr-FR"/>
              </w:rPr>
              <w:t xml:space="preserve">11.  CARACTERISTICI TEHNICE SI </w:t>
            </w:r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CAPACITĂȚI </w:t>
            </w:r>
            <w:proofErr w:type="gramStart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>FUNCȚIONALE  SPECIFICE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</w:tr>
      <w:tr w:rsidR="00913191" w:rsidRPr="00F61A70" w14:paraId="6CA09AF3" w14:textId="77777777" w:rsidTr="00303E64">
        <w:trPr>
          <w:trHeight w:val="311"/>
        </w:trPr>
        <w:tc>
          <w:tcPr>
            <w:tcW w:w="9636" w:type="dxa"/>
          </w:tcPr>
          <w:p w14:paraId="0F93402F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F1212DC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36A35DA" w14:textId="77777777" w:rsidR="00913191" w:rsidRPr="00913191" w:rsidRDefault="00913191" w:rsidP="00303E64">
            <w:pPr>
              <w:rPr>
                <w:lang w:val="fr-FR"/>
              </w:rPr>
            </w:pPr>
          </w:p>
        </w:tc>
      </w:tr>
    </w:tbl>
    <w:p w14:paraId="57F60CB5" w14:textId="77777777" w:rsidR="00913191" w:rsidRDefault="0091319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481869" w:rsidRPr="00F61A70" w14:paraId="48814357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149411" w14:textId="5CE759DD" w:rsidR="00481869" w:rsidRPr="00481869" w:rsidRDefault="00481869" w:rsidP="00303E64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12. </w:t>
            </w:r>
            <w:r w:rsidRPr="00481869">
              <w:rPr>
                <w:b/>
                <w:color w:val="000000"/>
                <w:sz w:val="18"/>
                <w:lang w:val="fr-FR"/>
              </w:rPr>
              <w:t>MĂSURI DE PROTECTIE A M</w:t>
            </w:r>
            <w:r>
              <w:rPr>
                <w:b/>
                <w:color w:val="000000"/>
                <w:sz w:val="18"/>
                <w:lang w:val="fr-FR"/>
              </w:rPr>
              <w:t>EDIULUI / SECURITATE LA INCENDIU</w:t>
            </w:r>
          </w:p>
        </w:tc>
      </w:tr>
      <w:tr w:rsidR="00481869" w:rsidRPr="005B29C5" w14:paraId="0827F875" w14:textId="77777777" w:rsidTr="00303E64">
        <w:trPr>
          <w:cantSplit/>
          <w:trHeight w:val="510"/>
        </w:trPr>
        <w:tc>
          <w:tcPr>
            <w:tcW w:w="4818" w:type="dxa"/>
          </w:tcPr>
          <w:p w14:paraId="2201417D" w14:textId="77777777" w:rsidR="00481869" w:rsidRDefault="00481869" w:rsidP="00303E64">
            <w:pPr>
              <w:keepNext/>
            </w:pPr>
            <w:r>
              <w:rPr>
                <w:b/>
                <w:color w:val="0D5F78"/>
              </w:rPr>
              <w:t xml:space="preserve">Modul de </w:t>
            </w:r>
            <w:proofErr w:type="spellStart"/>
            <w:r>
              <w:rPr>
                <w:b/>
                <w:color w:val="0D5F78"/>
              </w:rPr>
              <w:t>evacuare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deșeurilor</w:t>
            </w:r>
            <w:proofErr w:type="spellEnd"/>
          </w:p>
          <w:p w14:paraId="253A2CEE" w14:textId="77777777" w:rsidR="00481869" w:rsidRDefault="00481869" w:rsidP="00303E64">
            <w:pPr>
              <w:keepNext/>
            </w:pPr>
          </w:p>
        </w:tc>
        <w:tc>
          <w:tcPr>
            <w:tcW w:w="4818" w:type="dxa"/>
          </w:tcPr>
          <w:p w14:paraId="43DA7C1B" w14:textId="3909995D" w:rsidR="00481869" w:rsidRPr="005B29C5" w:rsidRDefault="00481869" w:rsidP="00303E64">
            <w:pPr>
              <w:keepNext/>
              <w:rPr>
                <w:lang w:val="fr-FR"/>
              </w:rPr>
            </w:pPr>
            <w:proofErr w:type="spellStart"/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5B29C5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5B29C5">
              <w:rPr>
                <w:b/>
                <w:color w:val="0D5F78"/>
                <w:lang w:val="fr-FR"/>
              </w:rPr>
              <w:t>incendiu</w:t>
            </w:r>
            <w:proofErr w:type="spellEnd"/>
          </w:p>
          <w:p w14:paraId="2FD7E2E3" w14:textId="77777777" w:rsidR="00481869" w:rsidRPr="005B29C5" w:rsidRDefault="00481869" w:rsidP="00303E64">
            <w:pPr>
              <w:keepNext/>
              <w:rPr>
                <w:lang w:val="fr-FR"/>
              </w:rPr>
            </w:pPr>
          </w:p>
        </w:tc>
      </w:tr>
      <w:tr w:rsidR="00481869" w14:paraId="6A3E6F3D" w14:textId="77777777" w:rsidTr="00303E64">
        <w:trPr>
          <w:cantSplit/>
          <w:trHeight w:val="510"/>
        </w:trPr>
        <w:tc>
          <w:tcPr>
            <w:tcW w:w="4818" w:type="dxa"/>
          </w:tcPr>
          <w:p w14:paraId="007359C1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mediului</w:t>
            </w:r>
            <w:proofErr w:type="spellEnd"/>
          </w:p>
          <w:p w14:paraId="6446EBE5" w14:textId="77777777" w:rsidR="00481869" w:rsidRDefault="00481869" w:rsidP="00303E64"/>
        </w:tc>
        <w:tc>
          <w:tcPr>
            <w:tcW w:w="4818" w:type="dxa"/>
          </w:tcPr>
          <w:p w14:paraId="0FD4A589" w14:textId="1EE59EF2" w:rsidR="00481869" w:rsidRDefault="00481869" w:rsidP="00303E64">
            <w:proofErr w:type="gramStart"/>
            <w:r>
              <w:rPr>
                <w:b/>
                <w:color w:val="0D5F78"/>
              </w:rPr>
              <w:t xml:space="preserve">Alte  </w:t>
            </w:r>
            <w:proofErr w:type="spellStart"/>
            <w:r>
              <w:rPr>
                <w:b/>
                <w:color w:val="0D5F78"/>
              </w:rPr>
              <w:t>măsuri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specifice</w:t>
            </w:r>
            <w:proofErr w:type="spellEnd"/>
          </w:p>
          <w:p w14:paraId="6BDF2294" w14:textId="77777777" w:rsidR="00481869" w:rsidRDefault="00481869" w:rsidP="00303E64"/>
        </w:tc>
      </w:tr>
    </w:tbl>
    <w:p w14:paraId="56875253" w14:textId="77777777" w:rsidR="00481869" w:rsidRDefault="00481869">
      <w:pPr>
        <w:spacing w:line="168" w:lineRule="auto"/>
        <w:rPr>
          <w:lang w:val="fr-FR"/>
        </w:rPr>
      </w:pPr>
    </w:p>
    <w:p w14:paraId="3C380F78" w14:textId="77777777" w:rsidR="00481869" w:rsidRDefault="0048186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481869" w14:paraId="05487BBA" w14:textId="77777777" w:rsidTr="00303E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CC38EC2" w14:textId="2887E864" w:rsidR="00481869" w:rsidRDefault="00481869" w:rsidP="00303E64">
            <w:pPr>
              <w:keepNext/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481869" w14:paraId="7D366BD0" w14:textId="77777777" w:rsidTr="00303E64">
        <w:trPr>
          <w:cantSplit/>
          <w:trHeight w:val="510"/>
        </w:trPr>
        <w:tc>
          <w:tcPr>
            <w:tcW w:w="4818" w:type="dxa"/>
          </w:tcPr>
          <w:p w14:paraId="48BF3A7A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prenumele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firma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6B334517" w14:textId="77777777" w:rsidR="00481869" w:rsidRDefault="00481869" w:rsidP="00303E64"/>
        </w:tc>
        <w:tc>
          <w:tcPr>
            <w:tcW w:w="1606" w:type="dxa"/>
          </w:tcPr>
          <w:p w14:paraId="28EE7D57" w14:textId="77777777" w:rsidR="00481869" w:rsidRDefault="00481869" w:rsidP="00303E64">
            <w:r>
              <w:rPr>
                <w:b/>
                <w:color w:val="0D5F78"/>
              </w:rPr>
              <w:t>Data</w:t>
            </w:r>
          </w:p>
          <w:p w14:paraId="604B415A" w14:textId="77777777" w:rsidR="00481869" w:rsidRDefault="00481869" w:rsidP="00303E64"/>
        </w:tc>
        <w:tc>
          <w:tcPr>
            <w:tcW w:w="3212" w:type="dxa"/>
          </w:tcPr>
          <w:p w14:paraId="4217163A" w14:textId="77777777" w:rsidR="00481869" w:rsidRDefault="00481869" w:rsidP="00303E64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parafa</w:t>
            </w:r>
            <w:proofErr w:type="spellEnd"/>
          </w:p>
          <w:p w14:paraId="0ABC8491" w14:textId="77777777" w:rsidR="00481869" w:rsidRDefault="00481869" w:rsidP="00303E64"/>
        </w:tc>
      </w:tr>
    </w:tbl>
    <w:p w14:paraId="6405C781" w14:textId="77777777" w:rsidR="00481869" w:rsidRPr="00913191" w:rsidRDefault="00481869">
      <w:pPr>
        <w:spacing w:line="168" w:lineRule="auto"/>
        <w:rPr>
          <w:lang w:val="fr-FR"/>
        </w:rPr>
      </w:pPr>
    </w:p>
    <w:sectPr w:rsidR="00481869" w:rsidRPr="00913191" w:rsidSect="002B61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454" w:left="1134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F6C1B" w14:textId="77777777" w:rsidR="00E815A6" w:rsidRDefault="00E815A6">
      <w:r>
        <w:separator/>
      </w:r>
    </w:p>
  </w:endnote>
  <w:endnote w:type="continuationSeparator" w:id="0">
    <w:p w14:paraId="00196137" w14:textId="77777777" w:rsidR="00E815A6" w:rsidRDefault="00E81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029F2" w14:textId="77777777" w:rsidR="00E37F27" w:rsidRDefault="00E37F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C1461" w14:textId="0660487A" w:rsidR="003C7CA3" w:rsidRDefault="003454F7">
    <w:pPr>
      <w:pStyle w:val="Footer"/>
      <w:tabs>
        <w:tab w:val="right" w:pos="9639"/>
      </w:tabs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5B29C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5B29C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9B6E5" w14:textId="77777777" w:rsidR="00E37F27" w:rsidRDefault="00E37F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CD1E2" w14:textId="77777777" w:rsidR="00E815A6" w:rsidRDefault="00E815A6">
      <w:r>
        <w:separator/>
      </w:r>
    </w:p>
  </w:footnote>
  <w:footnote w:type="continuationSeparator" w:id="0">
    <w:p w14:paraId="119DA35B" w14:textId="77777777" w:rsidR="00E815A6" w:rsidRDefault="00E81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ED2B5" w14:textId="77777777" w:rsidR="00E37F27" w:rsidRDefault="00E37F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110B0" w14:textId="57BD5E57" w:rsidR="002B61AC" w:rsidRDefault="002B61AC">
    <w:pPr>
      <w:pStyle w:val="Header"/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28B78" w14:textId="05EF2CCB" w:rsid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260ED929" w14:textId="22ADB072" w:rsidR="002B61AC" w:rsidRP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>
      <w:rPr>
        <w:color w:val="595959"/>
      </w:rPr>
      <w:t xml:space="preserve">F_A_01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506481586">
    <w:abstractNumId w:val="8"/>
  </w:num>
  <w:num w:numId="2" w16cid:durableId="1532691841">
    <w:abstractNumId w:val="6"/>
  </w:num>
  <w:num w:numId="3" w16cid:durableId="1220827624">
    <w:abstractNumId w:val="5"/>
  </w:num>
  <w:num w:numId="4" w16cid:durableId="883643476">
    <w:abstractNumId w:val="4"/>
  </w:num>
  <w:num w:numId="5" w16cid:durableId="824778013">
    <w:abstractNumId w:val="7"/>
  </w:num>
  <w:num w:numId="6" w16cid:durableId="255402907">
    <w:abstractNumId w:val="3"/>
  </w:num>
  <w:num w:numId="7" w16cid:durableId="1024594526">
    <w:abstractNumId w:val="2"/>
  </w:num>
  <w:num w:numId="8" w16cid:durableId="576524039">
    <w:abstractNumId w:val="1"/>
  </w:num>
  <w:num w:numId="9" w16cid:durableId="89203956">
    <w:abstractNumId w:val="0"/>
  </w:num>
  <w:num w:numId="10" w16cid:durableId="7855844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47E"/>
    <w:rsid w:val="00071E86"/>
    <w:rsid w:val="000A74F2"/>
    <w:rsid w:val="000E3B4C"/>
    <w:rsid w:val="00101DF4"/>
    <w:rsid w:val="001035A1"/>
    <w:rsid w:val="001162B8"/>
    <w:rsid w:val="001471E2"/>
    <w:rsid w:val="0015074B"/>
    <w:rsid w:val="001531A5"/>
    <w:rsid w:val="00166EFA"/>
    <w:rsid w:val="00194372"/>
    <w:rsid w:val="001C5287"/>
    <w:rsid w:val="001F7DA7"/>
    <w:rsid w:val="0029639D"/>
    <w:rsid w:val="002B61AC"/>
    <w:rsid w:val="002C7088"/>
    <w:rsid w:val="002E47B8"/>
    <w:rsid w:val="002E59F6"/>
    <w:rsid w:val="0031113E"/>
    <w:rsid w:val="00320CE5"/>
    <w:rsid w:val="00326F90"/>
    <w:rsid w:val="003454F7"/>
    <w:rsid w:val="00352A40"/>
    <w:rsid w:val="003C7CA3"/>
    <w:rsid w:val="003F45EC"/>
    <w:rsid w:val="003F6F31"/>
    <w:rsid w:val="0040778E"/>
    <w:rsid w:val="00464F18"/>
    <w:rsid w:val="00481869"/>
    <w:rsid w:val="00520A62"/>
    <w:rsid w:val="005375AB"/>
    <w:rsid w:val="00592393"/>
    <w:rsid w:val="005B2734"/>
    <w:rsid w:val="005B29C5"/>
    <w:rsid w:val="005F7791"/>
    <w:rsid w:val="0065322F"/>
    <w:rsid w:val="006A3E87"/>
    <w:rsid w:val="006C103E"/>
    <w:rsid w:val="006D21DD"/>
    <w:rsid w:val="006D56E7"/>
    <w:rsid w:val="0076757C"/>
    <w:rsid w:val="00786FC1"/>
    <w:rsid w:val="00792A99"/>
    <w:rsid w:val="0079364D"/>
    <w:rsid w:val="007A50C0"/>
    <w:rsid w:val="007E5D45"/>
    <w:rsid w:val="00845CDC"/>
    <w:rsid w:val="00860B9A"/>
    <w:rsid w:val="00863081"/>
    <w:rsid w:val="0087684C"/>
    <w:rsid w:val="008B4843"/>
    <w:rsid w:val="008E5E32"/>
    <w:rsid w:val="00913191"/>
    <w:rsid w:val="009249FB"/>
    <w:rsid w:val="00943810"/>
    <w:rsid w:val="00976543"/>
    <w:rsid w:val="009E0471"/>
    <w:rsid w:val="009E435D"/>
    <w:rsid w:val="00A3513B"/>
    <w:rsid w:val="00A80531"/>
    <w:rsid w:val="00A9115C"/>
    <w:rsid w:val="00A915DD"/>
    <w:rsid w:val="00AA1D8D"/>
    <w:rsid w:val="00B0669A"/>
    <w:rsid w:val="00B21ABB"/>
    <w:rsid w:val="00B40E6A"/>
    <w:rsid w:val="00B47730"/>
    <w:rsid w:val="00B634B6"/>
    <w:rsid w:val="00BC2EDD"/>
    <w:rsid w:val="00BC68C1"/>
    <w:rsid w:val="00C22782"/>
    <w:rsid w:val="00C32AB5"/>
    <w:rsid w:val="00C43DDA"/>
    <w:rsid w:val="00C46767"/>
    <w:rsid w:val="00CB05B4"/>
    <w:rsid w:val="00CB0664"/>
    <w:rsid w:val="00CD3FD2"/>
    <w:rsid w:val="00D03D77"/>
    <w:rsid w:val="00D33FBF"/>
    <w:rsid w:val="00D90DBB"/>
    <w:rsid w:val="00DB3B82"/>
    <w:rsid w:val="00DC2E4D"/>
    <w:rsid w:val="00DD217F"/>
    <w:rsid w:val="00DE43B7"/>
    <w:rsid w:val="00E042D6"/>
    <w:rsid w:val="00E37F27"/>
    <w:rsid w:val="00E61A6B"/>
    <w:rsid w:val="00E815A6"/>
    <w:rsid w:val="00E9623F"/>
    <w:rsid w:val="00EC2567"/>
    <w:rsid w:val="00EC61F0"/>
    <w:rsid w:val="00EE7A34"/>
    <w:rsid w:val="00F12641"/>
    <w:rsid w:val="00F178DF"/>
    <w:rsid w:val="00F55ABB"/>
    <w:rsid w:val="00F61A70"/>
    <w:rsid w:val="00F97996"/>
    <w:rsid w:val="00FB164F"/>
    <w:rsid w:val="00FB361C"/>
    <w:rsid w:val="00FC2F0B"/>
    <w:rsid w:val="00FC693F"/>
    <w:rsid w:val="00FD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8F16EB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722CA0-0F59-406E-9ADC-7FFF681E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2368</Words>
  <Characters>13738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Magdalena Mihaela Cojocaru</cp:lastModifiedBy>
  <cp:revision>105</cp:revision>
  <dcterms:created xsi:type="dcterms:W3CDTF">2013-12-23T23:15:00Z</dcterms:created>
  <dcterms:modified xsi:type="dcterms:W3CDTF">2026-10-07T07:16:00Z</dcterms:modified>
  <cp:category/>
</cp:coreProperties>
</file>