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912"/>
        <w:gridCol w:w="1906"/>
        <w:gridCol w:w="3212"/>
      </w:tblGrid>
      <w:tr w:rsidR="00A4521C" w:rsidRPr="001241A0" w14:paraId="659510AC" w14:textId="77777777" w:rsidTr="004B450C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E13B9FB" w14:textId="77777777" w:rsidR="00A4521C" w:rsidRPr="001241A0" w:rsidRDefault="00A4521C" w:rsidP="004B450C">
            <w:pPr>
              <w:keepNext/>
              <w:jc w:val="center"/>
              <w:rPr>
                <w:i/>
              </w:rPr>
            </w:pPr>
            <w:r w:rsidRPr="001241A0">
              <w:rPr>
                <w:i/>
                <w:noProof/>
              </w:rPr>
              <w:drawing>
                <wp:inline distT="0" distB="0" distL="0" distR="0" wp14:anchorId="28B4FDD4" wp14:editId="427A7D11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5D2A1AF" w14:textId="77777777" w:rsidR="00A4521C" w:rsidRPr="001241A0" w:rsidRDefault="00A4521C" w:rsidP="004B450C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3C9185B3" w14:textId="77777777" w:rsidR="00A4521C" w:rsidRPr="00172585" w:rsidRDefault="00A4521C" w:rsidP="004B450C">
            <w:pPr>
              <w:keepNext/>
              <w:rPr>
                <w:sz w:val="18"/>
                <w:szCs w:val="18"/>
              </w:rPr>
            </w:pPr>
          </w:p>
          <w:p w14:paraId="35C2F6AD" w14:textId="77777777" w:rsidR="00A4521C" w:rsidRPr="00172585" w:rsidRDefault="00A4521C" w:rsidP="004B450C">
            <w:pPr>
              <w:keepNext/>
              <w:rPr>
                <w:sz w:val="18"/>
                <w:szCs w:val="18"/>
                <w:lang w:val="ro-RO"/>
              </w:rPr>
            </w:pPr>
            <w:proofErr w:type="spellStart"/>
            <w:r w:rsidRPr="00172585">
              <w:rPr>
                <w:b/>
                <w:sz w:val="18"/>
                <w:szCs w:val="18"/>
              </w:rPr>
              <w:t>Județul</w:t>
            </w:r>
            <w:proofErr w:type="spellEnd"/>
            <w:r w:rsidRPr="00172585">
              <w:rPr>
                <w:b/>
                <w:sz w:val="18"/>
                <w:szCs w:val="18"/>
              </w:rPr>
              <w:t xml:space="preserve"> Mehedin</w:t>
            </w:r>
            <w:r w:rsidRPr="00172585">
              <w:rPr>
                <w:b/>
                <w:sz w:val="18"/>
                <w:szCs w:val="18"/>
                <w:lang w:val="ro-RO"/>
              </w:rPr>
              <w:t>ți</w:t>
            </w:r>
          </w:p>
          <w:p w14:paraId="137E0BBD" w14:textId="77777777" w:rsidR="00A4521C" w:rsidRPr="00172585" w:rsidRDefault="00A4521C" w:rsidP="004B450C">
            <w:pPr>
              <w:keepNext/>
              <w:rPr>
                <w:sz w:val="18"/>
                <w:szCs w:val="18"/>
              </w:rPr>
            </w:pPr>
          </w:p>
        </w:tc>
      </w:tr>
      <w:tr w:rsidR="00A4521C" w:rsidRPr="001241A0" w14:paraId="466B69BD" w14:textId="77777777" w:rsidTr="004B450C">
        <w:trPr>
          <w:cantSplit/>
          <w:trHeight w:val="510"/>
        </w:trPr>
        <w:tc>
          <w:tcPr>
            <w:tcW w:w="1606" w:type="dxa"/>
            <w:vMerge/>
          </w:tcPr>
          <w:p w14:paraId="22AD8D79" w14:textId="77777777" w:rsidR="00A4521C" w:rsidRPr="001241A0" w:rsidRDefault="00A4521C" w:rsidP="004B450C"/>
        </w:tc>
        <w:tc>
          <w:tcPr>
            <w:tcW w:w="8030" w:type="dxa"/>
            <w:gridSpan w:val="3"/>
            <w:shd w:val="clear" w:color="auto" w:fill="F0F0F0"/>
          </w:tcPr>
          <w:p w14:paraId="77191F83" w14:textId="77777777" w:rsidR="00A4521C" w:rsidRPr="00172585" w:rsidRDefault="00A4521C" w:rsidP="004B450C">
            <w:pPr>
              <w:keepNext/>
              <w:rPr>
                <w:b/>
                <w:sz w:val="18"/>
                <w:szCs w:val="18"/>
              </w:rPr>
            </w:pPr>
          </w:p>
          <w:p w14:paraId="19DAEC83" w14:textId="77777777" w:rsidR="00A4521C" w:rsidRPr="00172585" w:rsidRDefault="00A4521C" w:rsidP="004B450C">
            <w:pPr>
              <w:keepNext/>
              <w:rPr>
                <w:sz w:val="18"/>
                <w:szCs w:val="18"/>
              </w:rPr>
            </w:pPr>
            <w:proofErr w:type="spellStart"/>
            <w:r w:rsidRPr="00172585">
              <w:rPr>
                <w:b/>
                <w:sz w:val="18"/>
                <w:szCs w:val="18"/>
              </w:rPr>
              <w:t>Primăria</w:t>
            </w:r>
            <w:proofErr w:type="spellEnd"/>
            <w:r w:rsidRPr="0017258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72585">
              <w:rPr>
                <w:b/>
                <w:sz w:val="18"/>
                <w:szCs w:val="18"/>
              </w:rPr>
              <w:t>Municipiului</w:t>
            </w:r>
            <w:proofErr w:type="spellEnd"/>
            <w:r w:rsidRPr="0017258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72585">
              <w:rPr>
                <w:b/>
                <w:sz w:val="18"/>
                <w:szCs w:val="18"/>
              </w:rPr>
              <w:t>Drobeta</w:t>
            </w:r>
            <w:proofErr w:type="spellEnd"/>
            <w:r w:rsidRPr="0017258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72585">
              <w:rPr>
                <w:b/>
                <w:sz w:val="18"/>
                <w:szCs w:val="18"/>
              </w:rPr>
              <w:t>Turnu</w:t>
            </w:r>
            <w:proofErr w:type="spellEnd"/>
            <w:r w:rsidRPr="00172585">
              <w:rPr>
                <w:b/>
                <w:sz w:val="18"/>
                <w:szCs w:val="18"/>
              </w:rPr>
              <w:t xml:space="preserve"> Severin</w:t>
            </w:r>
          </w:p>
          <w:p w14:paraId="7EB0243E" w14:textId="77777777" w:rsidR="00A4521C" w:rsidRPr="00172585" w:rsidRDefault="00A4521C" w:rsidP="004B450C">
            <w:pPr>
              <w:keepNext/>
              <w:rPr>
                <w:sz w:val="18"/>
                <w:szCs w:val="18"/>
              </w:rPr>
            </w:pPr>
          </w:p>
        </w:tc>
      </w:tr>
      <w:tr w:rsidR="00A4521C" w:rsidRPr="001241A0" w14:paraId="203B1AED" w14:textId="77777777" w:rsidTr="00250567">
        <w:trPr>
          <w:cantSplit/>
          <w:trHeight w:val="510"/>
        </w:trPr>
        <w:tc>
          <w:tcPr>
            <w:tcW w:w="1606" w:type="dxa"/>
            <w:vMerge/>
          </w:tcPr>
          <w:p w14:paraId="21C46462" w14:textId="77777777" w:rsidR="00A4521C" w:rsidRPr="001241A0" w:rsidRDefault="00A4521C" w:rsidP="004B450C"/>
        </w:tc>
        <w:tc>
          <w:tcPr>
            <w:tcW w:w="2912" w:type="dxa"/>
            <w:shd w:val="clear" w:color="auto" w:fill="F0F0F0"/>
          </w:tcPr>
          <w:p w14:paraId="064BCC96" w14:textId="77777777" w:rsidR="00A4521C" w:rsidRPr="00172585" w:rsidRDefault="00A4521C" w:rsidP="004B450C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172585">
              <w:rPr>
                <w:b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172585">
              <w:rPr>
                <w:b/>
                <w:sz w:val="18"/>
                <w:szCs w:val="18"/>
                <w:lang w:val="fr-FR"/>
              </w:rPr>
              <w:t>identificare</w:t>
            </w:r>
            <w:proofErr w:type="spellEnd"/>
            <w:r w:rsidRPr="00172585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72585">
              <w:rPr>
                <w:b/>
                <w:sz w:val="18"/>
                <w:szCs w:val="18"/>
                <w:lang w:val="fr-FR"/>
              </w:rPr>
              <w:t>fiscală</w:t>
            </w:r>
            <w:proofErr w:type="spellEnd"/>
            <w:r w:rsidRPr="00172585">
              <w:rPr>
                <w:b/>
                <w:sz w:val="18"/>
                <w:szCs w:val="18"/>
                <w:lang w:val="fr-FR"/>
              </w:rPr>
              <w:t xml:space="preserve"> (CIF)</w:t>
            </w:r>
          </w:p>
          <w:p w14:paraId="24F446D3" w14:textId="77777777" w:rsidR="00A4521C" w:rsidRPr="00172585" w:rsidRDefault="00A4521C" w:rsidP="004B450C">
            <w:pPr>
              <w:keepNext/>
              <w:rPr>
                <w:sz w:val="18"/>
                <w:szCs w:val="18"/>
                <w:lang w:val="fr-FR"/>
              </w:rPr>
            </w:pPr>
            <w:r w:rsidRPr="00172585">
              <w:rPr>
                <w:b/>
                <w:sz w:val="18"/>
                <w:szCs w:val="18"/>
                <w:lang w:val="fr-FR"/>
              </w:rPr>
              <w:t>RO 44265584</w:t>
            </w:r>
          </w:p>
          <w:p w14:paraId="4A4DC632" w14:textId="77777777" w:rsidR="00A4521C" w:rsidRPr="00172585" w:rsidRDefault="00A4521C" w:rsidP="004B450C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118" w:type="dxa"/>
            <w:gridSpan w:val="2"/>
            <w:shd w:val="clear" w:color="auto" w:fill="F0F0F0"/>
          </w:tcPr>
          <w:p w14:paraId="24B95930" w14:textId="77777777" w:rsidR="00A4521C" w:rsidRPr="00172585" w:rsidRDefault="00A4521C" w:rsidP="004B450C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172585">
              <w:rPr>
                <w:b/>
                <w:sz w:val="18"/>
                <w:szCs w:val="18"/>
              </w:rPr>
              <w:t>Adresa</w:t>
            </w:r>
            <w:proofErr w:type="spellEnd"/>
            <w:r w:rsidRPr="00172585">
              <w:rPr>
                <w:b/>
                <w:sz w:val="18"/>
                <w:szCs w:val="18"/>
              </w:rPr>
              <w:t xml:space="preserve"> Strada </w:t>
            </w:r>
            <w:proofErr w:type="spellStart"/>
            <w:r w:rsidRPr="00172585">
              <w:rPr>
                <w:b/>
                <w:sz w:val="18"/>
                <w:szCs w:val="18"/>
              </w:rPr>
              <w:t>Maresal</w:t>
            </w:r>
            <w:proofErr w:type="spellEnd"/>
            <w:r w:rsidRPr="00172585">
              <w:rPr>
                <w:b/>
                <w:sz w:val="18"/>
                <w:szCs w:val="18"/>
              </w:rPr>
              <w:t xml:space="preserve"> Averescu nr. 2 </w:t>
            </w:r>
          </w:p>
          <w:p w14:paraId="759F44ED" w14:textId="77777777" w:rsidR="00A4521C" w:rsidRPr="00172585" w:rsidRDefault="00A4521C" w:rsidP="004B450C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172585">
              <w:rPr>
                <w:b/>
                <w:sz w:val="18"/>
                <w:szCs w:val="18"/>
              </w:rPr>
              <w:t>Drobeta</w:t>
            </w:r>
            <w:proofErr w:type="spellEnd"/>
            <w:r w:rsidRPr="0017258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72585">
              <w:rPr>
                <w:b/>
                <w:sz w:val="18"/>
                <w:szCs w:val="18"/>
              </w:rPr>
              <w:t>Turnu</w:t>
            </w:r>
            <w:proofErr w:type="spellEnd"/>
            <w:r w:rsidRPr="00172585">
              <w:rPr>
                <w:b/>
                <w:sz w:val="18"/>
                <w:szCs w:val="18"/>
              </w:rPr>
              <w:t xml:space="preserve"> Severin, </w:t>
            </w:r>
            <w:proofErr w:type="spellStart"/>
            <w:r w:rsidRPr="00172585">
              <w:rPr>
                <w:b/>
                <w:sz w:val="18"/>
                <w:szCs w:val="18"/>
              </w:rPr>
              <w:t>Județul</w:t>
            </w:r>
            <w:proofErr w:type="spellEnd"/>
            <w:r w:rsidRPr="00172585">
              <w:rPr>
                <w:b/>
                <w:sz w:val="18"/>
                <w:szCs w:val="18"/>
              </w:rPr>
              <w:t xml:space="preserve"> Mehedinți, </w:t>
            </w:r>
            <w:proofErr w:type="spellStart"/>
            <w:r w:rsidRPr="00172585">
              <w:rPr>
                <w:b/>
                <w:sz w:val="18"/>
                <w:szCs w:val="18"/>
              </w:rPr>
              <w:t>România</w:t>
            </w:r>
            <w:proofErr w:type="spellEnd"/>
          </w:p>
          <w:p w14:paraId="7A2424AA" w14:textId="77777777" w:rsidR="00A4521C" w:rsidRPr="00172585" w:rsidRDefault="00A4521C" w:rsidP="004B450C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172585">
              <w:rPr>
                <w:b/>
                <w:sz w:val="18"/>
                <w:szCs w:val="18"/>
              </w:rPr>
              <w:t>Telefon</w:t>
            </w:r>
            <w:proofErr w:type="spellEnd"/>
            <w:r w:rsidRPr="00172585">
              <w:rPr>
                <w:b/>
                <w:sz w:val="18"/>
                <w:szCs w:val="18"/>
              </w:rPr>
              <w:t>: 0252.31.43.79   Fax: 0252.31.63.17</w:t>
            </w:r>
          </w:p>
          <w:p w14:paraId="579F959A" w14:textId="77777777" w:rsidR="00A4521C" w:rsidRPr="00172585" w:rsidRDefault="00A4521C" w:rsidP="004B450C">
            <w:pPr>
              <w:keepNext/>
              <w:rPr>
                <w:sz w:val="18"/>
                <w:szCs w:val="18"/>
              </w:rPr>
            </w:pPr>
            <w:r w:rsidRPr="00172585">
              <w:rPr>
                <w:b/>
                <w:sz w:val="18"/>
                <w:szCs w:val="18"/>
              </w:rPr>
              <w:t>E-mail: primaria@primariadrobeta.ro</w:t>
            </w:r>
          </w:p>
        </w:tc>
      </w:tr>
      <w:tr w:rsidR="00A4521C" w:rsidRPr="001241A0" w14:paraId="57247679" w14:textId="77777777" w:rsidTr="004B450C">
        <w:trPr>
          <w:cantSplit/>
          <w:trHeight w:val="510"/>
        </w:trPr>
        <w:tc>
          <w:tcPr>
            <w:tcW w:w="1606" w:type="dxa"/>
            <w:vMerge/>
          </w:tcPr>
          <w:p w14:paraId="1684B1BE" w14:textId="77777777" w:rsidR="00A4521C" w:rsidRPr="001241A0" w:rsidRDefault="00A4521C" w:rsidP="004B450C"/>
        </w:tc>
        <w:tc>
          <w:tcPr>
            <w:tcW w:w="4818" w:type="dxa"/>
            <w:gridSpan w:val="2"/>
            <w:shd w:val="clear" w:color="auto" w:fill="F0F0F0"/>
          </w:tcPr>
          <w:p w14:paraId="7BA38FF9" w14:textId="77777777" w:rsidR="00A4521C" w:rsidRPr="00172585" w:rsidRDefault="00A4521C" w:rsidP="004B450C">
            <w:pPr>
              <w:keepNext/>
              <w:rPr>
                <w:b/>
                <w:sz w:val="18"/>
                <w:szCs w:val="18"/>
              </w:rPr>
            </w:pPr>
          </w:p>
          <w:p w14:paraId="4CD74E60" w14:textId="77777777" w:rsidR="00A4521C" w:rsidRPr="00172585" w:rsidRDefault="00A4521C" w:rsidP="004B450C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172585">
              <w:rPr>
                <w:b/>
                <w:sz w:val="18"/>
                <w:szCs w:val="18"/>
              </w:rPr>
              <w:t>Număr</w:t>
            </w:r>
            <w:proofErr w:type="spellEnd"/>
            <w:r w:rsidRPr="00172585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172585">
              <w:rPr>
                <w:b/>
                <w:sz w:val="18"/>
                <w:szCs w:val="18"/>
              </w:rPr>
              <w:t>înregistrare</w:t>
            </w:r>
            <w:proofErr w:type="spellEnd"/>
            <w:r w:rsidRPr="00172585">
              <w:rPr>
                <w:b/>
                <w:sz w:val="18"/>
                <w:szCs w:val="18"/>
              </w:rPr>
              <w:t xml:space="preserve"> ………………………</w:t>
            </w:r>
          </w:p>
          <w:p w14:paraId="7AE689B8" w14:textId="77777777" w:rsidR="00A4521C" w:rsidRPr="00172585" w:rsidRDefault="00A4521C" w:rsidP="004B450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793E57AB" w14:textId="77777777" w:rsidR="00A4521C" w:rsidRPr="00172585" w:rsidRDefault="00A4521C" w:rsidP="004B450C">
            <w:pPr>
              <w:keepNext/>
              <w:rPr>
                <w:b/>
                <w:sz w:val="18"/>
                <w:szCs w:val="18"/>
              </w:rPr>
            </w:pPr>
          </w:p>
          <w:p w14:paraId="67B636D3" w14:textId="77777777" w:rsidR="00A4521C" w:rsidRPr="00172585" w:rsidRDefault="00A4521C" w:rsidP="004B450C">
            <w:pPr>
              <w:keepNext/>
              <w:rPr>
                <w:sz w:val="18"/>
                <w:szCs w:val="18"/>
              </w:rPr>
            </w:pPr>
            <w:r w:rsidRPr="00172585">
              <w:rPr>
                <w:b/>
                <w:sz w:val="18"/>
                <w:szCs w:val="18"/>
              </w:rPr>
              <w:t>Data ………………………</w:t>
            </w:r>
          </w:p>
          <w:p w14:paraId="546238A8" w14:textId="77777777" w:rsidR="00A4521C" w:rsidRPr="00172585" w:rsidRDefault="00A4521C" w:rsidP="004B450C">
            <w:pPr>
              <w:keepNext/>
              <w:rPr>
                <w:sz w:val="18"/>
                <w:szCs w:val="18"/>
              </w:rPr>
            </w:pPr>
          </w:p>
        </w:tc>
      </w:tr>
      <w:tr w:rsidR="00A4521C" w:rsidRPr="001241A0" w14:paraId="6F72F885" w14:textId="77777777" w:rsidTr="004B450C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CE1D9F3" w14:textId="77777777" w:rsidR="00A4521C" w:rsidRPr="001241A0" w:rsidRDefault="00A4521C" w:rsidP="004B450C">
            <w:pPr>
              <w:rPr>
                <w:lang w:val="fr-FR"/>
              </w:rPr>
            </w:pPr>
            <w:r w:rsidRPr="001241A0">
              <w:rPr>
                <w:i/>
                <w:lang w:val="fr-FR"/>
              </w:rPr>
              <w:t xml:space="preserve"> </w:t>
            </w:r>
            <w:proofErr w:type="gramStart"/>
            <w:r w:rsidRPr="001241A0">
              <w:rPr>
                <w:i/>
                <w:lang w:val="fr-FR"/>
              </w:rPr>
              <w:t>se</w:t>
            </w:r>
            <w:proofErr w:type="gram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completează</w:t>
            </w:r>
            <w:proofErr w:type="spellEnd"/>
            <w:r w:rsidRPr="001241A0">
              <w:rPr>
                <w:i/>
                <w:lang w:val="fr-FR"/>
              </w:rPr>
              <w:t xml:space="preserve"> de </w:t>
            </w:r>
            <w:proofErr w:type="spellStart"/>
            <w:r w:rsidRPr="001241A0">
              <w:rPr>
                <w:i/>
                <w:lang w:val="fr-FR"/>
              </w:rPr>
              <w:t>autoritate</w:t>
            </w:r>
            <w:proofErr w:type="spellEnd"/>
            <w:r w:rsidRPr="001241A0">
              <w:rPr>
                <w:i/>
                <w:lang w:val="fr-FR"/>
              </w:rPr>
              <w:t xml:space="preserve"> — </w:t>
            </w:r>
            <w:proofErr w:type="spellStart"/>
            <w:r w:rsidRPr="001241A0">
              <w:rPr>
                <w:i/>
                <w:lang w:val="fr-FR"/>
              </w:rPr>
              <w:t>solicitantul</w:t>
            </w:r>
            <w:proofErr w:type="spellEnd"/>
            <w:r w:rsidRPr="001241A0">
              <w:rPr>
                <w:i/>
                <w:lang w:val="fr-FR"/>
              </w:rPr>
              <w:t xml:space="preserve"> nu </w:t>
            </w:r>
            <w:proofErr w:type="spellStart"/>
            <w:r w:rsidRPr="001241A0">
              <w:rPr>
                <w:i/>
                <w:lang w:val="fr-FR"/>
              </w:rPr>
              <w:t>scrie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în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această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E5A4B" w14:paraId="6747841F" w14:textId="77777777" w:rsidTr="00585B6D">
        <w:trPr>
          <w:cantSplit/>
        </w:trPr>
        <w:tc>
          <w:tcPr>
            <w:tcW w:w="9636" w:type="dxa"/>
            <w:shd w:val="clear" w:color="auto" w:fill="F4F4F4"/>
          </w:tcPr>
          <w:p w14:paraId="79E1D223" w14:textId="77777777" w:rsidR="004E5A4B" w:rsidRDefault="004E5A4B" w:rsidP="00585B6D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E5A4B" w:rsidRPr="0021562A" w14:paraId="69D1F340" w14:textId="77777777" w:rsidTr="00585B6D">
        <w:trPr>
          <w:cantSplit/>
          <w:trHeight w:val="510"/>
        </w:trPr>
        <w:tc>
          <w:tcPr>
            <w:tcW w:w="9636" w:type="dxa"/>
          </w:tcPr>
          <w:p w14:paraId="3DA47965" w14:textId="77777777" w:rsidR="004E5A4B" w:rsidRPr="002F5EAB" w:rsidRDefault="004E5A4B" w:rsidP="00585B6D">
            <w:pPr>
              <w:keepNext/>
              <w:rPr>
                <w:b/>
                <w:color w:val="0D5F78"/>
                <w:sz w:val="28"/>
                <w:szCs w:val="28"/>
              </w:rPr>
            </w:pPr>
            <w:proofErr w:type="spellStart"/>
            <w:r w:rsidRPr="004516C3">
              <w:rPr>
                <w:b/>
                <w:sz w:val="28"/>
                <w:szCs w:val="28"/>
              </w:rPr>
              <w:t>Primăria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Municipiului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Drobeta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Turnu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Severin</w:t>
            </w:r>
          </w:p>
        </w:tc>
      </w:tr>
      <w:tr w:rsidR="004E5A4B" w:rsidRPr="0021562A" w14:paraId="2FC81C24" w14:textId="77777777" w:rsidTr="00585B6D">
        <w:trPr>
          <w:cantSplit/>
        </w:trPr>
        <w:tc>
          <w:tcPr>
            <w:tcW w:w="9636" w:type="dxa"/>
            <w:shd w:val="clear" w:color="auto" w:fill="F4F4F4"/>
          </w:tcPr>
          <w:p w14:paraId="366DDD1B" w14:textId="77777777" w:rsidR="004E5A4B" w:rsidRPr="00E44906" w:rsidRDefault="004E5A4B" w:rsidP="00585B6D">
            <w:pPr>
              <w:spacing w:line="228" w:lineRule="auto"/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E44906">
              <w:rPr>
                <w:bCs/>
              </w:rPr>
              <w:t>Drobeta</w:t>
            </w:r>
            <w:proofErr w:type="spellEnd"/>
            <w:r w:rsidRPr="00E44906">
              <w:rPr>
                <w:bCs/>
              </w:rPr>
              <w:t xml:space="preserve"> </w:t>
            </w:r>
            <w:proofErr w:type="spellStart"/>
            <w:r w:rsidRPr="00E44906">
              <w:rPr>
                <w:bCs/>
              </w:rPr>
              <w:t>Turnu</w:t>
            </w:r>
            <w:proofErr w:type="spellEnd"/>
            <w:r w:rsidRPr="00E44906">
              <w:rPr>
                <w:bCs/>
              </w:rPr>
              <w:t xml:space="preserve"> Severin</w:t>
            </w:r>
          </w:p>
        </w:tc>
      </w:tr>
    </w:tbl>
    <w:p w14:paraId="074F7585" w14:textId="00C38B02" w:rsidR="004E5A4B" w:rsidRPr="009D5BC3" w:rsidRDefault="004E5A4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2"/>
        <w:gridCol w:w="804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6"/>
          </w:tcPr>
          <w:p w14:paraId="284C7A8E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343FD2">
              <w:rPr>
                <w:b/>
                <w:color w:val="0D5F78"/>
                <w:sz w:val="20"/>
                <w:szCs w:val="20"/>
              </w:rPr>
              <w:t xml:space="preserve"> și </w:t>
            </w: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</w:p>
          <w:p w14:paraId="19065994" w14:textId="77777777" w:rsidR="007A6244" w:rsidRPr="00343FD2" w:rsidRDefault="007A624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23A73AE4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r w:rsidRPr="00343FD2">
              <w:rPr>
                <w:b/>
                <w:color w:val="0D5F78"/>
                <w:sz w:val="20"/>
                <w:szCs w:val="20"/>
              </w:rPr>
              <w:t>CNP</w:t>
            </w:r>
          </w:p>
          <w:p w14:paraId="618AF22D" w14:textId="77777777" w:rsidR="007A6244" w:rsidRPr="00343FD2" w:rsidRDefault="007A6244">
            <w:pPr>
              <w:keepNext/>
              <w:rPr>
                <w:sz w:val="20"/>
                <w:szCs w:val="20"/>
              </w:rPr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4672763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r w:rsidRPr="00343FD2">
              <w:rPr>
                <w:sz w:val="20"/>
                <w:szCs w:val="20"/>
              </w:rPr>
              <w:t xml:space="preserve"> Act de </w:t>
            </w:r>
            <w:proofErr w:type="spellStart"/>
            <w:r w:rsidRPr="00343FD2">
              <w:rPr>
                <w:sz w:val="20"/>
                <w:szCs w:val="20"/>
              </w:rPr>
              <w:t>identitate</w:t>
            </w:r>
            <w:proofErr w:type="spellEnd"/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r w:rsidRPr="00343FD2">
              <w:rPr>
                <w:b/>
                <w:color w:val="0D5F78"/>
                <w:sz w:val="20"/>
                <w:szCs w:val="20"/>
              </w:rPr>
              <w:t>Seria</w:t>
            </w:r>
          </w:p>
          <w:p w14:paraId="68763DE0" w14:textId="77777777" w:rsidR="007A6244" w:rsidRPr="00343FD2" w:rsidRDefault="007A624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  <w:gridSpan w:val="2"/>
          </w:tcPr>
          <w:p w14:paraId="1B30A3BA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Numărul</w:t>
            </w:r>
            <w:proofErr w:type="spellEnd"/>
          </w:p>
          <w:p w14:paraId="3405D8E2" w14:textId="77777777" w:rsidR="007A6244" w:rsidRPr="00343FD2" w:rsidRDefault="007A624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5"/>
          </w:tcPr>
          <w:p w14:paraId="5F5E266C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Eliberat</w:t>
            </w:r>
            <w:proofErr w:type="spellEnd"/>
            <w:r w:rsidRPr="00343FD2">
              <w:rPr>
                <w:b/>
                <w:color w:val="0D5F78"/>
                <w:sz w:val="20"/>
                <w:szCs w:val="20"/>
              </w:rPr>
              <w:t xml:space="preserve"> de</w:t>
            </w:r>
          </w:p>
          <w:p w14:paraId="39F4F2A6" w14:textId="77777777" w:rsidR="007A6244" w:rsidRPr="00343FD2" w:rsidRDefault="007A624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50D95FC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r w:rsidRPr="00343FD2">
              <w:rPr>
                <w:b/>
                <w:color w:val="0D5F78"/>
                <w:sz w:val="20"/>
                <w:szCs w:val="20"/>
              </w:rPr>
              <w:t>La data</w:t>
            </w:r>
          </w:p>
          <w:p w14:paraId="753FA98E" w14:textId="77777777" w:rsidR="007A6244" w:rsidRPr="00343FD2" w:rsidRDefault="007A6244">
            <w:pPr>
              <w:keepNext/>
              <w:rPr>
                <w:sz w:val="20"/>
                <w:szCs w:val="20"/>
              </w:rPr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2ED62200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r w:rsidRPr="00343FD2">
              <w:rPr>
                <w:sz w:val="20"/>
                <w:szCs w:val="20"/>
              </w:rPr>
              <w:t xml:space="preserve"> </w:t>
            </w:r>
            <w:proofErr w:type="spellStart"/>
            <w:r w:rsidRPr="00343FD2">
              <w:rPr>
                <w:sz w:val="20"/>
                <w:szCs w:val="20"/>
              </w:rPr>
              <w:t>Domiciliul</w:t>
            </w:r>
            <w:proofErr w:type="spellEnd"/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122EB1F2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246D42AB" w14:textId="77777777" w:rsidR="007A6244" w:rsidRPr="00343FD2" w:rsidRDefault="007A624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0EA364FA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343FD2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343FD2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2D658FE8" w14:textId="77777777" w:rsidR="007A6244" w:rsidRPr="00343FD2" w:rsidRDefault="007A624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C4E7CE4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343FD2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5A1A06DA" w14:textId="77777777" w:rsidR="007A6244" w:rsidRPr="00343FD2" w:rsidRDefault="007A6244">
            <w:pPr>
              <w:keepNext/>
              <w:rPr>
                <w:sz w:val="20"/>
                <w:szCs w:val="20"/>
              </w:rPr>
            </w:pPr>
          </w:p>
        </w:tc>
      </w:tr>
      <w:tr w:rsidR="00EC74C2" w14:paraId="34698074" w14:textId="77777777" w:rsidTr="00EC74C2">
        <w:trPr>
          <w:cantSplit/>
          <w:trHeight w:val="510"/>
        </w:trPr>
        <w:tc>
          <w:tcPr>
            <w:tcW w:w="2408" w:type="dxa"/>
            <w:gridSpan w:val="2"/>
            <w:tcBorders>
              <w:right w:val="single" w:sz="4" w:space="0" w:color="auto"/>
            </w:tcBorders>
          </w:tcPr>
          <w:p w14:paraId="2B26B276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  <w:r w:rsidRPr="00343FD2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06991C62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left w:val="single" w:sz="4" w:space="0" w:color="auto"/>
            </w:tcBorders>
          </w:tcPr>
          <w:p w14:paraId="7DD79683" w14:textId="77777777" w:rsidR="00AA4A4E" w:rsidRPr="00343FD2" w:rsidRDefault="00AA4A4E" w:rsidP="00AA4A4E">
            <w:pPr>
              <w:keepNext/>
              <w:rPr>
                <w:sz w:val="20"/>
                <w:szCs w:val="20"/>
              </w:rPr>
            </w:pPr>
            <w:r w:rsidRPr="00343FD2">
              <w:rPr>
                <w:b/>
                <w:color w:val="0D5F78"/>
                <w:sz w:val="20"/>
                <w:szCs w:val="20"/>
              </w:rPr>
              <w:t>Nr.</w:t>
            </w:r>
          </w:p>
          <w:p w14:paraId="7A4573AB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3AE281F7" w14:textId="3341B88F" w:rsidR="00EC74C2" w:rsidRPr="00343FD2" w:rsidRDefault="00AA4A4E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="00EC74C2" w:rsidRPr="00343FD2">
              <w:rPr>
                <w:b/>
                <w:color w:val="0D5F78"/>
                <w:sz w:val="20"/>
                <w:szCs w:val="20"/>
              </w:rPr>
              <w:t>.</w:t>
            </w:r>
          </w:p>
          <w:p w14:paraId="1EA0BA92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172244B7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  <w:r w:rsidRPr="00343FD2">
              <w:rPr>
                <w:b/>
                <w:color w:val="0D5F78"/>
                <w:sz w:val="20"/>
                <w:szCs w:val="20"/>
              </w:rPr>
              <w:t>Sc.</w:t>
            </w:r>
          </w:p>
          <w:p w14:paraId="18B2D382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1F68F074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  <w:r w:rsidRPr="00343FD2">
              <w:rPr>
                <w:b/>
                <w:color w:val="0D5F78"/>
                <w:sz w:val="20"/>
                <w:szCs w:val="20"/>
              </w:rPr>
              <w:t>Et.</w:t>
            </w:r>
          </w:p>
          <w:p w14:paraId="17DD5DE5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2267E62C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  <w:r w:rsidRPr="00343FD2">
              <w:rPr>
                <w:b/>
                <w:color w:val="0D5F78"/>
                <w:sz w:val="20"/>
                <w:szCs w:val="20"/>
              </w:rPr>
              <w:t>Ap.</w:t>
            </w:r>
          </w:p>
          <w:p w14:paraId="06F5E082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21B28962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  <w:r w:rsidRPr="00343FD2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594D4A3E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5261DF8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225866B9" w14:textId="77777777" w:rsidR="00EC74C2" w:rsidRPr="00343FD2" w:rsidRDefault="00EC74C2">
            <w:pPr>
              <w:keepNext/>
              <w:rPr>
                <w:sz w:val="20"/>
                <w:szCs w:val="20"/>
              </w:rPr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4E71B34A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r w:rsidRPr="00343FD2">
              <w:rPr>
                <w:sz w:val="20"/>
                <w:szCs w:val="20"/>
              </w:rPr>
              <w:t xml:space="preserve"> Date de contact</w:t>
            </w:r>
          </w:p>
        </w:tc>
      </w:tr>
      <w:tr w:rsidR="007A6244" w14:paraId="28F6921F" w14:textId="77777777" w:rsidTr="00404100">
        <w:trPr>
          <w:cantSplit/>
          <w:trHeight w:val="242"/>
        </w:trPr>
        <w:tc>
          <w:tcPr>
            <w:tcW w:w="4015" w:type="dxa"/>
            <w:gridSpan w:val="4"/>
          </w:tcPr>
          <w:p w14:paraId="6E8EA80E" w14:textId="692DDAEB" w:rsidR="007A6244" w:rsidRPr="00343FD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Telefon</w:t>
            </w:r>
            <w:proofErr w:type="spellEnd"/>
            <w:r w:rsidRPr="00343FD2">
              <w:rPr>
                <w:b/>
                <w:color w:val="0D5F78"/>
                <w:sz w:val="20"/>
                <w:szCs w:val="20"/>
              </w:rPr>
              <w:t xml:space="preserve"> / fax</w:t>
            </w:r>
          </w:p>
        </w:tc>
        <w:tc>
          <w:tcPr>
            <w:tcW w:w="5621" w:type="dxa"/>
            <w:gridSpan w:val="5"/>
          </w:tcPr>
          <w:p w14:paraId="223D691F" w14:textId="1F346514" w:rsidR="007A6244" w:rsidRPr="00343FD2" w:rsidRDefault="00000000">
            <w:pPr>
              <w:keepNext/>
              <w:rPr>
                <w:sz w:val="20"/>
                <w:szCs w:val="20"/>
              </w:rPr>
            </w:pPr>
            <w:r w:rsidRPr="00343FD2">
              <w:rPr>
                <w:b/>
                <w:color w:val="0D5F78"/>
                <w:sz w:val="20"/>
                <w:szCs w:val="20"/>
              </w:rPr>
              <w:t>E-mail</w:t>
            </w: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6506A29" w14:textId="77777777" w:rsidR="007A6244" w:rsidRPr="00343FD2" w:rsidRDefault="00000000">
            <w:pPr>
              <w:keepNext/>
              <w:rPr>
                <w:sz w:val="20"/>
                <w:szCs w:val="20"/>
              </w:rPr>
            </w:pPr>
            <w:r w:rsidRPr="00343FD2">
              <w:rPr>
                <w:sz w:val="20"/>
                <w:szCs w:val="20"/>
              </w:rPr>
              <w:t xml:space="preserve"> </w:t>
            </w:r>
            <w:proofErr w:type="spellStart"/>
            <w:r w:rsidRPr="00343FD2">
              <w:rPr>
                <w:sz w:val="20"/>
                <w:szCs w:val="20"/>
              </w:rPr>
              <w:t>Reprezentare</w:t>
            </w:r>
            <w:proofErr w:type="spellEnd"/>
          </w:p>
        </w:tc>
      </w:tr>
      <w:tr w:rsidR="007A6244" w14:paraId="2B1D8BFF" w14:textId="77777777" w:rsidTr="00404100">
        <w:trPr>
          <w:cantSplit/>
          <w:trHeight w:val="197"/>
        </w:trPr>
        <w:tc>
          <w:tcPr>
            <w:tcW w:w="6424" w:type="dxa"/>
            <w:gridSpan w:val="7"/>
          </w:tcPr>
          <w:p w14:paraId="172CD55E" w14:textId="1E9BFDA8" w:rsidR="007A6244" w:rsidRPr="00343FD2" w:rsidRDefault="00000000">
            <w:pPr>
              <w:rPr>
                <w:sz w:val="20"/>
                <w:szCs w:val="20"/>
              </w:rPr>
            </w:pP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343FD2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calitate</w:t>
            </w:r>
            <w:proofErr w:type="spellEnd"/>
            <w:r w:rsidRPr="00343FD2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343FD2">
              <w:rPr>
                <w:b/>
                <w:color w:val="0D5F78"/>
                <w:sz w:val="20"/>
                <w:szCs w:val="20"/>
              </w:rPr>
              <w:t>reprezentant</w:t>
            </w:r>
            <w:proofErr w:type="spellEnd"/>
            <w:r w:rsidRPr="00343FD2">
              <w:rPr>
                <w:b/>
                <w:color w:val="0D5F78"/>
                <w:sz w:val="20"/>
                <w:szCs w:val="20"/>
              </w:rPr>
              <w:t xml:space="preserve"> al</w:t>
            </w:r>
          </w:p>
        </w:tc>
        <w:tc>
          <w:tcPr>
            <w:tcW w:w="3212" w:type="dxa"/>
            <w:gridSpan w:val="2"/>
          </w:tcPr>
          <w:p w14:paraId="274C09B7" w14:textId="615ED2A6" w:rsidR="007A6244" w:rsidRPr="00343FD2" w:rsidRDefault="00000000">
            <w:pPr>
              <w:rPr>
                <w:sz w:val="20"/>
                <w:szCs w:val="20"/>
              </w:rPr>
            </w:pPr>
            <w:r w:rsidRPr="00343FD2">
              <w:rPr>
                <w:b/>
                <w:color w:val="0D5F78"/>
                <w:sz w:val="20"/>
                <w:szCs w:val="20"/>
              </w:rPr>
              <w:t>CUI / CIF</w:t>
            </w:r>
          </w:p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 w:rsidTr="00BE5754">
        <w:trPr>
          <w:cantSplit/>
          <w:trHeight w:val="251"/>
        </w:trPr>
        <w:tc>
          <w:tcPr>
            <w:tcW w:w="1606" w:type="dxa"/>
          </w:tcPr>
          <w:p w14:paraId="095D61F3" w14:textId="2B76C4F5" w:rsidR="007A6244" w:rsidRPr="00DB0A19" w:rsidRDefault="00000000">
            <w:pPr>
              <w:rPr>
                <w:sz w:val="20"/>
                <w:szCs w:val="20"/>
              </w:rPr>
            </w:pPr>
            <w:r w:rsidRPr="00DB0A19">
              <w:rPr>
                <w:b/>
                <w:color w:val="0D5F78"/>
                <w:sz w:val="20"/>
                <w:szCs w:val="20"/>
              </w:rPr>
              <w:t>Nr.</w:t>
            </w:r>
          </w:p>
        </w:tc>
        <w:tc>
          <w:tcPr>
            <w:tcW w:w="2409" w:type="dxa"/>
          </w:tcPr>
          <w:p w14:paraId="73344DA4" w14:textId="066EC3A6" w:rsidR="007A6244" w:rsidRPr="00DB0A19" w:rsidRDefault="00000000">
            <w:pPr>
              <w:rPr>
                <w:sz w:val="20"/>
                <w:szCs w:val="20"/>
              </w:rPr>
            </w:pPr>
            <w:r w:rsidRPr="00DB0A19">
              <w:rPr>
                <w:b/>
                <w:color w:val="0D5F78"/>
                <w:sz w:val="20"/>
                <w:szCs w:val="20"/>
              </w:rPr>
              <w:t>Din data</w:t>
            </w:r>
          </w:p>
        </w:tc>
        <w:tc>
          <w:tcPr>
            <w:tcW w:w="5621" w:type="dxa"/>
          </w:tcPr>
          <w:p w14:paraId="0D6A7EFA" w14:textId="62546635" w:rsidR="007A6244" w:rsidRPr="00DB0A19" w:rsidRDefault="00000000">
            <w:pPr>
              <w:rPr>
                <w:sz w:val="20"/>
                <w:szCs w:val="20"/>
              </w:rPr>
            </w:pPr>
            <w:proofErr w:type="spellStart"/>
            <w:r w:rsidRPr="00DB0A19">
              <w:rPr>
                <w:b/>
                <w:color w:val="0D5F78"/>
                <w:sz w:val="20"/>
                <w:szCs w:val="20"/>
              </w:rPr>
              <w:t>Emisă</w:t>
            </w:r>
            <w:proofErr w:type="spellEnd"/>
            <w:r w:rsidRPr="00DB0A19">
              <w:rPr>
                <w:b/>
                <w:color w:val="0D5F78"/>
                <w:sz w:val="20"/>
                <w:szCs w:val="20"/>
              </w:rPr>
              <w:t xml:space="preserve"> de</w:t>
            </w:r>
          </w:p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Pr="0018334D" w:rsidRDefault="00000000" w:rsidP="009D5BC3">
      <w:pPr>
        <w:spacing w:before="80" w:after="60"/>
        <w:jc w:val="center"/>
        <w:rPr>
          <w:sz w:val="24"/>
          <w:szCs w:val="24"/>
        </w:rPr>
      </w:pPr>
      <w:proofErr w:type="spellStart"/>
      <w:r w:rsidRPr="0018334D">
        <w:rPr>
          <w:sz w:val="24"/>
          <w:szCs w:val="24"/>
        </w:rPr>
        <w:t>în</w:t>
      </w:r>
      <w:proofErr w:type="spellEnd"/>
      <w:r w:rsidRPr="0018334D">
        <w:rPr>
          <w:sz w:val="24"/>
          <w:szCs w:val="24"/>
        </w:rPr>
        <w:t xml:space="preserve"> </w:t>
      </w:r>
      <w:proofErr w:type="spellStart"/>
      <w:r w:rsidRPr="0018334D">
        <w:rPr>
          <w:sz w:val="24"/>
          <w:szCs w:val="24"/>
        </w:rPr>
        <w:t>temeiul</w:t>
      </w:r>
      <w:proofErr w:type="spellEnd"/>
      <w:r w:rsidRPr="0018334D">
        <w:rPr>
          <w:sz w:val="24"/>
          <w:szCs w:val="24"/>
        </w:rPr>
        <w:t xml:space="preserve"> art. 309 – art. 310 din Legea nr. 169/2026 </w:t>
      </w:r>
      <w:proofErr w:type="spellStart"/>
      <w:r w:rsidRPr="0018334D">
        <w:rPr>
          <w:sz w:val="24"/>
          <w:szCs w:val="24"/>
        </w:rPr>
        <w:t>privind</w:t>
      </w:r>
      <w:proofErr w:type="spellEnd"/>
      <w:r w:rsidRPr="0018334D">
        <w:rPr>
          <w:sz w:val="24"/>
          <w:szCs w:val="24"/>
        </w:rPr>
        <w:t xml:space="preserve"> </w:t>
      </w:r>
      <w:proofErr w:type="spellStart"/>
      <w:r w:rsidRPr="0018334D">
        <w:rPr>
          <w:sz w:val="24"/>
          <w:szCs w:val="24"/>
        </w:rPr>
        <w:t>Codul</w:t>
      </w:r>
      <w:proofErr w:type="spellEnd"/>
      <w:r w:rsidRPr="0018334D">
        <w:rPr>
          <w:sz w:val="24"/>
          <w:szCs w:val="24"/>
        </w:rPr>
        <w:t xml:space="preserve"> </w:t>
      </w:r>
      <w:proofErr w:type="spellStart"/>
      <w:r w:rsidRPr="0018334D">
        <w:rPr>
          <w:sz w:val="24"/>
          <w:szCs w:val="24"/>
        </w:rPr>
        <w:t>amenajării</w:t>
      </w:r>
      <w:proofErr w:type="spellEnd"/>
      <w:r w:rsidRPr="0018334D">
        <w:rPr>
          <w:sz w:val="24"/>
          <w:szCs w:val="24"/>
        </w:rPr>
        <w:t xml:space="preserve"> </w:t>
      </w:r>
      <w:proofErr w:type="spellStart"/>
      <w:r w:rsidRPr="0018334D">
        <w:rPr>
          <w:sz w:val="24"/>
          <w:szCs w:val="24"/>
        </w:rPr>
        <w:t>teritoriului</w:t>
      </w:r>
      <w:proofErr w:type="spellEnd"/>
      <w:r w:rsidRPr="0018334D">
        <w:rPr>
          <w:sz w:val="24"/>
          <w:szCs w:val="24"/>
        </w:rPr>
        <w:t xml:space="preserve">, </w:t>
      </w:r>
      <w:proofErr w:type="spellStart"/>
      <w:r w:rsidRPr="0018334D">
        <w:rPr>
          <w:sz w:val="24"/>
          <w:szCs w:val="24"/>
        </w:rPr>
        <w:t>urbanismului</w:t>
      </w:r>
      <w:proofErr w:type="spellEnd"/>
      <w:r w:rsidRPr="0018334D">
        <w:rPr>
          <w:sz w:val="24"/>
          <w:szCs w:val="24"/>
        </w:rPr>
        <w:t xml:space="preserve"> </w:t>
      </w:r>
      <w:proofErr w:type="spellStart"/>
      <w:r w:rsidRPr="0018334D">
        <w:rPr>
          <w:sz w:val="24"/>
          <w:szCs w:val="24"/>
        </w:rPr>
        <w:t>și</w:t>
      </w:r>
      <w:proofErr w:type="spellEnd"/>
      <w:r w:rsidRPr="0018334D">
        <w:rPr>
          <w:sz w:val="24"/>
          <w:szCs w:val="24"/>
        </w:rPr>
        <w:t xml:space="preserve"> </w:t>
      </w:r>
      <w:proofErr w:type="spellStart"/>
      <w:r w:rsidRPr="0018334D">
        <w:rPr>
          <w:sz w:val="24"/>
          <w:szCs w:val="24"/>
        </w:rPr>
        <w:t>construcțiilor</w:t>
      </w:r>
      <w:proofErr w:type="spellEnd"/>
      <w:r w:rsidRPr="0018334D">
        <w:rPr>
          <w:sz w:val="24"/>
          <w:szCs w:val="24"/>
        </w:rPr>
        <w:t>,</w:t>
      </w:r>
    </w:p>
    <w:p w14:paraId="4857330C" w14:textId="0CFFB432" w:rsidR="009D5BC3" w:rsidRPr="0018334D" w:rsidRDefault="00000000" w:rsidP="007F2503">
      <w:pPr>
        <w:keepNext/>
        <w:jc w:val="center"/>
        <w:rPr>
          <w:b/>
          <w:bCs/>
          <w:sz w:val="24"/>
          <w:szCs w:val="24"/>
          <w:lang w:val="fr-FR"/>
        </w:rPr>
      </w:pPr>
      <w:proofErr w:type="spellStart"/>
      <w:proofErr w:type="gramStart"/>
      <w:r w:rsidRPr="0018334D">
        <w:rPr>
          <w:b/>
          <w:bCs/>
          <w:sz w:val="24"/>
          <w:szCs w:val="24"/>
          <w:lang w:val="fr-FR"/>
        </w:rPr>
        <w:t>solicit</w:t>
      </w:r>
      <w:proofErr w:type="spellEnd"/>
      <w:r w:rsidRPr="0018334D">
        <w:rPr>
          <w:b/>
          <w:bCs/>
          <w:sz w:val="24"/>
          <w:szCs w:val="24"/>
          <w:lang w:val="fr-FR"/>
        </w:rPr>
        <w:t>:</w:t>
      </w:r>
      <w:proofErr w:type="gramEnd"/>
    </w:p>
    <w:p w14:paraId="09133AEA" w14:textId="41C7D97B" w:rsidR="007F2503" w:rsidRPr="00101447" w:rsidRDefault="009D5BC3" w:rsidP="007F2503">
      <w:pPr>
        <w:keepNext/>
        <w:jc w:val="center"/>
        <w:rPr>
          <w:b/>
          <w:bCs/>
          <w:sz w:val="24"/>
          <w:szCs w:val="24"/>
          <w:lang w:val="fr-FR"/>
        </w:rPr>
      </w:pPr>
      <w:r w:rsidRPr="00101447">
        <w:rPr>
          <w:b/>
          <w:bCs/>
          <w:sz w:val="24"/>
          <w:szCs w:val="24"/>
          <w:lang w:val="fr-FR"/>
        </w:rPr>
        <w:t xml:space="preserve">☐ </w:t>
      </w:r>
      <w:proofErr w:type="spellStart"/>
      <w:r w:rsidRPr="00101447">
        <w:rPr>
          <w:b/>
          <w:bCs/>
          <w:sz w:val="24"/>
          <w:szCs w:val="24"/>
          <w:lang w:val="fr-FR"/>
        </w:rPr>
        <w:t>prelungirea</w:t>
      </w:r>
      <w:proofErr w:type="spellEnd"/>
      <w:r w:rsidRPr="00101447">
        <w:rPr>
          <w:b/>
          <w:bCs/>
          <w:sz w:val="24"/>
          <w:szCs w:val="24"/>
          <w:lang w:val="fr-FR"/>
        </w:rPr>
        <w:t xml:space="preserve"> DURATEI DE EXECUȚIE, </w:t>
      </w:r>
      <w:proofErr w:type="spellStart"/>
      <w:r w:rsidRPr="00101447">
        <w:rPr>
          <w:b/>
          <w:bCs/>
          <w:sz w:val="24"/>
          <w:szCs w:val="24"/>
          <w:lang w:val="fr-FR"/>
        </w:rPr>
        <w:t>pentru</w:t>
      </w:r>
      <w:proofErr w:type="spellEnd"/>
      <w:r w:rsidRPr="00101447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101447">
        <w:rPr>
          <w:b/>
          <w:bCs/>
          <w:sz w:val="24"/>
          <w:szCs w:val="24"/>
          <w:lang w:val="fr-FR"/>
        </w:rPr>
        <w:t>cel</w:t>
      </w:r>
      <w:proofErr w:type="spellEnd"/>
      <w:r w:rsidRPr="00101447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101447">
        <w:rPr>
          <w:b/>
          <w:bCs/>
          <w:sz w:val="24"/>
          <w:szCs w:val="24"/>
          <w:lang w:val="fr-FR"/>
        </w:rPr>
        <w:t>mult</w:t>
      </w:r>
      <w:proofErr w:type="spellEnd"/>
      <w:r w:rsidRPr="00101447">
        <w:rPr>
          <w:b/>
          <w:bCs/>
          <w:sz w:val="24"/>
          <w:szCs w:val="24"/>
          <w:lang w:val="fr-FR"/>
        </w:rPr>
        <w:t xml:space="preserve"> 12 </w:t>
      </w:r>
      <w:proofErr w:type="spellStart"/>
      <w:proofErr w:type="gramStart"/>
      <w:r w:rsidRPr="00101447">
        <w:rPr>
          <w:b/>
          <w:bCs/>
          <w:sz w:val="24"/>
          <w:szCs w:val="24"/>
          <w:lang w:val="fr-FR"/>
        </w:rPr>
        <w:t>luni</w:t>
      </w:r>
      <w:proofErr w:type="spellEnd"/>
      <w:r w:rsidRPr="00101447">
        <w:rPr>
          <w:b/>
          <w:bCs/>
          <w:sz w:val="24"/>
          <w:szCs w:val="24"/>
          <w:lang w:val="fr-FR"/>
        </w:rPr>
        <w:t xml:space="preserve">  /</w:t>
      </w:r>
      <w:proofErr w:type="gramEnd"/>
    </w:p>
    <w:p w14:paraId="035B2E14" w14:textId="2AEF1F8C" w:rsidR="007A6244" w:rsidRPr="00101447" w:rsidRDefault="009D5BC3" w:rsidP="007F2503">
      <w:pPr>
        <w:keepNext/>
        <w:jc w:val="center"/>
        <w:rPr>
          <w:b/>
          <w:bCs/>
          <w:sz w:val="24"/>
          <w:szCs w:val="24"/>
          <w:lang w:val="fr-FR"/>
        </w:rPr>
      </w:pPr>
      <w:r w:rsidRPr="00101447">
        <w:rPr>
          <w:b/>
          <w:bCs/>
          <w:sz w:val="24"/>
          <w:szCs w:val="24"/>
          <w:lang w:val="fr-FR"/>
        </w:rPr>
        <w:t xml:space="preserve">☐ </w:t>
      </w:r>
      <w:proofErr w:type="spellStart"/>
      <w:r w:rsidRPr="00101447">
        <w:rPr>
          <w:b/>
          <w:bCs/>
          <w:sz w:val="24"/>
          <w:szCs w:val="24"/>
          <w:lang w:val="fr-FR"/>
        </w:rPr>
        <w:t>prelungirea</w:t>
      </w:r>
      <w:proofErr w:type="spellEnd"/>
      <w:r w:rsidRPr="00101447">
        <w:rPr>
          <w:b/>
          <w:bCs/>
          <w:sz w:val="24"/>
          <w:szCs w:val="24"/>
          <w:lang w:val="fr-FR"/>
        </w:rPr>
        <w:t xml:space="preserve"> VALABILITĂȚII </w:t>
      </w:r>
      <w:proofErr w:type="spellStart"/>
      <w:r w:rsidRPr="00101447">
        <w:rPr>
          <w:b/>
          <w:bCs/>
          <w:sz w:val="24"/>
          <w:szCs w:val="24"/>
          <w:lang w:val="fr-FR"/>
        </w:rPr>
        <w:t>autorizației</w:t>
      </w:r>
      <w:proofErr w:type="spellEnd"/>
      <w:r w:rsidRPr="00101447">
        <w:rPr>
          <w:b/>
          <w:bCs/>
          <w:sz w:val="24"/>
          <w:szCs w:val="24"/>
          <w:lang w:val="fr-FR"/>
        </w:rPr>
        <w:t xml:space="preserve">, </w:t>
      </w:r>
      <w:proofErr w:type="spellStart"/>
      <w:r w:rsidRPr="00101447">
        <w:rPr>
          <w:b/>
          <w:bCs/>
          <w:sz w:val="24"/>
          <w:szCs w:val="24"/>
          <w:lang w:val="fr-FR"/>
        </w:rPr>
        <w:t>pentru</w:t>
      </w:r>
      <w:proofErr w:type="spellEnd"/>
      <w:r w:rsidRPr="00101447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101447">
        <w:rPr>
          <w:b/>
          <w:bCs/>
          <w:sz w:val="24"/>
          <w:szCs w:val="24"/>
          <w:lang w:val="fr-FR"/>
        </w:rPr>
        <w:t>cel</w:t>
      </w:r>
      <w:proofErr w:type="spellEnd"/>
      <w:r w:rsidRPr="00101447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101447">
        <w:rPr>
          <w:b/>
          <w:bCs/>
          <w:sz w:val="24"/>
          <w:szCs w:val="24"/>
          <w:lang w:val="fr-FR"/>
        </w:rPr>
        <w:t>mult</w:t>
      </w:r>
      <w:proofErr w:type="spellEnd"/>
      <w:r w:rsidRPr="00101447">
        <w:rPr>
          <w:b/>
          <w:bCs/>
          <w:sz w:val="24"/>
          <w:szCs w:val="24"/>
          <w:lang w:val="fr-FR"/>
        </w:rPr>
        <w:t xml:space="preserve"> 12 </w:t>
      </w:r>
      <w:proofErr w:type="spellStart"/>
      <w:r w:rsidRPr="00101447">
        <w:rPr>
          <w:b/>
          <w:bCs/>
          <w:sz w:val="24"/>
          <w:szCs w:val="24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Pr="003569B1" w:rsidRDefault="00000000">
            <w:pPr>
              <w:keepNext/>
              <w:rPr>
                <w:sz w:val="20"/>
                <w:szCs w:val="20"/>
              </w:rPr>
            </w:pPr>
            <w:r w:rsidRPr="003569B1">
              <w:rPr>
                <w:b/>
                <w:color w:val="0D5F78"/>
                <w:sz w:val="20"/>
                <w:szCs w:val="20"/>
              </w:rPr>
              <w:t>De la data</w:t>
            </w:r>
          </w:p>
          <w:p w14:paraId="354602FC" w14:textId="77777777" w:rsidR="007A6244" w:rsidRPr="003569B1" w:rsidRDefault="007A624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59ED40D5" w14:textId="77777777" w:rsidR="007A6244" w:rsidRPr="003569B1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3569B1">
              <w:rPr>
                <w:b/>
                <w:color w:val="0D5F78"/>
                <w:sz w:val="20"/>
                <w:szCs w:val="20"/>
              </w:rPr>
              <w:t>Până</w:t>
            </w:r>
            <w:proofErr w:type="spellEnd"/>
            <w:r w:rsidRPr="003569B1">
              <w:rPr>
                <w:b/>
                <w:color w:val="0D5F78"/>
                <w:sz w:val="20"/>
                <w:szCs w:val="20"/>
              </w:rPr>
              <w:t xml:space="preserve"> la data</w:t>
            </w:r>
          </w:p>
          <w:p w14:paraId="7DDD098F" w14:textId="77777777" w:rsidR="007A6244" w:rsidRPr="003569B1" w:rsidRDefault="007A6244">
            <w:pPr>
              <w:keepNext/>
              <w:rPr>
                <w:sz w:val="20"/>
                <w:szCs w:val="20"/>
              </w:rPr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Pr="003569B1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3569B1">
              <w:rPr>
                <w:b/>
                <w:color w:val="0D5F78"/>
                <w:sz w:val="20"/>
                <w:szCs w:val="20"/>
              </w:rPr>
              <w:t>Stadiul</w:t>
            </w:r>
            <w:proofErr w:type="spellEnd"/>
            <w:r w:rsidRPr="003569B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3569B1">
              <w:rPr>
                <w:b/>
                <w:color w:val="0D5F78"/>
                <w:sz w:val="20"/>
                <w:szCs w:val="20"/>
              </w:rPr>
              <w:t>lucrărilor</w:t>
            </w:r>
            <w:proofErr w:type="spellEnd"/>
            <w:r w:rsidRPr="003569B1">
              <w:rPr>
                <w:b/>
                <w:color w:val="0D5F78"/>
                <w:sz w:val="20"/>
                <w:szCs w:val="20"/>
              </w:rPr>
              <w:t xml:space="preserve"> (%)</w:t>
            </w:r>
          </w:p>
          <w:p w14:paraId="24044175" w14:textId="77777777" w:rsidR="007A6244" w:rsidRPr="003569B1" w:rsidRDefault="007A6244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524FE4D1" w14:textId="77777777" w:rsidR="007A6244" w:rsidRPr="003569B1" w:rsidRDefault="00000000">
            <w:pPr>
              <w:keepNext/>
              <w:rPr>
                <w:sz w:val="20"/>
                <w:szCs w:val="20"/>
              </w:rPr>
            </w:pPr>
            <w:r w:rsidRPr="003569B1">
              <w:rPr>
                <w:b/>
                <w:color w:val="0D5F78"/>
                <w:sz w:val="20"/>
                <w:szCs w:val="20"/>
              </w:rPr>
              <w:t xml:space="preserve">Data </w:t>
            </w:r>
            <w:proofErr w:type="spellStart"/>
            <w:r w:rsidRPr="003569B1">
              <w:rPr>
                <w:b/>
                <w:color w:val="0D5F78"/>
                <w:sz w:val="20"/>
                <w:szCs w:val="20"/>
              </w:rPr>
              <w:t>începerii</w:t>
            </w:r>
            <w:proofErr w:type="spellEnd"/>
            <w:r w:rsidRPr="003569B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3569B1">
              <w:rPr>
                <w:b/>
                <w:color w:val="0D5F78"/>
                <w:sz w:val="20"/>
                <w:szCs w:val="20"/>
              </w:rPr>
              <w:t>efective</w:t>
            </w:r>
            <w:proofErr w:type="spellEnd"/>
          </w:p>
          <w:p w14:paraId="5E0A126C" w14:textId="77777777" w:rsidR="007A6244" w:rsidRPr="003569B1" w:rsidRDefault="007A6244">
            <w:pPr>
              <w:keepNext/>
              <w:rPr>
                <w:sz w:val="20"/>
                <w:szCs w:val="20"/>
              </w:rPr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3569B1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3569B1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569B1">
              <w:rPr>
                <w:sz w:val="20"/>
                <w:szCs w:val="20"/>
                <w:lang w:val="fr-FR"/>
              </w:rPr>
              <w:t>Lucrările</w:t>
            </w:r>
            <w:proofErr w:type="spellEnd"/>
            <w:r w:rsidRPr="003569B1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569B1">
              <w:rPr>
                <w:sz w:val="20"/>
                <w:szCs w:val="20"/>
                <w:lang w:val="fr-FR"/>
              </w:rPr>
              <w:t>rămase</w:t>
            </w:r>
            <w:proofErr w:type="spellEnd"/>
            <w:r w:rsidRPr="003569B1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569B1">
              <w:rPr>
                <w:sz w:val="20"/>
                <w:szCs w:val="20"/>
                <w:lang w:val="fr-FR"/>
              </w:rPr>
              <w:t>executat</w:t>
            </w:r>
            <w:proofErr w:type="spellEnd"/>
            <w:r w:rsidRPr="003569B1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569B1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3569B1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569B1">
              <w:rPr>
                <w:sz w:val="20"/>
                <w:szCs w:val="20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406713" w:rsidRDefault="00000000">
            <w:pPr>
              <w:rPr>
                <w:sz w:val="20"/>
                <w:szCs w:val="20"/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r w:rsidRPr="00406713">
              <w:rPr>
                <w:sz w:val="20"/>
                <w:szCs w:val="20"/>
                <w:lang w:val="fr-FR"/>
              </w:rPr>
              <w:t xml:space="preserve">☐ </w:t>
            </w:r>
            <w:proofErr w:type="spellStart"/>
            <w:r w:rsidRPr="00406713">
              <w:rPr>
                <w:sz w:val="20"/>
                <w:szCs w:val="20"/>
                <w:lang w:val="fr-FR"/>
              </w:rPr>
              <w:t>autorizația</w:t>
            </w:r>
            <w:proofErr w:type="spellEnd"/>
            <w:r w:rsidRPr="00406713">
              <w:rPr>
                <w:sz w:val="20"/>
                <w:szCs w:val="20"/>
                <w:lang w:val="fr-FR"/>
              </w:rPr>
              <w:t xml:space="preserve"> de construire (</w:t>
            </w:r>
            <w:proofErr w:type="spellStart"/>
            <w:r w:rsidRPr="00406713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406713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Pr="00406713">
              <w:rPr>
                <w:sz w:val="20"/>
                <w:szCs w:val="20"/>
                <w:lang w:val="fr-FR"/>
              </w:rPr>
              <w:t xml:space="preserve">original)   </w:t>
            </w:r>
            <w:proofErr w:type="gramEnd"/>
            <w:r w:rsidRPr="00406713">
              <w:rPr>
                <w:sz w:val="20"/>
                <w:szCs w:val="20"/>
                <w:lang w:val="fr-FR"/>
              </w:rPr>
              <w:t xml:space="preserve">  ☐ </w:t>
            </w:r>
            <w:proofErr w:type="spellStart"/>
            <w:r w:rsidRPr="00406713">
              <w:rPr>
                <w:sz w:val="20"/>
                <w:szCs w:val="20"/>
                <w:lang w:val="fr-FR"/>
              </w:rPr>
              <w:t>documentul</w:t>
            </w:r>
            <w:proofErr w:type="spellEnd"/>
            <w:r w:rsidRPr="0040671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6713">
              <w:rPr>
                <w:sz w:val="20"/>
                <w:szCs w:val="20"/>
                <w:lang w:val="fr-FR"/>
              </w:rPr>
              <w:t>privind</w:t>
            </w:r>
            <w:proofErr w:type="spellEnd"/>
            <w:r w:rsidRPr="0040671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6713">
              <w:rPr>
                <w:sz w:val="20"/>
                <w:szCs w:val="20"/>
                <w:lang w:val="fr-FR"/>
              </w:rPr>
              <w:t>achitarea</w:t>
            </w:r>
            <w:proofErr w:type="spellEnd"/>
            <w:r w:rsidRPr="0040671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06713">
              <w:rPr>
                <w:sz w:val="20"/>
                <w:szCs w:val="20"/>
                <w:lang w:val="fr-FR"/>
              </w:rPr>
              <w:t>taxei</w:t>
            </w:r>
            <w:proofErr w:type="spellEnd"/>
            <w:r w:rsidRPr="00406713">
              <w:rPr>
                <w:sz w:val="20"/>
                <w:szCs w:val="20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Pr="00406713" w:rsidRDefault="00000000" w:rsidP="00406713">
            <w:pPr>
              <w:jc w:val="center"/>
              <w:rPr>
                <w:sz w:val="20"/>
                <w:szCs w:val="20"/>
              </w:rPr>
            </w:pPr>
            <w:r w:rsidRPr="00406713">
              <w:rPr>
                <w:b/>
                <w:color w:val="0D5F78"/>
                <w:sz w:val="20"/>
                <w:szCs w:val="20"/>
              </w:rPr>
              <w:t>Data</w:t>
            </w:r>
          </w:p>
          <w:p w14:paraId="00AF9847" w14:textId="77777777" w:rsidR="007A6244" w:rsidRPr="00406713" w:rsidRDefault="007A6244" w:rsidP="004067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Pr="00406713" w:rsidRDefault="00000000" w:rsidP="00406713">
            <w:pPr>
              <w:jc w:val="center"/>
              <w:rPr>
                <w:sz w:val="20"/>
                <w:szCs w:val="20"/>
              </w:rPr>
            </w:pPr>
            <w:proofErr w:type="spellStart"/>
            <w:r w:rsidRPr="00406713">
              <w:rPr>
                <w:b/>
                <w:color w:val="0D5F78"/>
                <w:sz w:val="20"/>
                <w:szCs w:val="20"/>
              </w:rPr>
              <w:t>Titularul</w:t>
            </w:r>
            <w:proofErr w:type="spellEnd"/>
            <w:r w:rsidRPr="00406713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406713">
              <w:rPr>
                <w:b/>
                <w:color w:val="0D5F78"/>
                <w:sz w:val="20"/>
                <w:szCs w:val="20"/>
              </w:rPr>
              <w:t>autorizației</w:t>
            </w:r>
            <w:proofErr w:type="spellEnd"/>
          </w:p>
          <w:p w14:paraId="7EABFA92" w14:textId="77777777" w:rsidR="007A6244" w:rsidRPr="00406713" w:rsidRDefault="007A6244" w:rsidP="004067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Pr="00406713" w:rsidRDefault="00000000" w:rsidP="00406713">
            <w:pPr>
              <w:jc w:val="center"/>
              <w:rPr>
                <w:sz w:val="20"/>
                <w:szCs w:val="20"/>
              </w:rPr>
            </w:pPr>
            <w:proofErr w:type="spellStart"/>
            <w:r w:rsidRPr="00406713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189E4DCE" w14:textId="77777777" w:rsidR="007A6244" w:rsidRPr="00406713" w:rsidRDefault="007A6244" w:rsidP="0040671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66298" w14:textId="77777777" w:rsidR="009D3BFC" w:rsidRDefault="009D3BFC">
      <w:r>
        <w:separator/>
      </w:r>
    </w:p>
  </w:endnote>
  <w:endnote w:type="continuationSeparator" w:id="0">
    <w:p w14:paraId="4562EEF0" w14:textId="77777777" w:rsidR="009D3BFC" w:rsidRDefault="009D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310CC" w14:textId="77777777" w:rsidR="009D3BFC" w:rsidRDefault="009D3BFC">
      <w:r>
        <w:separator/>
      </w:r>
    </w:p>
  </w:footnote>
  <w:footnote w:type="continuationSeparator" w:id="0">
    <w:p w14:paraId="1EF4415D" w14:textId="77777777" w:rsidR="009D3BFC" w:rsidRDefault="009D3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DB93" w14:textId="77777777" w:rsidR="0006381A" w:rsidRDefault="0006381A" w:rsidP="0006381A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6ABD6F44" w14:textId="19C246BA" w:rsidR="0006381A" w:rsidRPr="002B61AC" w:rsidRDefault="0006381A" w:rsidP="0006381A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F_A_0</w:t>
    </w:r>
    <w:r w:rsidR="004E3E20">
      <w:rPr>
        <w:color w:val="595959"/>
      </w:rPr>
      <w:t>2</w:t>
    </w:r>
    <w:r>
      <w:rPr>
        <w:color w:val="595959"/>
      </w:rPr>
      <w:t xml:space="preserve">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281653C4" w14:textId="77777777" w:rsidR="0006381A" w:rsidRDefault="000638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939"/>
    <w:rsid w:val="00034616"/>
    <w:rsid w:val="0006063C"/>
    <w:rsid w:val="0006381A"/>
    <w:rsid w:val="00101447"/>
    <w:rsid w:val="00126867"/>
    <w:rsid w:val="0015074B"/>
    <w:rsid w:val="00172585"/>
    <w:rsid w:val="0018334D"/>
    <w:rsid w:val="00250567"/>
    <w:rsid w:val="0029639D"/>
    <w:rsid w:val="00326F90"/>
    <w:rsid w:val="00343FD2"/>
    <w:rsid w:val="003569B1"/>
    <w:rsid w:val="003A12F6"/>
    <w:rsid w:val="003C3A19"/>
    <w:rsid w:val="00404100"/>
    <w:rsid w:val="00406713"/>
    <w:rsid w:val="004E3E20"/>
    <w:rsid w:val="004E5A4B"/>
    <w:rsid w:val="0059696D"/>
    <w:rsid w:val="006A458C"/>
    <w:rsid w:val="006C103E"/>
    <w:rsid w:val="007A6244"/>
    <w:rsid w:val="007F2503"/>
    <w:rsid w:val="008F1C8F"/>
    <w:rsid w:val="00952B66"/>
    <w:rsid w:val="009C5408"/>
    <w:rsid w:val="009D3BFC"/>
    <w:rsid w:val="009D5BC3"/>
    <w:rsid w:val="00A4521C"/>
    <w:rsid w:val="00A628CA"/>
    <w:rsid w:val="00AA1D8D"/>
    <w:rsid w:val="00AA4A4E"/>
    <w:rsid w:val="00AC5429"/>
    <w:rsid w:val="00B23017"/>
    <w:rsid w:val="00B47730"/>
    <w:rsid w:val="00BE5754"/>
    <w:rsid w:val="00C147CF"/>
    <w:rsid w:val="00C81382"/>
    <w:rsid w:val="00CB0664"/>
    <w:rsid w:val="00D21BCF"/>
    <w:rsid w:val="00D31903"/>
    <w:rsid w:val="00D820AE"/>
    <w:rsid w:val="00DB0A19"/>
    <w:rsid w:val="00DD217F"/>
    <w:rsid w:val="00E61A6B"/>
    <w:rsid w:val="00E90DD5"/>
    <w:rsid w:val="00EC74C2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41</cp:revision>
  <dcterms:created xsi:type="dcterms:W3CDTF">2013-12-23T23:15:00Z</dcterms:created>
  <dcterms:modified xsi:type="dcterms:W3CDTF">2026-10-07T07:05:00Z</dcterms:modified>
  <cp:category/>
</cp:coreProperties>
</file>