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6275FF" w:rsidRPr="001241A0" w14:paraId="244CC197" w14:textId="77777777" w:rsidTr="00BD01B2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68A5AEA" w14:textId="77777777" w:rsidR="006275FF" w:rsidRPr="001241A0" w:rsidRDefault="006275FF" w:rsidP="00BD01B2">
            <w:pPr>
              <w:keepNext/>
              <w:jc w:val="center"/>
              <w:rPr>
                <w:i/>
              </w:rPr>
            </w:pPr>
            <w:r w:rsidRPr="001241A0">
              <w:rPr>
                <w:i/>
                <w:noProof/>
              </w:rPr>
              <w:drawing>
                <wp:inline distT="0" distB="0" distL="0" distR="0" wp14:anchorId="0EE56600" wp14:editId="1186CB72">
                  <wp:extent cx="743585" cy="1127760"/>
                  <wp:effectExtent l="0" t="0" r="0" b="0"/>
                  <wp:docPr id="55388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4CE760A" w14:textId="77777777" w:rsidR="006275FF" w:rsidRPr="001241A0" w:rsidRDefault="006275FF" w:rsidP="00BD01B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7F93057E" w14:textId="77777777" w:rsidR="006275FF" w:rsidRPr="006A21CE" w:rsidRDefault="006275FF" w:rsidP="00BD01B2">
            <w:pPr>
              <w:keepNext/>
              <w:rPr>
                <w:sz w:val="18"/>
                <w:szCs w:val="18"/>
              </w:rPr>
            </w:pPr>
          </w:p>
          <w:p w14:paraId="4646A4E4" w14:textId="77777777" w:rsidR="006275FF" w:rsidRPr="006A21CE" w:rsidRDefault="006275FF" w:rsidP="00BD01B2">
            <w:pPr>
              <w:keepNext/>
              <w:rPr>
                <w:sz w:val="18"/>
                <w:szCs w:val="18"/>
                <w:lang w:val="ro-RO"/>
              </w:rPr>
            </w:pPr>
            <w:proofErr w:type="spellStart"/>
            <w:r w:rsidRPr="006A21CE">
              <w:rPr>
                <w:b/>
                <w:sz w:val="18"/>
                <w:szCs w:val="18"/>
              </w:rPr>
              <w:t>Județul</w:t>
            </w:r>
            <w:proofErr w:type="spellEnd"/>
            <w:r w:rsidRPr="006A21CE">
              <w:rPr>
                <w:b/>
                <w:sz w:val="18"/>
                <w:szCs w:val="18"/>
              </w:rPr>
              <w:t xml:space="preserve"> Mehedin</w:t>
            </w:r>
            <w:r w:rsidRPr="006A21CE">
              <w:rPr>
                <w:b/>
                <w:sz w:val="18"/>
                <w:szCs w:val="18"/>
                <w:lang w:val="ro-RO"/>
              </w:rPr>
              <w:t>ți</w:t>
            </w:r>
          </w:p>
          <w:p w14:paraId="1F308AE2" w14:textId="77777777" w:rsidR="006275FF" w:rsidRPr="006A21CE" w:rsidRDefault="006275FF" w:rsidP="00BD01B2">
            <w:pPr>
              <w:keepNext/>
              <w:rPr>
                <w:sz w:val="18"/>
                <w:szCs w:val="18"/>
              </w:rPr>
            </w:pPr>
          </w:p>
        </w:tc>
      </w:tr>
      <w:tr w:rsidR="006275FF" w:rsidRPr="001241A0" w14:paraId="5189C486" w14:textId="77777777" w:rsidTr="00BD01B2">
        <w:trPr>
          <w:cantSplit/>
          <w:trHeight w:val="510"/>
        </w:trPr>
        <w:tc>
          <w:tcPr>
            <w:tcW w:w="1606" w:type="dxa"/>
            <w:vMerge/>
          </w:tcPr>
          <w:p w14:paraId="2FAB8E41" w14:textId="77777777" w:rsidR="006275FF" w:rsidRPr="001241A0" w:rsidRDefault="006275FF" w:rsidP="00BD01B2"/>
        </w:tc>
        <w:tc>
          <w:tcPr>
            <w:tcW w:w="8030" w:type="dxa"/>
            <w:gridSpan w:val="3"/>
            <w:shd w:val="clear" w:color="auto" w:fill="F0F0F0"/>
          </w:tcPr>
          <w:p w14:paraId="637D29A1" w14:textId="77777777" w:rsidR="006275FF" w:rsidRPr="006A21CE" w:rsidRDefault="006275FF" w:rsidP="00BD01B2">
            <w:pPr>
              <w:keepNext/>
              <w:rPr>
                <w:b/>
                <w:sz w:val="18"/>
                <w:szCs w:val="18"/>
              </w:rPr>
            </w:pPr>
          </w:p>
          <w:p w14:paraId="53B2F368" w14:textId="77777777" w:rsidR="006275FF" w:rsidRPr="006A21CE" w:rsidRDefault="006275FF" w:rsidP="00BD01B2">
            <w:pPr>
              <w:keepNext/>
              <w:rPr>
                <w:sz w:val="18"/>
                <w:szCs w:val="18"/>
              </w:rPr>
            </w:pPr>
            <w:proofErr w:type="spellStart"/>
            <w:r w:rsidRPr="006A21CE">
              <w:rPr>
                <w:b/>
                <w:sz w:val="18"/>
                <w:szCs w:val="18"/>
              </w:rPr>
              <w:t>Primăria</w:t>
            </w:r>
            <w:proofErr w:type="spellEnd"/>
            <w:r w:rsidRPr="006A21C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6A21CE">
              <w:rPr>
                <w:b/>
                <w:sz w:val="18"/>
                <w:szCs w:val="18"/>
              </w:rPr>
              <w:t>Municipiului</w:t>
            </w:r>
            <w:proofErr w:type="spellEnd"/>
            <w:r w:rsidRPr="006A21C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6A21CE">
              <w:rPr>
                <w:b/>
                <w:sz w:val="18"/>
                <w:szCs w:val="18"/>
              </w:rPr>
              <w:t>Drobeta</w:t>
            </w:r>
            <w:proofErr w:type="spellEnd"/>
            <w:r w:rsidRPr="006A21C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6A21CE">
              <w:rPr>
                <w:b/>
                <w:sz w:val="18"/>
                <w:szCs w:val="18"/>
              </w:rPr>
              <w:t>Turnu</w:t>
            </w:r>
            <w:proofErr w:type="spellEnd"/>
            <w:r w:rsidRPr="006A21CE">
              <w:rPr>
                <w:b/>
                <w:sz w:val="18"/>
                <w:szCs w:val="18"/>
              </w:rPr>
              <w:t xml:space="preserve"> Severin</w:t>
            </w:r>
          </w:p>
          <w:p w14:paraId="1330C888" w14:textId="77777777" w:rsidR="006275FF" w:rsidRPr="006A21CE" w:rsidRDefault="006275FF" w:rsidP="00BD01B2">
            <w:pPr>
              <w:keepNext/>
              <w:rPr>
                <w:sz w:val="18"/>
                <w:szCs w:val="18"/>
              </w:rPr>
            </w:pPr>
          </w:p>
        </w:tc>
      </w:tr>
      <w:tr w:rsidR="006275FF" w:rsidRPr="001241A0" w14:paraId="294F3785" w14:textId="77777777" w:rsidTr="00BD01B2">
        <w:trPr>
          <w:cantSplit/>
          <w:trHeight w:val="510"/>
        </w:trPr>
        <w:tc>
          <w:tcPr>
            <w:tcW w:w="1606" w:type="dxa"/>
            <w:vMerge/>
          </w:tcPr>
          <w:p w14:paraId="2D452E95" w14:textId="77777777" w:rsidR="006275FF" w:rsidRPr="001241A0" w:rsidRDefault="006275FF" w:rsidP="00BD01B2"/>
        </w:tc>
        <w:tc>
          <w:tcPr>
            <w:tcW w:w="2409" w:type="dxa"/>
            <w:shd w:val="clear" w:color="auto" w:fill="F0F0F0"/>
          </w:tcPr>
          <w:p w14:paraId="5218E52A" w14:textId="77777777" w:rsidR="006275FF" w:rsidRPr="006A21CE" w:rsidRDefault="006275FF" w:rsidP="00BD01B2">
            <w:pPr>
              <w:keepNext/>
              <w:rPr>
                <w:b/>
                <w:sz w:val="18"/>
                <w:szCs w:val="18"/>
                <w:lang w:val="fr-FR"/>
              </w:rPr>
            </w:pPr>
            <w:r w:rsidRPr="006A21CE">
              <w:rPr>
                <w:b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6A21CE">
              <w:rPr>
                <w:b/>
                <w:sz w:val="18"/>
                <w:szCs w:val="18"/>
                <w:lang w:val="fr-FR"/>
              </w:rPr>
              <w:t>identificare</w:t>
            </w:r>
            <w:proofErr w:type="spellEnd"/>
            <w:r w:rsidRPr="006A21CE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A21CE">
              <w:rPr>
                <w:b/>
                <w:sz w:val="18"/>
                <w:szCs w:val="18"/>
                <w:lang w:val="fr-FR"/>
              </w:rPr>
              <w:t>fiscală</w:t>
            </w:r>
            <w:proofErr w:type="spellEnd"/>
            <w:r w:rsidRPr="006A21CE">
              <w:rPr>
                <w:b/>
                <w:sz w:val="18"/>
                <w:szCs w:val="18"/>
                <w:lang w:val="fr-FR"/>
              </w:rPr>
              <w:t xml:space="preserve"> (CIF)</w:t>
            </w:r>
          </w:p>
          <w:p w14:paraId="201C70B3" w14:textId="77777777" w:rsidR="006275FF" w:rsidRPr="006A21CE" w:rsidRDefault="006275FF" w:rsidP="00BD01B2">
            <w:pPr>
              <w:keepNext/>
              <w:rPr>
                <w:sz w:val="18"/>
                <w:szCs w:val="18"/>
                <w:lang w:val="fr-FR"/>
              </w:rPr>
            </w:pPr>
            <w:r w:rsidRPr="006A21CE">
              <w:rPr>
                <w:b/>
                <w:sz w:val="18"/>
                <w:szCs w:val="18"/>
                <w:lang w:val="fr-FR"/>
              </w:rPr>
              <w:t>RO 44265584</w:t>
            </w:r>
          </w:p>
          <w:p w14:paraId="7E1C40D7" w14:textId="77777777" w:rsidR="006275FF" w:rsidRPr="006A21CE" w:rsidRDefault="006275FF" w:rsidP="00BD01B2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14:paraId="1CF072B1" w14:textId="77777777" w:rsidR="006275FF" w:rsidRPr="006A21CE" w:rsidRDefault="006275FF" w:rsidP="00BD01B2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6A21CE">
              <w:rPr>
                <w:b/>
                <w:sz w:val="18"/>
                <w:szCs w:val="18"/>
              </w:rPr>
              <w:t>Adresa</w:t>
            </w:r>
            <w:proofErr w:type="spellEnd"/>
            <w:r w:rsidRPr="006A21CE">
              <w:rPr>
                <w:b/>
                <w:sz w:val="18"/>
                <w:szCs w:val="18"/>
              </w:rPr>
              <w:t xml:space="preserve"> Strada </w:t>
            </w:r>
            <w:proofErr w:type="spellStart"/>
            <w:r w:rsidRPr="006A21CE">
              <w:rPr>
                <w:b/>
                <w:sz w:val="18"/>
                <w:szCs w:val="18"/>
              </w:rPr>
              <w:t>Maresal</w:t>
            </w:r>
            <w:proofErr w:type="spellEnd"/>
            <w:r w:rsidRPr="006A21CE">
              <w:rPr>
                <w:b/>
                <w:sz w:val="18"/>
                <w:szCs w:val="18"/>
              </w:rPr>
              <w:t xml:space="preserve"> Averescu nr. 2 </w:t>
            </w:r>
          </w:p>
          <w:p w14:paraId="4F6CAA12" w14:textId="77777777" w:rsidR="006275FF" w:rsidRPr="006A21CE" w:rsidRDefault="006275FF" w:rsidP="00BD01B2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6A21CE">
              <w:rPr>
                <w:b/>
                <w:sz w:val="18"/>
                <w:szCs w:val="18"/>
              </w:rPr>
              <w:t>Drobeta</w:t>
            </w:r>
            <w:proofErr w:type="spellEnd"/>
            <w:r w:rsidRPr="006A21CE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6A21CE">
              <w:rPr>
                <w:b/>
                <w:sz w:val="18"/>
                <w:szCs w:val="18"/>
              </w:rPr>
              <w:t>Turnu</w:t>
            </w:r>
            <w:proofErr w:type="spellEnd"/>
            <w:r w:rsidRPr="006A21CE">
              <w:rPr>
                <w:b/>
                <w:sz w:val="18"/>
                <w:szCs w:val="18"/>
              </w:rPr>
              <w:t xml:space="preserve"> Severin, </w:t>
            </w:r>
            <w:proofErr w:type="spellStart"/>
            <w:r w:rsidRPr="006A21CE">
              <w:rPr>
                <w:b/>
                <w:sz w:val="18"/>
                <w:szCs w:val="18"/>
              </w:rPr>
              <w:t>Județul</w:t>
            </w:r>
            <w:proofErr w:type="spellEnd"/>
            <w:r w:rsidRPr="006A21CE">
              <w:rPr>
                <w:b/>
                <w:sz w:val="18"/>
                <w:szCs w:val="18"/>
              </w:rPr>
              <w:t xml:space="preserve"> Mehedinți, </w:t>
            </w:r>
            <w:proofErr w:type="spellStart"/>
            <w:r w:rsidRPr="006A21CE">
              <w:rPr>
                <w:b/>
                <w:sz w:val="18"/>
                <w:szCs w:val="18"/>
              </w:rPr>
              <w:t>România</w:t>
            </w:r>
            <w:proofErr w:type="spellEnd"/>
          </w:p>
          <w:p w14:paraId="16C5501B" w14:textId="77777777" w:rsidR="006275FF" w:rsidRPr="006A21CE" w:rsidRDefault="006275FF" w:rsidP="00BD01B2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6A21CE">
              <w:rPr>
                <w:b/>
                <w:sz w:val="18"/>
                <w:szCs w:val="18"/>
              </w:rPr>
              <w:t>Telefon</w:t>
            </w:r>
            <w:proofErr w:type="spellEnd"/>
            <w:r w:rsidRPr="006A21CE">
              <w:rPr>
                <w:b/>
                <w:sz w:val="18"/>
                <w:szCs w:val="18"/>
              </w:rPr>
              <w:t>: 0252.31.43.79   Fax: 0252.31.63.17</w:t>
            </w:r>
          </w:p>
          <w:p w14:paraId="2A9ECDF0" w14:textId="77777777" w:rsidR="006275FF" w:rsidRPr="006A21CE" w:rsidRDefault="006275FF" w:rsidP="00BD01B2">
            <w:pPr>
              <w:keepNext/>
              <w:rPr>
                <w:sz w:val="18"/>
                <w:szCs w:val="18"/>
              </w:rPr>
            </w:pPr>
            <w:r w:rsidRPr="006A21CE">
              <w:rPr>
                <w:b/>
                <w:sz w:val="18"/>
                <w:szCs w:val="18"/>
              </w:rPr>
              <w:t>E-mail: primaria@primariadrobeta.ro</w:t>
            </w:r>
          </w:p>
        </w:tc>
      </w:tr>
      <w:tr w:rsidR="006275FF" w:rsidRPr="001241A0" w14:paraId="632B82C3" w14:textId="77777777" w:rsidTr="00BD01B2">
        <w:trPr>
          <w:cantSplit/>
          <w:trHeight w:val="510"/>
        </w:trPr>
        <w:tc>
          <w:tcPr>
            <w:tcW w:w="1606" w:type="dxa"/>
            <w:vMerge/>
          </w:tcPr>
          <w:p w14:paraId="5F11C028" w14:textId="77777777" w:rsidR="006275FF" w:rsidRPr="001241A0" w:rsidRDefault="006275FF" w:rsidP="00BD01B2"/>
        </w:tc>
        <w:tc>
          <w:tcPr>
            <w:tcW w:w="4818" w:type="dxa"/>
            <w:gridSpan w:val="2"/>
            <w:shd w:val="clear" w:color="auto" w:fill="F0F0F0"/>
          </w:tcPr>
          <w:p w14:paraId="4705AC60" w14:textId="77777777" w:rsidR="006275FF" w:rsidRPr="006A21CE" w:rsidRDefault="006275FF" w:rsidP="00BD01B2">
            <w:pPr>
              <w:keepNext/>
              <w:rPr>
                <w:b/>
                <w:sz w:val="18"/>
                <w:szCs w:val="18"/>
              </w:rPr>
            </w:pPr>
          </w:p>
          <w:p w14:paraId="3FB2C3A7" w14:textId="77777777" w:rsidR="006275FF" w:rsidRPr="006A21CE" w:rsidRDefault="006275FF" w:rsidP="00BD01B2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6A21CE">
              <w:rPr>
                <w:b/>
                <w:sz w:val="18"/>
                <w:szCs w:val="18"/>
              </w:rPr>
              <w:t>Număr</w:t>
            </w:r>
            <w:proofErr w:type="spellEnd"/>
            <w:r w:rsidRPr="006A21CE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6A21CE">
              <w:rPr>
                <w:b/>
                <w:sz w:val="18"/>
                <w:szCs w:val="18"/>
              </w:rPr>
              <w:t>înregistrare</w:t>
            </w:r>
            <w:proofErr w:type="spellEnd"/>
            <w:r w:rsidRPr="006A21CE">
              <w:rPr>
                <w:b/>
                <w:sz w:val="18"/>
                <w:szCs w:val="18"/>
              </w:rPr>
              <w:t xml:space="preserve"> ………………………</w:t>
            </w:r>
          </w:p>
          <w:p w14:paraId="4808C345" w14:textId="77777777" w:rsidR="006275FF" w:rsidRPr="006A21CE" w:rsidRDefault="006275FF" w:rsidP="00BD01B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13381399" w14:textId="77777777" w:rsidR="006275FF" w:rsidRPr="006A21CE" w:rsidRDefault="006275FF" w:rsidP="00BD01B2">
            <w:pPr>
              <w:keepNext/>
              <w:rPr>
                <w:b/>
                <w:sz w:val="18"/>
                <w:szCs w:val="18"/>
              </w:rPr>
            </w:pPr>
          </w:p>
          <w:p w14:paraId="69548CC7" w14:textId="77777777" w:rsidR="006275FF" w:rsidRPr="006A21CE" w:rsidRDefault="006275FF" w:rsidP="00BD01B2">
            <w:pPr>
              <w:keepNext/>
              <w:rPr>
                <w:sz w:val="18"/>
                <w:szCs w:val="18"/>
              </w:rPr>
            </w:pPr>
            <w:r w:rsidRPr="006A21CE">
              <w:rPr>
                <w:b/>
                <w:sz w:val="18"/>
                <w:szCs w:val="18"/>
              </w:rPr>
              <w:t>Data ………………………</w:t>
            </w:r>
          </w:p>
          <w:p w14:paraId="6BA990F9" w14:textId="77777777" w:rsidR="006275FF" w:rsidRPr="006A21CE" w:rsidRDefault="006275FF" w:rsidP="00BD01B2">
            <w:pPr>
              <w:keepNext/>
              <w:rPr>
                <w:sz w:val="18"/>
                <w:szCs w:val="18"/>
              </w:rPr>
            </w:pPr>
          </w:p>
        </w:tc>
      </w:tr>
      <w:tr w:rsidR="006275FF" w:rsidRPr="001241A0" w14:paraId="340A6C31" w14:textId="77777777" w:rsidTr="00BD01B2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74458AC" w14:textId="77777777" w:rsidR="006275FF" w:rsidRPr="001241A0" w:rsidRDefault="006275FF" w:rsidP="00BD01B2">
            <w:pPr>
              <w:rPr>
                <w:lang w:val="fr-FR"/>
              </w:rPr>
            </w:pPr>
            <w:r w:rsidRPr="001241A0">
              <w:rPr>
                <w:i/>
                <w:lang w:val="fr-FR"/>
              </w:rPr>
              <w:t xml:space="preserve"> </w:t>
            </w:r>
            <w:proofErr w:type="gramStart"/>
            <w:r w:rsidRPr="001241A0">
              <w:rPr>
                <w:i/>
                <w:lang w:val="fr-FR"/>
              </w:rPr>
              <w:t>se</w:t>
            </w:r>
            <w:proofErr w:type="gram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completează</w:t>
            </w:r>
            <w:proofErr w:type="spellEnd"/>
            <w:r w:rsidRPr="001241A0">
              <w:rPr>
                <w:i/>
                <w:lang w:val="fr-FR"/>
              </w:rPr>
              <w:t xml:space="preserve"> de </w:t>
            </w:r>
            <w:proofErr w:type="spellStart"/>
            <w:r w:rsidRPr="001241A0">
              <w:rPr>
                <w:i/>
                <w:lang w:val="fr-FR"/>
              </w:rPr>
              <w:t>autoritate</w:t>
            </w:r>
            <w:proofErr w:type="spellEnd"/>
            <w:r w:rsidRPr="001241A0">
              <w:rPr>
                <w:i/>
                <w:lang w:val="fr-FR"/>
              </w:rPr>
              <w:t xml:space="preserve"> — </w:t>
            </w:r>
            <w:proofErr w:type="spellStart"/>
            <w:r w:rsidRPr="001241A0">
              <w:rPr>
                <w:i/>
                <w:lang w:val="fr-FR"/>
              </w:rPr>
              <w:t>solicitantul</w:t>
            </w:r>
            <w:proofErr w:type="spellEnd"/>
            <w:r w:rsidRPr="001241A0">
              <w:rPr>
                <w:i/>
                <w:lang w:val="fr-FR"/>
              </w:rPr>
              <w:t xml:space="preserve"> nu </w:t>
            </w:r>
            <w:proofErr w:type="spellStart"/>
            <w:r w:rsidRPr="001241A0">
              <w:rPr>
                <w:i/>
                <w:lang w:val="fr-FR"/>
              </w:rPr>
              <w:t>scrie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în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această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Pr="00264579" w:rsidRDefault="00000000">
      <w:pPr>
        <w:spacing w:after="120"/>
        <w:jc w:val="center"/>
        <w:rPr>
          <w:sz w:val="24"/>
          <w:szCs w:val="24"/>
        </w:rPr>
      </w:pPr>
      <w:proofErr w:type="spellStart"/>
      <w:r w:rsidRPr="00264579">
        <w:rPr>
          <w:sz w:val="24"/>
          <w:szCs w:val="24"/>
        </w:rPr>
        <w:t>privind</w:t>
      </w:r>
      <w:proofErr w:type="spellEnd"/>
      <w:r w:rsidRPr="00264579">
        <w:rPr>
          <w:sz w:val="24"/>
          <w:szCs w:val="24"/>
        </w:rPr>
        <w:t xml:space="preserve"> </w:t>
      </w:r>
      <w:proofErr w:type="spellStart"/>
      <w:r w:rsidRPr="00264579">
        <w:rPr>
          <w:sz w:val="24"/>
          <w:szCs w:val="24"/>
        </w:rPr>
        <w:t>începerea</w:t>
      </w:r>
      <w:proofErr w:type="spellEnd"/>
      <w:r w:rsidRPr="00264579">
        <w:rPr>
          <w:sz w:val="24"/>
          <w:szCs w:val="24"/>
        </w:rPr>
        <w:t xml:space="preserve"> </w:t>
      </w:r>
      <w:proofErr w:type="spellStart"/>
      <w:r w:rsidRPr="00264579">
        <w:rPr>
          <w:sz w:val="24"/>
          <w:szCs w:val="24"/>
        </w:rPr>
        <w:t>execuției</w:t>
      </w:r>
      <w:proofErr w:type="spellEnd"/>
      <w:r w:rsidRPr="00264579">
        <w:rPr>
          <w:sz w:val="24"/>
          <w:szCs w:val="24"/>
        </w:rPr>
        <w:t xml:space="preserve"> </w:t>
      </w:r>
      <w:proofErr w:type="spellStart"/>
      <w:r w:rsidRPr="00264579">
        <w:rPr>
          <w:sz w:val="24"/>
          <w:szCs w:val="24"/>
        </w:rPr>
        <w:t>lucrărilor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6275FF" w14:paraId="6DD3BFFC" w14:textId="77777777" w:rsidTr="00BD01B2">
        <w:trPr>
          <w:cantSplit/>
        </w:trPr>
        <w:tc>
          <w:tcPr>
            <w:tcW w:w="9636" w:type="dxa"/>
            <w:shd w:val="clear" w:color="auto" w:fill="F4F4F4"/>
          </w:tcPr>
          <w:p w14:paraId="415ED30F" w14:textId="77777777" w:rsidR="006275FF" w:rsidRDefault="006275FF" w:rsidP="00BD01B2">
            <w:pPr>
              <w:keepNext/>
            </w:pP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6275FF" w:rsidRPr="0021562A" w14:paraId="16298191" w14:textId="77777777" w:rsidTr="00BD01B2">
        <w:trPr>
          <w:cantSplit/>
          <w:trHeight w:val="510"/>
        </w:trPr>
        <w:tc>
          <w:tcPr>
            <w:tcW w:w="9636" w:type="dxa"/>
          </w:tcPr>
          <w:p w14:paraId="6F792912" w14:textId="77777777" w:rsidR="006275FF" w:rsidRPr="002F5EAB" w:rsidRDefault="006275FF" w:rsidP="00BD01B2">
            <w:pPr>
              <w:keepNext/>
              <w:rPr>
                <w:b/>
                <w:color w:val="0D5F78"/>
                <w:sz w:val="28"/>
                <w:szCs w:val="28"/>
              </w:rPr>
            </w:pPr>
            <w:proofErr w:type="spellStart"/>
            <w:r w:rsidRPr="004516C3">
              <w:rPr>
                <w:b/>
                <w:sz w:val="28"/>
                <w:szCs w:val="28"/>
              </w:rPr>
              <w:t>Primăria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Municipiului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Drobeta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Turnu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Severin</w:t>
            </w:r>
          </w:p>
        </w:tc>
      </w:tr>
      <w:tr w:rsidR="006275FF" w:rsidRPr="0021562A" w14:paraId="5CDE6749" w14:textId="77777777" w:rsidTr="00BD01B2">
        <w:trPr>
          <w:cantSplit/>
        </w:trPr>
        <w:tc>
          <w:tcPr>
            <w:tcW w:w="9636" w:type="dxa"/>
            <w:shd w:val="clear" w:color="auto" w:fill="F4F4F4"/>
          </w:tcPr>
          <w:p w14:paraId="515C4C0D" w14:textId="77777777" w:rsidR="006275FF" w:rsidRPr="00E44906" w:rsidRDefault="006275FF" w:rsidP="00BD01B2">
            <w:pPr>
              <w:spacing w:line="228" w:lineRule="auto"/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E44906">
              <w:rPr>
                <w:bCs/>
              </w:rPr>
              <w:t>Drobeta</w:t>
            </w:r>
            <w:proofErr w:type="spellEnd"/>
            <w:r w:rsidRPr="00E44906">
              <w:rPr>
                <w:bCs/>
              </w:rPr>
              <w:t xml:space="preserve"> </w:t>
            </w:r>
            <w:proofErr w:type="spellStart"/>
            <w:r w:rsidRPr="00E44906">
              <w:rPr>
                <w:bCs/>
              </w:rPr>
              <w:t>Turnu</w:t>
            </w:r>
            <w:proofErr w:type="spellEnd"/>
            <w:r w:rsidRPr="00E44906">
              <w:rPr>
                <w:bCs/>
              </w:rPr>
              <w:t xml:space="preserve"> Severin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1086"/>
        <w:gridCol w:w="758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6"/>
          </w:tcPr>
          <w:p w14:paraId="7D808035" w14:textId="77777777" w:rsidR="00A11ECC" w:rsidRPr="00264579" w:rsidRDefault="00000000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Nume și prenume</w:t>
            </w:r>
          </w:p>
          <w:p w14:paraId="45C36B89" w14:textId="77777777" w:rsidR="00A11ECC" w:rsidRPr="00264579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75015164" w14:textId="77777777" w:rsidR="00A11ECC" w:rsidRPr="00264579" w:rsidRDefault="00000000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CNP</w:t>
            </w:r>
          </w:p>
          <w:p w14:paraId="4E9C5560" w14:textId="77777777" w:rsidR="00A11ECC" w:rsidRPr="00264579" w:rsidRDefault="00A11ECC">
            <w:pPr>
              <w:keepNext/>
              <w:rPr>
                <w:sz w:val="20"/>
                <w:szCs w:val="20"/>
              </w:rPr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D0D4BD0" w14:textId="77777777" w:rsidR="00A11ECC" w:rsidRPr="00264579" w:rsidRDefault="00000000">
            <w:pPr>
              <w:keepNext/>
              <w:rPr>
                <w:sz w:val="20"/>
                <w:szCs w:val="20"/>
              </w:rPr>
            </w:pPr>
            <w:r w:rsidRPr="00264579">
              <w:rPr>
                <w:sz w:val="20"/>
                <w:szCs w:val="20"/>
              </w:rPr>
              <w:t xml:space="preserve"> Act de identitate</w:t>
            </w:r>
          </w:p>
        </w:tc>
      </w:tr>
      <w:tr w:rsidR="00A11ECC" w14:paraId="7E1FD110" w14:textId="77777777" w:rsidTr="002E200D">
        <w:trPr>
          <w:cantSplit/>
          <w:trHeight w:val="269"/>
        </w:trPr>
        <w:tc>
          <w:tcPr>
            <w:tcW w:w="1368" w:type="dxa"/>
          </w:tcPr>
          <w:p w14:paraId="3DE6E8D1" w14:textId="62FBB504" w:rsidR="00A11ECC" w:rsidRPr="00264579" w:rsidRDefault="00000000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Seria</w:t>
            </w:r>
          </w:p>
        </w:tc>
        <w:tc>
          <w:tcPr>
            <w:tcW w:w="1844" w:type="dxa"/>
            <w:gridSpan w:val="2"/>
          </w:tcPr>
          <w:p w14:paraId="3406A505" w14:textId="6D5C35DD" w:rsidR="00A11ECC" w:rsidRPr="00264579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264579">
              <w:rPr>
                <w:b/>
                <w:color w:val="0D5F78"/>
                <w:sz w:val="20"/>
                <w:szCs w:val="20"/>
              </w:rPr>
              <w:t>Numărul</w:t>
            </w:r>
            <w:proofErr w:type="spellEnd"/>
          </w:p>
        </w:tc>
        <w:tc>
          <w:tcPr>
            <w:tcW w:w="4818" w:type="dxa"/>
            <w:gridSpan w:val="5"/>
          </w:tcPr>
          <w:p w14:paraId="50D7D510" w14:textId="058B5035" w:rsidR="00A11ECC" w:rsidRPr="00264579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264579">
              <w:rPr>
                <w:b/>
                <w:color w:val="0D5F78"/>
                <w:sz w:val="20"/>
                <w:szCs w:val="20"/>
              </w:rPr>
              <w:t>Eliberat</w:t>
            </w:r>
            <w:proofErr w:type="spellEnd"/>
            <w:r w:rsidRPr="00264579">
              <w:rPr>
                <w:b/>
                <w:color w:val="0D5F78"/>
                <w:sz w:val="20"/>
                <w:szCs w:val="20"/>
              </w:rPr>
              <w:t xml:space="preserve"> de</w:t>
            </w:r>
          </w:p>
        </w:tc>
        <w:tc>
          <w:tcPr>
            <w:tcW w:w="1606" w:type="dxa"/>
          </w:tcPr>
          <w:p w14:paraId="71986321" w14:textId="4C90AA8A" w:rsidR="00A11ECC" w:rsidRPr="00264579" w:rsidRDefault="00000000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La data</w:t>
            </w: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25A44F1F" w14:textId="77777777" w:rsidR="00A11ECC" w:rsidRPr="00264579" w:rsidRDefault="00000000">
            <w:pPr>
              <w:keepNext/>
              <w:rPr>
                <w:sz w:val="20"/>
                <w:szCs w:val="20"/>
              </w:rPr>
            </w:pPr>
            <w:r w:rsidRPr="00264579">
              <w:rPr>
                <w:sz w:val="20"/>
                <w:szCs w:val="20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2D50C92" w14:textId="77777777" w:rsidR="00A11ECC" w:rsidRPr="00264579" w:rsidRDefault="00000000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Județul</w:t>
            </w:r>
          </w:p>
          <w:p w14:paraId="52501A06" w14:textId="77777777" w:rsidR="00A11ECC" w:rsidRPr="00264579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660341FA" w14:textId="77777777" w:rsidR="00A11ECC" w:rsidRPr="00264579" w:rsidRDefault="00000000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Municipiul / orașul / comuna</w:t>
            </w:r>
          </w:p>
          <w:p w14:paraId="2606FFF2" w14:textId="77777777" w:rsidR="00A11ECC" w:rsidRPr="00264579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75959E82" w14:textId="77777777" w:rsidR="00A11ECC" w:rsidRPr="00264579" w:rsidRDefault="00000000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Satul / sectorul</w:t>
            </w:r>
          </w:p>
          <w:p w14:paraId="07EED8E4" w14:textId="77777777" w:rsidR="00A11ECC" w:rsidRPr="00264579" w:rsidRDefault="00A11ECC">
            <w:pPr>
              <w:keepNext/>
              <w:rPr>
                <w:sz w:val="20"/>
                <w:szCs w:val="20"/>
              </w:rPr>
            </w:pPr>
          </w:p>
        </w:tc>
      </w:tr>
      <w:tr w:rsidR="007A56C9" w14:paraId="7BDBDAA6" w14:textId="77777777" w:rsidTr="00B84BBB">
        <w:trPr>
          <w:cantSplit/>
          <w:trHeight w:val="510"/>
        </w:trPr>
        <w:tc>
          <w:tcPr>
            <w:tcW w:w="2454" w:type="dxa"/>
            <w:gridSpan w:val="2"/>
            <w:tcBorders>
              <w:right w:val="single" w:sz="4" w:space="0" w:color="auto"/>
            </w:tcBorders>
          </w:tcPr>
          <w:p w14:paraId="288B7A94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09EA4587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</w:tcPr>
          <w:p w14:paraId="069201F5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Nr.</w:t>
            </w:r>
          </w:p>
          <w:p w14:paraId="7D4831C5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7B7A03A3" w14:textId="5BDEB28D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D5F78"/>
                <w:sz w:val="20"/>
                <w:szCs w:val="20"/>
              </w:rPr>
              <w:t>Bl</w:t>
            </w:r>
            <w:r w:rsidRPr="00264579">
              <w:rPr>
                <w:b/>
                <w:color w:val="0D5F78"/>
                <w:sz w:val="20"/>
                <w:szCs w:val="20"/>
              </w:rPr>
              <w:t>.</w:t>
            </w:r>
          </w:p>
          <w:p w14:paraId="12EA7BE1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489F1D5C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Sc.</w:t>
            </w:r>
          </w:p>
          <w:p w14:paraId="1B363C39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0AB11C78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Et.</w:t>
            </w:r>
          </w:p>
          <w:p w14:paraId="479DDF31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0E882C1A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Ap.</w:t>
            </w:r>
          </w:p>
          <w:p w14:paraId="191097FF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2CA3CE1B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Cod poștal</w:t>
            </w:r>
          </w:p>
          <w:p w14:paraId="2326ABB1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1D955C86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Țara</w:t>
            </w:r>
          </w:p>
          <w:p w14:paraId="060B5581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</w:p>
        </w:tc>
      </w:tr>
      <w:tr w:rsidR="007A56C9" w14:paraId="4DC3EAC3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C6019A0" w14:textId="77777777" w:rsidR="007A56C9" w:rsidRPr="00264579" w:rsidRDefault="007A56C9" w:rsidP="007A56C9">
            <w:pPr>
              <w:keepNext/>
              <w:rPr>
                <w:sz w:val="20"/>
                <w:szCs w:val="20"/>
              </w:rPr>
            </w:pPr>
            <w:r w:rsidRPr="00264579">
              <w:rPr>
                <w:sz w:val="20"/>
                <w:szCs w:val="20"/>
              </w:rPr>
              <w:t xml:space="preserve"> Date de contact</w:t>
            </w:r>
          </w:p>
        </w:tc>
      </w:tr>
      <w:tr w:rsidR="007A56C9" w14:paraId="018EC0C9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70121A4C" w14:textId="77777777" w:rsidR="007A56C9" w:rsidRPr="00264579" w:rsidRDefault="007A56C9" w:rsidP="007A56C9">
            <w:pPr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Telefon / fax</w:t>
            </w:r>
          </w:p>
          <w:p w14:paraId="0187BF30" w14:textId="77777777" w:rsidR="007A56C9" w:rsidRPr="00264579" w:rsidRDefault="007A56C9" w:rsidP="007A56C9">
            <w:pPr>
              <w:rPr>
                <w:sz w:val="20"/>
                <w:szCs w:val="20"/>
              </w:rPr>
            </w:pPr>
          </w:p>
        </w:tc>
        <w:tc>
          <w:tcPr>
            <w:tcW w:w="5621" w:type="dxa"/>
            <w:gridSpan w:val="5"/>
          </w:tcPr>
          <w:p w14:paraId="4FBE455D" w14:textId="77777777" w:rsidR="007A56C9" w:rsidRPr="00264579" w:rsidRDefault="007A56C9" w:rsidP="007A56C9">
            <w:pPr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E-mail</w:t>
            </w:r>
          </w:p>
          <w:p w14:paraId="5177F214" w14:textId="77777777" w:rsidR="007A56C9" w:rsidRPr="00264579" w:rsidRDefault="007A56C9" w:rsidP="007A56C9">
            <w:pPr>
              <w:rPr>
                <w:sz w:val="20"/>
                <w:szCs w:val="20"/>
              </w:rPr>
            </w:pPr>
          </w:p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Pr="00264579" w:rsidRDefault="00000000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Nr.</w:t>
            </w:r>
          </w:p>
          <w:p w14:paraId="40DB982C" w14:textId="77777777" w:rsidR="00A11ECC" w:rsidRPr="00264579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369B01E" w14:textId="77777777" w:rsidR="00A11ECC" w:rsidRPr="00264579" w:rsidRDefault="00000000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Din data</w:t>
            </w:r>
          </w:p>
          <w:p w14:paraId="48964A76" w14:textId="77777777" w:rsidR="00A11ECC" w:rsidRPr="00264579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5621" w:type="dxa"/>
          </w:tcPr>
          <w:p w14:paraId="48B3695B" w14:textId="77777777" w:rsidR="00A11ECC" w:rsidRPr="00264579" w:rsidRDefault="00000000">
            <w:pPr>
              <w:keepNext/>
              <w:rPr>
                <w:sz w:val="20"/>
                <w:szCs w:val="20"/>
              </w:rPr>
            </w:pPr>
            <w:r w:rsidRPr="00264579">
              <w:rPr>
                <w:b/>
                <w:color w:val="0D5F78"/>
                <w:sz w:val="20"/>
                <w:szCs w:val="20"/>
              </w:rPr>
              <w:t>Emisă de</w:t>
            </w:r>
          </w:p>
          <w:p w14:paraId="25DDB5C1" w14:textId="77777777" w:rsidR="00A11ECC" w:rsidRPr="00264579" w:rsidRDefault="00A11ECC">
            <w:pPr>
              <w:keepNext/>
              <w:rPr>
                <w:sz w:val="20"/>
                <w:szCs w:val="20"/>
              </w:rPr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Pr="00264579" w:rsidRDefault="00000000">
            <w:pPr>
              <w:keepNext/>
              <w:rPr>
                <w:sz w:val="20"/>
                <w:szCs w:val="20"/>
              </w:rPr>
            </w:pPr>
            <w:r w:rsidRPr="00264579">
              <w:rPr>
                <w:sz w:val="20"/>
                <w:szCs w:val="20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264579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264579">
              <w:rPr>
                <w:b/>
                <w:color w:val="0D5F78"/>
                <w:sz w:val="20"/>
                <w:szCs w:val="20"/>
                <w:lang w:val="fr-FR"/>
              </w:rPr>
              <w:t>Denumirea</w:t>
            </w:r>
            <w:proofErr w:type="spellEnd"/>
            <w:r w:rsidRPr="00264579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64579">
              <w:rPr>
                <w:b/>
                <w:color w:val="0D5F78"/>
                <w:sz w:val="20"/>
                <w:szCs w:val="20"/>
                <w:lang w:val="fr-FR"/>
              </w:rPr>
              <w:t>lucrării</w:t>
            </w:r>
            <w:proofErr w:type="spellEnd"/>
            <w:r w:rsidRPr="00264579">
              <w:rPr>
                <w:b/>
                <w:color w:val="0D5F78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264579">
              <w:rPr>
                <w:b/>
                <w:color w:val="0D5F78"/>
                <w:sz w:val="20"/>
                <w:szCs w:val="20"/>
                <w:lang w:val="fr-FR"/>
              </w:rPr>
              <w:t>capacitatea</w:t>
            </w:r>
            <w:proofErr w:type="spellEnd"/>
            <w:r w:rsidRPr="00264579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64579">
              <w:rPr>
                <w:b/>
                <w:color w:val="0D5F78"/>
                <w:sz w:val="20"/>
                <w:szCs w:val="20"/>
                <w:lang w:val="fr-FR"/>
              </w:rPr>
              <w:t>și</w:t>
            </w:r>
            <w:proofErr w:type="spellEnd"/>
            <w:r w:rsidRPr="00264579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64579">
              <w:rPr>
                <w:b/>
                <w:color w:val="0D5F78"/>
                <w:sz w:val="20"/>
                <w:szCs w:val="20"/>
                <w:lang w:val="fr-FR"/>
              </w:rPr>
              <w:t>categoria</w:t>
            </w:r>
            <w:proofErr w:type="spellEnd"/>
            <w:r w:rsidRPr="00264579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264579">
              <w:rPr>
                <w:b/>
                <w:color w:val="0D5F78"/>
                <w:sz w:val="20"/>
                <w:szCs w:val="20"/>
                <w:lang w:val="fr-FR"/>
              </w:rPr>
              <w:t>lucrări</w:t>
            </w:r>
            <w:proofErr w:type="spellEnd"/>
            <w:r w:rsidRPr="00264579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64579">
              <w:rPr>
                <w:b/>
                <w:color w:val="0D5F78"/>
                <w:sz w:val="20"/>
                <w:szCs w:val="20"/>
                <w:lang w:val="fr-FR"/>
              </w:rPr>
              <w:t>din</w:t>
            </w:r>
            <w:proofErr w:type="spellEnd"/>
            <w:r w:rsidRPr="00264579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64579">
              <w:rPr>
                <w:b/>
                <w:color w:val="0D5F78"/>
                <w:sz w:val="20"/>
                <w:szCs w:val="20"/>
                <w:lang w:val="fr-FR"/>
              </w:rPr>
              <w:t>autorizație</w:t>
            </w:r>
            <w:proofErr w:type="spellEnd"/>
          </w:p>
          <w:p w14:paraId="109F0125" w14:textId="77777777" w:rsidR="00A11ECC" w:rsidRPr="00264579" w:rsidRDefault="00A11ECC">
            <w:pPr>
              <w:keepNext/>
              <w:rPr>
                <w:sz w:val="20"/>
                <w:szCs w:val="20"/>
                <w:lang w:val="fr-FR"/>
              </w:rPr>
            </w:pPr>
          </w:p>
        </w:tc>
      </w:tr>
      <w:tr w:rsidR="00A11ECC" w14:paraId="795F9BF6" w14:textId="77777777" w:rsidTr="00C44DED">
        <w:trPr>
          <w:cantSplit/>
          <w:trHeight w:val="206"/>
        </w:trPr>
        <w:tc>
          <w:tcPr>
            <w:tcW w:w="9636" w:type="dxa"/>
            <w:gridSpan w:val="3"/>
          </w:tcPr>
          <w:p w14:paraId="1A278680" w14:textId="2D45289D" w:rsidR="00A11ECC" w:rsidRPr="00264579" w:rsidRDefault="00000000">
            <w:pPr>
              <w:rPr>
                <w:sz w:val="20"/>
                <w:szCs w:val="20"/>
              </w:rPr>
            </w:pPr>
            <w:proofErr w:type="spellStart"/>
            <w:r w:rsidRPr="00264579">
              <w:rPr>
                <w:b/>
                <w:color w:val="0D5F78"/>
                <w:sz w:val="20"/>
                <w:szCs w:val="20"/>
              </w:rPr>
              <w:t>în</w:t>
            </w:r>
            <w:proofErr w:type="spellEnd"/>
            <w:r w:rsidRPr="00264579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264579">
              <w:rPr>
                <w:b/>
                <w:color w:val="0D5F78"/>
                <w:sz w:val="20"/>
                <w:szCs w:val="20"/>
              </w:rPr>
              <w:t>valoare</w:t>
            </w:r>
            <w:proofErr w:type="spellEnd"/>
            <w:r w:rsidRPr="00264579">
              <w:rPr>
                <w:b/>
                <w:color w:val="0D5F78"/>
                <w:sz w:val="20"/>
                <w:szCs w:val="20"/>
              </w:rPr>
              <w:t xml:space="preserve"> de (lei)</w:t>
            </w:r>
          </w:p>
        </w:tc>
      </w:tr>
    </w:tbl>
    <w:p w14:paraId="63EF26CC" w14:textId="77777777" w:rsidR="00A11ECC" w:rsidRDefault="00A11ECC" w:rsidP="0093159B">
      <w:pPr>
        <w:spacing w:line="168" w:lineRule="auto"/>
      </w:pPr>
    </w:p>
    <w:p w14:paraId="1799DE9F" w14:textId="4F9ABADC" w:rsidR="00A11ECC" w:rsidRPr="00986674" w:rsidRDefault="00E6757A" w:rsidP="00986674">
      <w:pPr>
        <w:tabs>
          <w:tab w:val="center" w:pos="4819"/>
          <w:tab w:val="left" w:pos="7608"/>
        </w:tabs>
        <w:spacing w:before="1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720"/>
        <w:gridCol w:w="7368"/>
      </w:tblGrid>
      <w:tr w:rsidR="00A11ECC" w14:paraId="47D7F709" w14:textId="77777777" w:rsidTr="00A922CD">
        <w:trPr>
          <w:cantSplit/>
          <w:trHeight w:val="510"/>
        </w:trPr>
        <w:tc>
          <w:tcPr>
            <w:tcW w:w="1548" w:type="dxa"/>
          </w:tcPr>
          <w:p w14:paraId="04FE48E4" w14:textId="77777777" w:rsidR="00A11ECC" w:rsidRPr="00257015" w:rsidRDefault="00000000">
            <w:pPr>
              <w:rPr>
                <w:sz w:val="20"/>
                <w:szCs w:val="20"/>
              </w:rPr>
            </w:pPr>
            <w:proofErr w:type="spellStart"/>
            <w:r w:rsidRPr="00257015">
              <w:rPr>
                <w:b/>
                <w:color w:val="0D5F78"/>
                <w:sz w:val="20"/>
                <w:szCs w:val="20"/>
              </w:rPr>
              <w:t>Că</w:t>
            </w:r>
            <w:proofErr w:type="spellEnd"/>
            <w:r w:rsidRPr="00257015">
              <w:rPr>
                <w:b/>
                <w:color w:val="0D5F78"/>
                <w:sz w:val="20"/>
                <w:szCs w:val="20"/>
              </w:rPr>
              <w:t xml:space="preserve"> la data de</w:t>
            </w:r>
          </w:p>
          <w:p w14:paraId="2A3EFF1D" w14:textId="77777777" w:rsidR="00A11ECC" w:rsidRPr="00257015" w:rsidRDefault="00A11EC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DCDBC6C" w14:textId="77777777" w:rsidR="00A11ECC" w:rsidRPr="00257015" w:rsidRDefault="00000000">
            <w:pPr>
              <w:rPr>
                <w:sz w:val="20"/>
                <w:szCs w:val="20"/>
              </w:rPr>
            </w:pPr>
            <w:r w:rsidRPr="00257015">
              <w:rPr>
                <w:b/>
                <w:color w:val="0D5F78"/>
                <w:sz w:val="20"/>
                <w:szCs w:val="20"/>
              </w:rPr>
              <w:t>ora</w:t>
            </w:r>
          </w:p>
          <w:p w14:paraId="68C2609C" w14:textId="77777777" w:rsidR="00A11ECC" w:rsidRPr="00257015" w:rsidRDefault="00A11ECC">
            <w:pPr>
              <w:rPr>
                <w:sz w:val="20"/>
                <w:szCs w:val="20"/>
              </w:rPr>
            </w:pPr>
          </w:p>
        </w:tc>
        <w:tc>
          <w:tcPr>
            <w:tcW w:w="7368" w:type="dxa"/>
          </w:tcPr>
          <w:p w14:paraId="040137A9" w14:textId="77777777" w:rsidR="00A11ECC" w:rsidRPr="00257015" w:rsidRDefault="00000000">
            <w:pPr>
              <w:rPr>
                <w:sz w:val="20"/>
                <w:szCs w:val="20"/>
                <w:lang w:val="fr-FR"/>
              </w:rPr>
            </w:pPr>
            <w:proofErr w:type="gramStart"/>
            <w:r w:rsidRPr="00257015">
              <w:rPr>
                <w:b/>
                <w:color w:val="0D5F78"/>
                <w:sz w:val="20"/>
                <w:szCs w:val="20"/>
                <w:lang w:val="fr-FR"/>
              </w:rPr>
              <w:t>vor</w:t>
            </w:r>
            <w:proofErr w:type="gramEnd"/>
            <w:r w:rsidRPr="00257015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b/>
                <w:color w:val="0D5F78"/>
                <w:sz w:val="20"/>
                <w:szCs w:val="20"/>
                <w:lang w:val="fr-FR"/>
              </w:rPr>
              <w:t>începe</w:t>
            </w:r>
            <w:proofErr w:type="spellEnd"/>
            <w:r w:rsidRPr="00257015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b/>
                <w:color w:val="0D5F78"/>
                <w:sz w:val="20"/>
                <w:szCs w:val="20"/>
                <w:lang w:val="fr-FR"/>
              </w:rPr>
              <w:t>lucrările</w:t>
            </w:r>
            <w:proofErr w:type="spellEnd"/>
            <w:r w:rsidRPr="00257015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257015">
              <w:rPr>
                <w:b/>
                <w:color w:val="0D5F78"/>
                <w:sz w:val="20"/>
                <w:szCs w:val="20"/>
                <w:lang w:val="fr-FR"/>
              </w:rPr>
              <w:t>construcții</w:t>
            </w:r>
            <w:proofErr w:type="spellEnd"/>
            <w:r w:rsidRPr="00257015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b/>
                <w:color w:val="0D5F78"/>
                <w:sz w:val="20"/>
                <w:szCs w:val="20"/>
                <w:lang w:val="fr-FR"/>
              </w:rPr>
              <w:t>autorizate</w:t>
            </w:r>
            <w:proofErr w:type="spellEnd"/>
          </w:p>
          <w:p w14:paraId="3300FC33" w14:textId="1417021F" w:rsidR="00A11ECC" w:rsidRPr="00257015" w:rsidRDefault="00000000">
            <w:pPr>
              <w:rPr>
                <w:sz w:val="20"/>
                <w:szCs w:val="20"/>
              </w:rPr>
            </w:pPr>
            <w:proofErr w:type="spellStart"/>
            <w:r w:rsidRPr="00257015">
              <w:rPr>
                <w:i/>
                <w:color w:val="7A7A7A"/>
                <w:sz w:val="20"/>
                <w:szCs w:val="20"/>
              </w:rPr>
              <w:t>pentru</w:t>
            </w:r>
            <w:proofErr w:type="spellEnd"/>
            <w:r w:rsidRPr="00257015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257015">
              <w:rPr>
                <w:i/>
                <w:color w:val="7A7A7A"/>
                <w:sz w:val="20"/>
                <w:szCs w:val="20"/>
              </w:rPr>
              <w:t>imobilul</w:t>
            </w:r>
            <w:proofErr w:type="spellEnd"/>
            <w:r w:rsidRPr="00257015">
              <w:rPr>
                <w:i/>
                <w:color w:val="7A7A7A"/>
                <w:sz w:val="20"/>
                <w:szCs w:val="20"/>
              </w:rPr>
              <w:t xml:space="preserve"> de </w:t>
            </w:r>
            <w:proofErr w:type="spellStart"/>
            <w:r w:rsidRPr="00257015">
              <w:rPr>
                <w:i/>
                <w:color w:val="7A7A7A"/>
                <w:sz w:val="20"/>
                <w:szCs w:val="20"/>
              </w:rPr>
              <w:t>mai</w:t>
            </w:r>
            <w:proofErr w:type="spellEnd"/>
            <w:r w:rsidRPr="00257015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257015">
              <w:rPr>
                <w:i/>
                <w:color w:val="7A7A7A"/>
                <w:sz w:val="20"/>
                <w:szCs w:val="20"/>
              </w:rPr>
              <w:t>jos</w:t>
            </w:r>
            <w:proofErr w:type="spellEnd"/>
          </w:p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Pr="00257015" w:rsidRDefault="00000000">
            <w:pPr>
              <w:keepNext/>
              <w:rPr>
                <w:sz w:val="20"/>
                <w:szCs w:val="20"/>
              </w:rPr>
            </w:pPr>
            <w:r w:rsidRPr="00257015">
              <w:rPr>
                <w:sz w:val="20"/>
                <w:szCs w:val="20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Pr="00257015" w:rsidRDefault="00000000">
            <w:pPr>
              <w:keepNext/>
              <w:rPr>
                <w:sz w:val="20"/>
                <w:szCs w:val="20"/>
              </w:rPr>
            </w:pPr>
            <w:r w:rsidRPr="00257015">
              <w:rPr>
                <w:b/>
                <w:color w:val="0D5F78"/>
                <w:sz w:val="20"/>
                <w:szCs w:val="20"/>
              </w:rPr>
              <w:t>Județ</w:t>
            </w:r>
          </w:p>
          <w:p w14:paraId="010FC309" w14:textId="77777777" w:rsidR="00A11ECC" w:rsidRPr="00257015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54B9E1A5" w14:textId="77777777" w:rsidR="00A11ECC" w:rsidRPr="00257015" w:rsidRDefault="00000000">
            <w:pPr>
              <w:keepNext/>
              <w:rPr>
                <w:sz w:val="20"/>
                <w:szCs w:val="20"/>
              </w:rPr>
            </w:pPr>
            <w:r w:rsidRPr="00257015">
              <w:rPr>
                <w:b/>
                <w:color w:val="0D5F78"/>
                <w:sz w:val="20"/>
                <w:szCs w:val="20"/>
              </w:rPr>
              <w:t>Municipiu / oraș / comună</w:t>
            </w:r>
          </w:p>
          <w:p w14:paraId="7A126BAD" w14:textId="77777777" w:rsidR="00A11ECC" w:rsidRPr="00257015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2FB9D75E" w14:textId="77777777" w:rsidR="00A11ECC" w:rsidRPr="00257015" w:rsidRDefault="00000000">
            <w:pPr>
              <w:keepNext/>
              <w:rPr>
                <w:sz w:val="20"/>
                <w:szCs w:val="20"/>
              </w:rPr>
            </w:pPr>
            <w:r w:rsidRPr="00257015">
              <w:rPr>
                <w:b/>
                <w:color w:val="0D5F78"/>
                <w:sz w:val="20"/>
                <w:szCs w:val="20"/>
              </w:rPr>
              <w:t>Sat / sector</w:t>
            </w:r>
          </w:p>
          <w:p w14:paraId="0787ED05" w14:textId="77777777" w:rsidR="00A11ECC" w:rsidRPr="00257015" w:rsidRDefault="00A11ECC">
            <w:pPr>
              <w:keepNext/>
              <w:rPr>
                <w:sz w:val="20"/>
                <w:szCs w:val="20"/>
              </w:rPr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Pr="00257015" w:rsidRDefault="00000000">
            <w:pPr>
              <w:keepNext/>
              <w:rPr>
                <w:sz w:val="20"/>
                <w:szCs w:val="20"/>
              </w:rPr>
            </w:pPr>
            <w:r w:rsidRPr="00257015">
              <w:rPr>
                <w:b/>
                <w:color w:val="0D5F78"/>
                <w:sz w:val="20"/>
                <w:szCs w:val="20"/>
              </w:rPr>
              <w:t>Cod poștal</w:t>
            </w:r>
          </w:p>
          <w:p w14:paraId="07B4C970" w14:textId="77777777" w:rsidR="00A11ECC" w:rsidRPr="00257015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3"/>
          </w:tcPr>
          <w:p w14:paraId="3DA08EA7" w14:textId="77777777" w:rsidR="00A11ECC" w:rsidRPr="00257015" w:rsidRDefault="00000000">
            <w:pPr>
              <w:keepNext/>
              <w:rPr>
                <w:sz w:val="20"/>
                <w:szCs w:val="20"/>
              </w:rPr>
            </w:pPr>
            <w:r w:rsidRPr="00257015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538D62A6" w14:textId="77777777" w:rsidR="00A11ECC" w:rsidRPr="00257015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720E6D2B" w14:textId="77777777" w:rsidR="00A11ECC" w:rsidRPr="00257015" w:rsidRDefault="00000000">
            <w:pPr>
              <w:keepNext/>
              <w:rPr>
                <w:sz w:val="20"/>
                <w:szCs w:val="20"/>
              </w:rPr>
            </w:pPr>
            <w:r w:rsidRPr="00257015">
              <w:rPr>
                <w:b/>
                <w:color w:val="0D5F78"/>
                <w:sz w:val="20"/>
                <w:szCs w:val="20"/>
              </w:rPr>
              <w:t>Nr.</w:t>
            </w:r>
          </w:p>
          <w:p w14:paraId="2E7EF5EB" w14:textId="77777777" w:rsidR="00A11ECC" w:rsidRPr="00257015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7AD1668" w14:textId="77777777" w:rsidR="00A11ECC" w:rsidRPr="00257015" w:rsidRDefault="00000000">
            <w:pPr>
              <w:keepNext/>
              <w:rPr>
                <w:sz w:val="20"/>
                <w:szCs w:val="20"/>
              </w:rPr>
            </w:pPr>
            <w:r w:rsidRPr="00257015">
              <w:rPr>
                <w:b/>
                <w:color w:val="0D5F78"/>
                <w:sz w:val="20"/>
                <w:szCs w:val="20"/>
              </w:rPr>
              <w:t>Bl. / sc. / et. / ap.</w:t>
            </w:r>
          </w:p>
          <w:p w14:paraId="26416C0C" w14:textId="77777777" w:rsidR="00A11ECC" w:rsidRPr="00257015" w:rsidRDefault="00A11ECC">
            <w:pPr>
              <w:keepNext/>
              <w:rPr>
                <w:sz w:val="20"/>
                <w:szCs w:val="20"/>
              </w:rPr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257015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257015">
              <w:rPr>
                <w:b/>
                <w:color w:val="0D5F78"/>
                <w:sz w:val="20"/>
                <w:szCs w:val="20"/>
                <w:lang w:val="fr-FR"/>
              </w:rPr>
              <w:t>Număr</w:t>
            </w:r>
            <w:proofErr w:type="spellEnd"/>
            <w:r w:rsidRPr="00257015">
              <w:rPr>
                <w:b/>
                <w:color w:val="0D5F78"/>
                <w:sz w:val="20"/>
                <w:szCs w:val="20"/>
                <w:lang w:val="fr-FR"/>
              </w:rPr>
              <w:t xml:space="preserve"> cadastral</w:t>
            </w:r>
          </w:p>
          <w:p w14:paraId="0F081BC3" w14:textId="6266FDC9" w:rsidR="00A11ECC" w:rsidRPr="00257015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257015">
              <w:rPr>
                <w:i/>
                <w:color w:val="7A7A7A"/>
                <w:sz w:val="20"/>
                <w:szCs w:val="20"/>
                <w:lang w:val="fr-FR"/>
              </w:rPr>
              <w:t>dacă</w:t>
            </w:r>
            <w:proofErr w:type="spellEnd"/>
            <w:proofErr w:type="gramEnd"/>
            <w:r w:rsidRPr="00257015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i/>
                <w:color w:val="7A7A7A"/>
                <w:sz w:val="20"/>
                <w:szCs w:val="20"/>
                <w:lang w:val="fr-FR"/>
              </w:rPr>
              <w:t>imobilul</w:t>
            </w:r>
            <w:proofErr w:type="spellEnd"/>
            <w:r w:rsidRPr="00257015">
              <w:rPr>
                <w:i/>
                <w:color w:val="7A7A7A"/>
                <w:sz w:val="20"/>
                <w:szCs w:val="20"/>
                <w:lang w:val="fr-FR"/>
              </w:rPr>
              <w:t xml:space="preserve"> e </w:t>
            </w:r>
            <w:proofErr w:type="spellStart"/>
            <w:r w:rsidRPr="00257015">
              <w:rPr>
                <w:i/>
                <w:color w:val="7A7A7A"/>
                <w:sz w:val="20"/>
                <w:szCs w:val="20"/>
                <w:lang w:val="fr-FR"/>
              </w:rPr>
              <w:t>înscris</w:t>
            </w:r>
            <w:proofErr w:type="spellEnd"/>
            <w:r w:rsidRPr="00257015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i/>
                <w:color w:val="7A7A7A"/>
                <w:sz w:val="20"/>
                <w:szCs w:val="20"/>
                <w:lang w:val="fr-FR"/>
              </w:rPr>
              <w:t>în</w:t>
            </w:r>
            <w:proofErr w:type="spellEnd"/>
            <w:r w:rsidRPr="00257015">
              <w:rPr>
                <w:i/>
                <w:color w:val="7A7A7A"/>
                <w:sz w:val="20"/>
                <w:szCs w:val="20"/>
                <w:lang w:val="fr-FR"/>
              </w:rPr>
              <w:t xml:space="preserve"> e-Terra</w:t>
            </w:r>
          </w:p>
        </w:tc>
        <w:tc>
          <w:tcPr>
            <w:tcW w:w="4015" w:type="dxa"/>
            <w:gridSpan w:val="3"/>
          </w:tcPr>
          <w:p w14:paraId="451DB82B" w14:textId="77777777" w:rsidR="00A11ECC" w:rsidRPr="00257015" w:rsidRDefault="00000000">
            <w:pPr>
              <w:keepNext/>
              <w:rPr>
                <w:sz w:val="20"/>
                <w:szCs w:val="20"/>
              </w:rPr>
            </w:pPr>
            <w:r w:rsidRPr="00257015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257015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257015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  <w:p w14:paraId="202F2988" w14:textId="77777777" w:rsidR="00A11ECC" w:rsidRPr="00257015" w:rsidRDefault="00A11ECC">
            <w:pPr>
              <w:keepNext/>
              <w:rPr>
                <w:sz w:val="20"/>
                <w:szCs w:val="20"/>
              </w:rPr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:rsidRPr="00257015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Pr="00257015" w:rsidRDefault="00000000">
            <w:pPr>
              <w:rPr>
                <w:sz w:val="20"/>
                <w:szCs w:val="20"/>
              </w:rPr>
            </w:pPr>
            <w:r w:rsidRPr="00257015">
              <w:rPr>
                <w:b/>
                <w:color w:val="0D5F78"/>
                <w:sz w:val="20"/>
                <w:szCs w:val="20"/>
              </w:rPr>
              <w:t>Data</w:t>
            </w:r>
          </w:p>
          <w:p w14:paraId="45065743" w14:textId="77777777" w:rsidR="00A11ECC" w:rsidRPr="00257015" w:rsidRDefault="00A11ECC">
            <w:pPr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1F4E7ECE" w14:textId="77777777" w:rsidR="00A11ECC" w:rsidRPr="00257015" w:rsidRDefault="00000000">
            <w:pPr>
              <w:rPr>
                <w:sz w:val="20"/>
                <w:szCs w:val="20"/>
              </w:rPr>
            </w:pPr>
            <w:r w:rsidRPr="00257015">
              <w:rPr>
                <w:b/>
                <w:color w:val="0D5F78"/>
                <w:sz w:val="20"/>
                <w:szCs w:val="20"/>
              </w:rPr>
              <w:t>Titularul autorizației</w:t>
            </w:r>
          </w:p>
          <w:p w14:paraId="21637A08" w14:textId="77777777" w:rsidR="00A11ECC" w:rsidRPr="00257015" w:rsidRDefault="00A11ECC">
            <w:pPr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004D4C8B" w14:textId="77777777" w:rsidR="00A11ECC" w:rsidRPr="00257015" w:rsidRDefault="00000000">
            <w:pPr>
              <w:rPr>
                <w:sz w:val="20"/>
                <w:szCs w:val="20"/>
              </w:rPr>
            </w:pPr>
            <w:r w:rsidRPr="00257015">
              <w:rPr>
                <w:b/>
                <w:color w:val="0D5F78"/>
                <w:sz w:val="20"/>
                <w:szCs w:val="20"/>
              </w:rPr>
              <w:t>Semnătura</w:t>
            </w:r>
          </w:p>
          <w:p w14:paraId="307E167C" w14:textId="77777777" w:rsidR="00A11ECC" w:rsidRPr="00257015" w:rsidRDefault="00A11ECC">
            <w:pPr>
              <w:rPr>
                <w:sz w:val="20"/>
                <w:szCs w:val="20"/>
              </w:rPr>
            </w:pPr>
          </w:p>
        </w:tc>
      </w:tr>
    </w:tbl>
    <w:p w14:paraId="33B23A72" w14:textId="77777777" w:rsidR="00A11ECC" w:rsidRPr="00257015" w:rsidRDefault="00A11ECC">
      <w:pPr>
        <w:spacing w:line="168" w:lineRule="auto"/>
        <w:rPr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257015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257015" w:rsidRDefault="00000000">
            <w:pPr>
              <w:spacing w:line="228" w:lineRule="auto"/>
              <w:rPr>
                <w:sz w:val="20"/>
                <w:szCs w:val="20"/>
                <w:lang w:val="fr-FR"/>
              </w:rPr>
            </w:pPr>
            <w:proofErr w:type="spellStart"/>
            <w:r w:rsidRPr="00257015">
              <w:rPr>
                <w:sz w:val="20"/>
                <w:szCs w:val="20"/>
                <w:lang w:val="fr-FR"/>
              </w:rPr>
              <w:t>Formularul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anexează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autorizația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de construire /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desființare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două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exemplare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Titularul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autorizației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este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obligat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să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păstreze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pe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șantier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un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exemplar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acestei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înștiințări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cu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numărul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data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înregistrării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autoritatea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57015">
              <w:rPr>
                <w:sz w:val="20"/>
                <w:szCs w:val="20"/>
                <w:lang w:val="fr-FR"/>
              </w:rPr>
              <w:t>emitentă</w:t>
            </w:r>
            <w:proofErr w:type="spellEnd"/>
            <w:r w:rsidRPr="00257015">
              <w:rPr>
                <w:sz w:val="20"/>
                <w:szCs w:val="20"/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 w:rsidP="00CB433A">
      <w:pPr>
        <w:spacing w:line="168" w:lineRule="auto"/>
        <w:rPr>
          <w:lang w:val="fr-FR"/>
        </w:rPr>
      </w:pPr>
    </w:p>
    <w:sectPr w:rsidR="00A11ECC" w:rsidRPr="00E6757A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F5349" w14:textId="77777777" w:rsidR="00195920" w:rsidRDefault="00195920">
      <w:r>
        <w:separator/>
      </w:r>
    </w:p>
  </w:endnote>
  <w:endnote w:type="continuationSeparator" w:id="0">
    <w:p w14:paraId="6CA45DF3" w14:textId="77777777" w:rsidR="00195920" w:rsidRDefault="00195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94D9C" w14:textId="77777777" w:rsidR="00195920" w:rsidRDefault="00195920">
      <w:r>
        <w:separator/>
      </w:r>
    </w:p>
  </w:footnote>
  <w:footnote w:type="continuationSeparator" w:id="0">
    <w:p w14:paraId="7114F54B" w14:textId="77777777" w:rsidR="00195920" w:rsidRDefault="00195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D30DB" w14:textId="77777777" w:rsidR="003F0228" w:rsidRDefault="003F0228" w:rsidP="003F0228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4F080CB6" w14:textId="6924617C" w:rsidR="003F0228" w:rsidRPr="002B61AC" w:rsidRDefault="003F0228" w:rsidP="003F0228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 xml:space="preserve">F_A_08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616C648C" w14:textId="77777777" w:rsidR="003F0228" w:rsidRDefault="003F02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1A5"/>
    <w:rsid w:val="0006063C"/>
    <w:rsid w:val="000A01C0"/>
    <w:rsid w:val="00123DA8"/>
    <w:rsid w:val="0015074B"/>
    <w:rsid w:val="00182EDC"/>
    <w:rsid w:val="00195920"/>
    <w:rsid w:val="001F772B"/>
    <w:rsid w:val="00207D34"/>
    <w:rsid w:val="00257015"/>
    <w:rsid w:val="00264579"/>
    <w:rsid w:val="0029639D"/>
    <w:rsid w:val="002E200D"/>
    <w:rsid w:val="00326F90"/>
    <w:rsid w:val="003F0228"/>
    <w:rsid w:val="003F1AE3"/>
    <w:rsid w:val="00457FB3"/>
    <w:rsid w:val="006275FF"/>
    <w:rsid w:val="0068697A"/>
    <w:rsid w:val="006A21CE"/>
    <w:rsid w:val="006C103E"/>
    <w:rsid w:val="006F6ED1"/>
    <w:rsid w:val="007A56C9"/>
    <w:rsid w:val="0093159B"/>
    <w:rsid w:val="00960B91"/>
    <w:rsid w:val="00986674"/>
    <w:rsid w:val="00990E59"/>
    <w:rsid w:val="00A11ECC"/>
    <w:rsid w:val="00A922CD"/>
    <w:rsid w:val="00AA1D8D"/>
    <w:rsid w:val="00B214ED"/>
    <w:rsid w:val="00B47730"/>
    <w:rsid w:val="00B84BBB"/>
    <w:rsid w:val="00C44DED"/>
    <w:rsid w:val="00CB0664"/>
    <w:rsid w:val="00CB433A"/>
    <w:rsid w:val="00D30315"/>
    <w:rsid w:val="00E373D1"/>
    <w:rsid w:val="00E61A6B"/>
    <w:rsid w:val="00E6757A"/>
    <w:rsid w:val="00EE33E6"/>
    <w:rsid w:val="00FB77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263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24</cp:revision>
  <dcterms:created xsi:type="dcterms:W3CDTF">2013-12-23T23:15:00Z</dcterms:created>
  <dcterms:modified xsi:type="dcterms:W3CDTF">2026-10-07T05:59:00Z</dcterms:modified>
  <cp:category/>
</cp:coreProperties>
</file>