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 w:rsidTr="00781DFE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1DBCC3DF" w:rsidR="00A11ECC" w:rsidRDefault="00981E6F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4942091E" wp14:editId="5BD7CAA9">
                  <wp:extent cx="743585" cy="1127760"/>
                  <wp:effectExtent l="0" t="0" r="0" b="0"/>
                  <wp:docPr id="18636194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8B4EDFB" w14:textId="65E50996" w:rsidR="00981E6F" w:rsidRPr="00B81F5C" w:rsidRDefault="00981E6F" w:rsidP="00981E6F">
            <w:pPr>
              <w:keepNext/>
              <w:rPr>
                <w:sz w:val="18"/>
                <w:szCs w:val="18"/>
              </w:rPr>
            </w:pPr>
          </w:p>
          <w:p w14:paraId="501ABF87" w14:textId="77777777" w:rsidR="00981E6F" w:rsidRPr="00B81F5C" w:rsidRDefault="00981E6F" w:rsidP="00981E6F">
            <w:pPr>
              <w:keepNext/>
              <w:rPr>
                <w:sz w:val="18"/>
                <w:szCs w:val="18"/>
                <w:lang w:val="ro-RO"/>
              </w:rPr>
            </w:pPr>
            <w:proofErr w:type="spellStart"/>
            <w:r w:rsidRPr="00B81F5C">
              <w:rPr>
                <w:b/>
                <w:sz w:val="18"/>
                <w:szCs w:val="18"/>
              </w:rPr>
              <w:t>Județul</w:t>
            </w:r>
            <w:proofErr w:type="spellEnd"/>
            <w:r w:rsidRPr="00B81F5C">
              <w:rPr>
                <w:b/>
                <w:sz w:val="18"/>
                <w:szCs w:val="18"/>
              </w:rPr>
              <w:t xml:space="preserve"> Mehedin</w:t>
            </w:r>
            <w:r w:rsidRPr="00B81F5C">
              <w:rPr>
                <w:b/>
                <w:sz w:val="18"/>
                <w:szCs w:val="18"/>
                <w:lang w:val="ro-RO"/>
              </w:rPr>
              <w:t>ți</w:t>
            </w:r>
          </w:p>
          <w:p w14:paraId="18F924B6" w14:textId="77777777" w:rsidR="00A11ECC" w:rsidRPr="00B81F5C" w:rsidRDefault="00A11ECC">
            <w:pPr>
              <w:keepNext/>
              <w:rPr>
                <w:sz w:val="18"/>
                <w:szCs w:val="18"/>
              </w:rPr>
            </w:pPr>
          </w:p>
        </w:tc>
      </w:tr>
      <w:tr w:rsidR="00781DFE" w:rsidRPr="00B5567D" w14:paraId="7B17993F" w14:textId="77777777" w:rsidTr="00781DFE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781DFE" w:rsidRDefault="00781DFE" w:rsidP="00781DFE"/>
        </w:tc>
        <w:tc>
          <w:tcPr>
            <w:tcW w:w="8030" w:type="dxa"/>
            <w:gridSpan w:val="3"/>
            <w:shd w:val="clear" w:color="auto" w:fill="F0F0F0"/>
          </w:tcPr>
          <w:p w14:paraId="11DB024B" w14:textId="77777777" w:rsidR="00781DFE" w:rsidRPr="00B81F5C" w:rsidRDefault="00781DFE" w:rsidP="00781DFE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B81F5C">
              <w:rPr>
                <w:b/>
                <w:sz w:val="18"/>
                <w:szCs w:val="18"/>
                <w:lang w:val="fr-FR"/>
              </w:rPr>
              <w:t>Inspectoratul</w:t>
            </w:r>
            <w:proofErr w:type="spellEnd"/>
            <w:r w:rsidRPr="00B81F5C">
              <w:rPr>
                <w:b/>
                <w:sz w:val="18"/>
                <w:szCs w:val="18"/>
                <w:lang w:val="fr-FR"/>
              </w:rPr>
              <w:t xml:space="preserve"> de Stat </w:t>
            </w:r>
            <w:proofErr w:type="spellStart"/>
            <w:r w:rsidRPr="00B81F5C">
              <w:rPr>
                <w:b/>
                <w:sz w:val="18"/>
                <w:szCs w:val="18"/>
                <w:lang w:val="fr-FR"/>
              </w:rPr>
              <w:t>în</w:t>
            </w:r>
            <w:proofErr w:type="spellEnd"/>
            <w:r w:rsidRPr="00B81F5C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81F5C">
              <w:rPr>
                <w:b/>
                <w:sz w:val="18"/>
                <w:szCs w:val="18"/>
                <w:lang w:val="fr-FR"/>
              </w:rPr>
              <w:t>Construcții</w:t>
            </w:r>
            <w:proofErr w:type="spellEnd"/>
            <w:r w:rsidRPr="00B81F5C">
              <w:rPr>
                <w:b/>
                <w:sz w:val="18"/>
                <w:szCs w:val="18"/>
                <w:lang w:val="fr-FR"/>
              </w:rPr>
              <w:t xml:space="preserve"> – </w:t>
            </w:r>
            <w:proofErr w:type="spellStart"/>
            <w:r w:rsidRPr="00B81F5C">
              <w:rPr>
                <w:b/>
                <w:sz w:val="18"/>
                <w:szCs w:val="18"/>
                <w:lang w:val="fr-FR"/>
              </w:rPr>
              <w:t>Inspectoratul</w:t>
            </w:r>
            <w:proofErr w:type="spellEnd"/>
            <w:r w:rsidRPr="00B81F5C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81F5C">
              <w:rPr>
                <w:b/>
                <w:sz w:val="18"/>
                <w:szCs w:val="18"/>
                <w:lang w:val="fr-FR"/>
              </w:rPr>
              <w:t>Teritorial</w:t>
            </w:r>
            <w:proofErr w:type="spellEnd"/>
            <w:r w:rsidRPr="00B81F5C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81F5C">
              <w:rPr>
                <w:b/>
                <w:sz w:val="18"/>
                <w:szCs w:val="18"/>
                <w:lang w:val="fr-FR"/>
              </w:rPr>
              <w:t>în</w:t>
            </w:r>
            <w:proofErr w:type="spellEnd"/>
            <w:r w:rsidRPr="00B81F5C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81F5C">
              <w:rPr>
                <w:b/>
                <w:sz w:val="18"/>
                <w:szCs w:val="18"/>
                <w:lang w:val="fr-FR"/>
              </w:rPr>
              <w:t>Construcții</w:t>
            </w:r>
            <w:proofErr w:type="spellEnd"/>
          </w:p>
          <w:p w14:paraId="7378C482" w14:textId="77777777" w:rsidR="00781DFE" w:rsidRPr="00B81F5C" w:rsidRDefault="00781DFE" w:rsidP="00781DFE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781DFE" w14:paraId="16F835A9" w14:textId="77777777" w:rsidTr="00781DFE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781DFE" w:rsidRPr="00B5567D" w:rsidRDefault="00781DFE" w:rsidP="00781DFE">
            <w:pPr>
              <w:rPr>
                <w:lang w:val="fr-FR"/>
              </w:rPr>
            </w:pPr>
          </w:p>
        </w:tc>
        <w:tc>
          <w:tcPr>
            <w:tcW w:w="2409" w:type="dxa"/>
            <w:shd w:val="clear" w:color="auto" w:fill="F0F0F0"/>
          </w:tcPr>
          <w:p w14:paraId="7F9BF08C" w14:textId="77777777" w:rsidR="00781DFE" w:rsidRPr="00B81F5C" w:rsidRDefault="00781DFE" w:rsidP="00781DFE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B81F5C">
              <w:rPr>
                <w:b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B81F5C">
              <w:rPr>
                <w:b/>
                <w:sz w:val="18"/>
                <w:szCs w:val="18"/>
                <w:lang w:val="fr-FR"/>
              </w:rPr>
              <w:t>identificare</w:t>
            </w:r>
            <w:proofErr w:type="spellEnd"/>
            <w:r w:rsidRPr="00B81F5C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81F5C">
              <w:rPr>
                <w:b/>
                <w:sz w:val="18"/>
                <w:szCs w:val="18"/>
                <w:lang w:val="fr-FR"/>
              </w:rPr>
              <w:t>fiscală</w:t>
            </w:r>
            <w:proofErr w:type="spellEnd"/>
            <w:r w:rsidRPr="00B81F5C">
              <w:rPr>
                <w:b/>
                <w:sz w:val="18"/>
                <w:szCs w:val="18"/>
                <w:lang w:val="fr-FR"/>
              </w:rPr>
              <w:t xml:space="preserve"> (CIF)</w:t>
            </w:r>
          </w:p>
          <w:p w14:paraId="386AAFEF" w14:textId="67F0727F" w:rsidR="006717A2" w:rsidRPr="00B81F5C" w:rsidRDefault="000A01E9" w:rsidP="00781DFE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B81F5C">
              <w:rPr>
                <w:b/>
                <w:bCs/>
                <w:sz w:val="18"/>
                <w:szCs w:val="18"/>
                <w:lang w:val="fr-FR"/>
              </w:rPr>
              <w:t xml:space="preserve">RO </w:t>
            </w:r>
            <w:r w:rsidR="006717A2" w:rsidRPr="00B81F5C">
              <w:rPr>
                <w:b/>
                <w:bCs/>
                <w:sz w:val="18"/>
                <w:szCs w:val="18"/>
                <w:lang w:val="fr-FR"/>
              </w:rPr>
              <w:t>17185434</w:t>
            </w:r>
          </w:p>
          <w:p w14:paraId="1C68267E" w14:textId="77777777" w:rsidR="00781DFE" w:rsidRPr="00B81F5C" w:rsidRDefault="00781DFE" w:rsidP="00781DFE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14:paraId="095C6CAF" w14:textId="1159A2DF" w:rsidR="00781DFE" w:rsidRPr="00B81F5C" w:rsidRDefault="00781DFE" w:rsidP="00735D15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B81F5C">
              <w:rPr>
                <w:b/>
                <w:sz w:val="18"/>
                <w:szCs w:val="18"/>
              </w:rPr>
              <w:t>Adresa</w:t>
            </w:r>
            <w:proofErr w:type="spellEnd"/>
            <w:r w:rsidR="00735D15" w:rsidRPr="00B81F5C">
              <w:rPr>
                <w:b/>
                <w:sz w:val="18"/>
                <w:szCs w:val="18"/>
              </w:rPr>
              <w:t xml:space="preserve">: </w:t>
            </w:r>
            <w:proofErr w:type="spellStart"/>
            <w:r w:rsidR="00735D15" w:rsidRPr="00B81F5C">
              <w:rPr>
                <w:b/>
                <w:sz w:val="18"/>
                <w:szCs w:val="18"/>
              </w:rPr>
              <w:t>Bulevardul</w:t>
            </w:r>
            <w:proofErr w:type="spellEnd"/>
            <w:r w:rsidR="00735D15" w:rsidRPr="00B81F5C">
              <w:rPr>
                <w:b/>
                <w:sz w:val="18"/>
                <w:szCs w:val="18"/>
              </w:rPr>
              <w:t xml:space="preserve"> Carol I nr.1</w:t>
            </w:r>
            <w:r w:rsidR="004507B1" w:rsidRPr="00B81F5C">
              <w:rPr>
                <w:b/>
                <w:sz w:val="18"/>
                <w:szCs w:val="18"/>
              </w:rPr>
              <w:t>1</w:t>
            </w:r>
          </w:p>
          <w:p w14:paraId="7C1933F0" w14:textId="77777777" w:rsidR="0023051F" w:rsidRPr="00B81F5C" w:rsidRDefault="0023051F" w:rsidP="0023051F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B81F5C">
              <w:rPr>
                <w:b/>
                <w:sz w:val="18"/>
                <w:szCs w:val="18"/>
              </w:rPr>
              <w:t>Drobeta</w:t>
            </w:r>
            <w:proofErr w:type="spellEnd"/>
            <w:r w:rsidRPr="00B81F5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81F5C">
              <w:rPr>
                <w:b/>
                <w:sz w:val="18"/>
                <w:szCs w:val="18"/>
              </w:rPr>
              <w:t>Turnu</w:t>
            </w:r>
            <w:proofErr w:type="spellEnd"/>
            <w:r w:rsidRPr="00B81F5C">
              <w:rPr>
                <w:b/>
                <w:sz w:val="18"/>
                <w:szCs w:val="18"/>
              </w:rPr>
              <w:t xml:space="preserve"> Severin, </w:t>
            </w:r>
            <w:proofErr w:type="spellStart"/>
            <w:r w:rsidRPr="00B81F5C">
              <w:rPr>
                <w:b/>
                <w:sz w:val="18"/>
                <w:szCs w:val="18"/>
              </w:rPr>
              <w:t>Județul</w:t>
            </w:r>
            <w:proofErr w:type="spellEnd"/>
            <w:r w:rsidRPr="00B81F5C">
              <w:rPr>
                <w:b/>
                <w:sz w:val="18"/>
                <w:szCs w:val="18"/>
              </w:rPr>
              <w:t xml:space="preserve"> Mehedinți, </w:t>
            </w:r>
            <w:proofErr w:type="spellStart"/>
            <w:r w:rsidRPr="00B81F5C">
              <w:rPr>
                <w:b/>
                <w:sz w:val="18"/>
                <w:szCs w:val="18"/>
              </w:rPr>
              <w:t>România</w:t>
            </w:r>
            <w:proofErr w:type="spellEnd"/>
          </w:p>
          <w:p w14:paraId="17684A54" w14:textId="49DFAB7A" w:rsidR="0023051F" w:rsidRPr="00B81F5C" w:rsidRDefault="001C46D6" w:rsidP="003D415E">
            <w:pPr>
              <w:keepNext/>
              <w:rPr>
                <w:b/>
                <w:bCs/>
                <w:sz w:val="18"/>
                <w:szCs w:val="18"/>
              </w:rPr>
            </w:pPr>
            <w:proofErr w:type="spellStart"/>
            <w:r w:rsidRPr="00B81F5C">
              <w:rPr>
                <w:b/>
                <w:bCs/>
                <w:sz w:val="18"/>
                <w:szCs w:val="18"/>
              </w:rPr>
              <w:t>Număr</w:t>
            </w:r>
            <w:proofErr w:type="spellEnd"/>
            <w:r w:rsidRPr="00B81F5C">
              <w:rPr>
                <w:b/>
                <w:bCs/>
                <w:sz w:val="18"/>
                <w:szCs w:val="18"/>
              </w:rPr>
              <w:t xml:space="preserve"> de </w:t>
            </w:r>
            <w:proofErr w:type="spellStart"/>
            <w:r w:rsidRPr="00B81F5C">
              <w:rPr>
                <w:b/>
                <w:bCs/>
                <w:sz w:val="18"/>
                <w:szCs w:val="18"/>
              </w:rPr>
              <w:t>telefon</w:t>
            </w:r>
            <w:proofErr w:type="spellEnd"/>
            <w:r w:rsidRPr="00B81F5C">
              <w:rPr>
                <w:b/>
                <w:bCs/>
                <w:sz w:val="18"/>
                <w:szCs w:val="18"/>
              </w:rPr>
              <w:t xml:space="preserve">: </w:t>
            </w:r>
            <w:r w:rsidR="003D415E" w:rsidRPr="00B81F5C">
              <w:rPr>
                <w:b/>
                <w:bCs/>
                <w:sz w:val="18"/>
                <w:szCs w:val="18"/>
              </w:rPr>
              <w:t>Tel: 0252 225 409, Fax: 0252 314 965</w:t>
            </w:r>
          </w:p>
        </w:tc>
      </w:tr>
      <w:tr w:rsidR="00781DFE" w14:paraId="4481D1BD" w14:textId="77777777" w:rsidTr="00781DFE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781DFE" w:rsidRDefault="00781DFE" w:rsidP="00781DFE"/>
        </w:tc>
        <w:tc>
          <w:tcPr>
            <w:tcW w:w="4818" w:type="dxa"/>
            <w:gridSpan w:val="2"/>
            <w:shd w:val="clear" w:color="auto" w:fill="F0F0F0"/>
          </w:tcPr>
          <w:p w14:paraId="11843C23" w14:textId="77777777" w:rsidR="00697AE9" w:rsidRPr="00B81F5C" w:rsidRDefault="00697AE9" w:rsidP="00781DFE">
            <w:pPr>
              <w:keepNext/>
              <w:rPr>
                <w:b/>
                <w:sz w:val="18"/>
                <w:szCs w:val="18"/>
              </w:rPr>
            </w:pPr>
          </w:p>
          <w:p w14:paraId="7126F932" w14:textId="66644F34" w:rsidR="00781DFE" w:rsidRPr="00B81F5C" w:rsidRDefault="00781DFE" w:rsidP="00781DFE">
            <w:pPr>
              <w:keepNext/>
              <w:rPr>
                <w:sz w:val="18"/>
                <w:szCs w:val="18"/>
              </w:rPr>
            </w:pPr>
            <w:proofErr w:type="spellStart"/>
            <w:r w:rsidRPr="00B81F5C">
              <w:rPr>
                <w:b/>
                <w:sz w:val="18"/>
                <w:szCs w:val="18"/>
              </w:rPr>
              <w:t>Număr</w:t>
            </w:r>
            <w:proofErr w:type="spellEnd"/>
            <w:r w:rsidRPr="00B81F5C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B81F5C">
              <w:rPr>
                <w:b/>
                <w:sz w:val="18"/>
                <w:szCs w:val="18"/>
              </w:rPr>
              <w:t>înregistrare</w:t>
            </w:r>
            <w:proofErr w:type="spellEnd"/>
            <w:r w:rsidR="00412788" w:rsidRPr="00B81F5C">
              <w:rPr>
                <w:b/>
                <w:sz w:val="18"/>
                <w:szCs w:val="18"/>
              </w:rPr>
              <w:t xml:space="preserve"> ………………………</w:t>
            </w:r>
          </w:p>
          <w:p w14:paraId="7F32F1B7" w14:textId="77777777" w:rsidR="00781DFE" w:rsidRPr="00B81F5C" w:rsidRDefault="00781DFE" w:rsidP="00781DFE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415BFBB0" w14:textId="77777777" w:rsidR="00697AE9" w:rsidRPr="00B81F5C" w:rsidRDefault="00697AE9" w:rsidP="00781DFE">
            <w:pPr>
              <w:keepNext/>
              <w:rPr>
                <w:b/>
                <w:sz w:val="18"/>
                <w:szCs w:val="18"/>
              </w:rPr>
            </w:pPr>
          </w:p>
          <w:p w14:paraId="606FF1BD" w14:textId="62D41946" w:rsidR="00781DFE" w:rsidRPr="00B81F5C" w:rsidRDefault="00781DFE" w:rsidP="00781DFE">
            <w:pPr>
              <w:keepNext/>
              <w:rPr>
                <w:sz w:val="18"/>
                <w:szCs w:val="18"/>
              </w:rPr>
            </w:pPr>
            <w:r w:rsidRPr="00B81F5C">
              <w:rPr>
                <w:b/>
                <w:sz w:val="18"/>
                <w:szCs w:val="18"/>
              </w:rPr>
              <w:t>Data</w:t>
            </w:r>
            <w:r w:rsidR="00412788" w:rsidRPr="00B81F5C">
              <w:rPr>
                <w:b/>
                <w:sz w:val="18"/>
                <w:szCs w:val="18"/>
              </w:rPr>
              <w:t xml:space="preserve"> ………………………</w:t>
            </w:r>
          </w:p>
          <w:p w14:paraId="4199CE08" w14:textId="77777777" w:rsidR="00781DFE" w:rsidRPr="00B81F5C" w:rsidRDefault="00781DFE" w:rsidP="00781DFE">
            <w:pPr>
              <w:keepNext/>
              <w:rPr>
                <w:sz w:val="18"/>
                <w:szCs w:val="18"/>
              </w:rPr>
            </w:pPr>
          </w:p>
        </w:tc>
      </w:tr>
      <w:tr w:rsidR="00781DFE" w:rsidRPr="00B5567D" w14:paraId="2347B2A9" w14:textId="77777777" w:rsidTr="00781DFE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781DFE" w:rsidRPr="00E6757A" w:rsidRDefault="00781DFE" w:rsidP="00781DFE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E6757A">
              <w:rPr>
                <w:i/>
                <w:color w:val="595959"/>
                <w:lang w:val="fr-FR"/>
              </w:rPr>
              <w:t>se</w:t>
            </w:r>
            <w:proofErr w:type="gram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 w:rsidP="00E44D1A">
      <w:pPr>
        <w:spacing w:line="168" w:lineRule="auto"/>
        <w:rPr>
          <w:lang w:val="fr-FR"/>
        </w:rPr>
      </w:pPr>
    </w:p>
    <w:p w14:paraId="0F5A4CDF" w14:textId="77777777" w:rsidR="00A11ECC" w:rsidRPr="00B5567D" w:rsidRDefault="00000000" w:rsidP="00E44D1A">
      <w:pPr>
        <w:spacing w:before="140"/>
        <w:jc w:val="center"/>
        <w:rPr>
          <w:sz w:val="28"/>
          <w:szCs w:val="28"/>
        </w:rPr>
      </w:pPr>
      <w:r w:rsidRPr="00B5567D">
        <w:rPr>
          <w:b/>
          <w:sz w:val="28"/>
          <w:szCs w:val="28"/>
        </w:rPr>
        <w:t>ÎNȘTIINȚARE</w:t>
      </w:r>
    </w:p>
    <w:p w14:paraId="4291F9D6" w14:textId="7A0EE626" w:rsidR="00A11ECC" w:rsidRPr="006C5924" w:rsidRDefault="00000000" w:rsidP="006C5924">
      <w:pPr>
        <w:jc w:val="center"/>
        <w:rPr>
          <w:sz w:val="24"/>
          <w:szCs w:val="24"/>
        </w:rPr>
      </w:pPr>
      <w:proofErr w:type="spellStart"/>
      <w:r w:rsidRPr="00DB3437">
        <w:rPr>
          <w:sz w:val="24"/>
          <w:szCs w:val="24"/>
        </w:rPr>
        <w:t>privind</w:t>
      </w:r>
      <w:proofErr w:type="spellEnd"/>
      <w:r w:rsidRPr="00DB3437">
        <w:rPr>
          <w:sz w:val="24"/>
          <w:szCs w:val="24"/>
        </w:rPr>
        <w:t xml:space="preserve"> </w:t>
      </w:r>
      <w:proofErr w:type="spellStart"/>
      <w:r w:rsidRPr="00DB3437">
        <w:rPr>
          <w:sz w:val="24"/>
          <w:szCs w:val="24"/>
        </w:rPr>
        <w:t>începerea</w:t>
      </w:r>
      <w:proofErr w:type="spellEnd"/>
      <w:r w:rsidRPr="00DB3437">
        <w:rPr>
          <w:sz w:val="24"/>
          <w:szCs w:val="24"/>
        </w:rPr>
        <w:t xml:space="preserve"> </w:t>
      </w:r>
      <w:proofErr w:type="spellStart"/>
      <w:r w:rsidRPr="00DB3437">
        <w:rPr>
          <w:sz w:val="24"/>
          <w:szCs w:val="24"/>
        </w:rPr>
        <w:t>execuției</w:t>
      </w:r>
      <w:proofErr w:type="spellEnd"/>
      <w:r w:rsidRPr="00DB3437">
        <w:rPr>
          <w:sz w:val="24"/>
          <w:szCs w:val="24"/>
        </w:rPr>
        <w:t xml:space="preserve"> </w:t>
      </w:r>
      <w:proofErr w:type="spellStart"/>
      <w:r w:rsidRPr="00DB3437">
        <w:rPr>
          <w:sz w:val="24"/>
          <w:szCs w:val="24"/>
        </w:rPr>
        <w:t>lucrărilor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E6757A" w14:paraId="37740068" w14:textId="77777777">
        <w:trPr>
          <w:cantSplit/>
          <w:trHeight w:val="510"/>
        </w:trPr>
        <w:tc>
          <w:tcPr>
            <w:tcW w:w="9636" w:type="dxa"/>
          </w:tcPr>
          <w:p w14:paraId="2804ABDC" w14:textId="343AD70D" w:rsidR="00A11ECC" w:rsidRPr="00E6757A" w:rsidRDefault="00A11ECC">
            <w:pPr>
              <w:keepNext/>
              <w:rPr>
                <w:lang w:val="fr-FR"/>
              </w:rPr>
            </w:pPr>
          </w:p>
          <w:p w14:paraId="611A999C" w14:textId="77777777" w:rsidR="00C71057" w:rsidRPr="00425210" w:rsidRDefault="00C71057" w:rsidP="00C71057">
            <w:pPr>
              <w:keepNext/>
              <w:rPr>
                <w:sz w:val="28"/>
                <w:szCs w:val="28"/>
                <w:lang w:val="fr-FR"/>
              </w:rPr>
            </w:pP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Inspectoratul</w:t>
            </w:r>
            <w:proofErr w:type="spellEnd"/>
            <w:r w:rsidRPr="00425210">
              <w:rPr>
                <w:b/>
                <w:sz w:val="28"/>
                <w:szCs w:val="28"/>
                <w:lang w:val="fr-FR"/>
              </w:rPr>
              <w:t xml:space="preserve"> de Stat </w:t>
            </w: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în</w:t>
            </w:r>
            <w:proofErr w:type="spellEnd"/>
            <w:r w:rsidRPr="00425210"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Construcții</w:t>
            </w:r>
            <w:proofErr w:type="spellEnd"/>
            <w:r w:rsidRPr="00425210">
              <w:rPr>
                <w:b/>
                <w:sz w:val="28"/>
                <w:szCs w:val="28"/>
                <w:lang w:val="fr-FR"/>
              </w:rPr>
              <w:t xml:space="preserve"> – </w:t>
            </w: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Inspectoratul</w:t>
            </w:r>
            <w:proofErr w:type="spellEnd"/>
            <w:r w:rsidRPr="00425210"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Teritorial</w:t>
            </w:r>
            <w:proofErr w:type="spellEnd"/>
            <w:r w:rsidRPr="00425210"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în</w:t>
            </w:r>
            <w:proofErr w:type="spellEnd"/>
            <w:r w:rsidRPr="00425210"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Construcții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E6757A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11AB6E27" w:rsidR="00A11ECC" w:rsidRPr="00E6757A" w:rsidRDefault="00781DFE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conducerea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Inspectoratului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Teritorial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Construcții</w:t>
            </w:r>
            <w:proofErr w:type="spellEnd"/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25"/>
        <w:gridCol w:w="781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 w:rsidTr="007F173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 w:rsidTr="007F173C">
        <w:trPr>
          <w:cantSplit/>
          <w:trHeight w:val="510"/>
        </w:trPr>
        <w:tc>
          <w:tcPr>
            <w:tcW w:w="5621" w:type="dxa"/>
            <w:gridSpan w:val="6"/>
          </w:tcPr>
          <w:p w14:paraId="7D808035" w14:textId="77777777" w:rsidR="00A11ECC" w:rsidRPr="00090209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090209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090209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</w:p>
          <w:p w14:paraId="45C36B89" w14:textId="77777777" w:rsidR="00A11ECC" w:rsidRPr="00090209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75015164" w14:textId="77777777" w:rsidR="00A11ECC" w:rsidRPr="00090209" w:rsidRDefault="00000000">
            <w:pPr>
              <w:keepNext/>
              <w:rPr>
                <w:sz w:val="20"/>
                <w:szCs w:val="20"/>
              </w:rPr>
            </w:pPr>
            <w:r w:rsidRPr="00090209">
              <w:rPr>
                <w:b/>
                <w:color w:val="0D5F78"/>
                <w:sz w:val="20"/>
                <w:szCs w:val="20"/>
              </w:rPr>
              <w:t>CNP</w:t>
            </w:r>
          </w:p>
          <w:p w14:paraId="4E9C5560" w14:textId="77777777" w:rsidR="00A11ECC" w:rsidRPr="00090209" w:rsidRDefault="00A11ECC">
            <w:pPr>
              <w:keepNext/>
              <w:rPr>
                <w:sz w:val="20"/>
                <w:szCs w:val="20"/>
              </w:rPr>
            </w:pPr>
          </w:p>
        </w:tc>
      </w:tr>
      <w:tr w:rsidR="00A11ECC" w14:paraId="5222187E" w14:textId="77777777" w:rsidTr="007F173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D0D4BD0" w14:textId="77777777" w:rsidR="00A11ECC" w:rsidRPr="00090209" w:rsidRDefault="00000000">
            <w:pPr>
              <w:keepNext/>
              <w:rPr>
                <w:sz w:val="20"/>
                <w:szCs w:val="20"/>
              </w:rPr>
            </w:pPr>
            <w:r w:rsidRPr="00090209">
              <w:rPr>
                <w:sz w:val="20"/>
                <w:szCs w:val="20"/>
              </w:rPr>
              <w:t xml:space="preserve"> Act de </w:t>
            </w:r>
            <w:proofErr w:type="spellStart"/>
            <w:r w:rsidRPr="00090209">
              <w:rPr>
                <w:sz w:val="20"/>
                <w:szCs w:val="20"/>
              </w:rPr>
              <w:t>identitate</w:t>
            </w:r>
            <w:proofErr w:type="spellEnd"/>
          </w:p>
        </w:tc>
      </w:tr>
      <w:tr w:rsidR="00A11ECC" w14:paraId="7E1FD110" w14:textId="77777777" w:rsidTr="007F173C">
        <w:trPr>
          <w:cantSplit/>
          <w:trHeight w:val="323"/>
        </w:trPr>
        <w:tc>
          <w:tcPr>
            <w:tcW w:w="1606" w:type="dxa"/>
          </w:tcPr>
          <w:p w14:paraId="3DE6E8D1" w14:textId="0EB22659" w:rsidR="00A11ECC" w:rsidRPr="003A0FB3" w:rsidRDefault="00000000">
            <w:pPr>
              <w:keepNext/>
              <w:rPr>
                <w:sz w:val="20"/>
                <w:szCs w:val="20"/>
              </w:rPr>
            </w:pPr>
            <w:r w:rsidRPr="003A0FB3">
              <w:rPr>
                <w:b/>
                <w:color w:val="0D5F78"/>
                <w:sz w:val="20"/>
                <w:szCs w:val="20"/>
              </w:rPr>
              <w:t>Seria</w:t>
            </w:r>
          </w:p>
        </w:tc>
        <w:tc>
          <w:tcPr>
            <w:tcW w:w="1606" w:type="dxa"/>
            <w:gridSpan w:val="2"/>
          </w:tcPr>
          <w:p w14:paraId="3406A505" w14:textId="3E05E854" w:rsidR="00A11ECC" w:rsidRPr="00090209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Numărul</w:t>
            </w:r>
            <w:proofErr w:type="spellEnd"/>
          </w:p>
        </w:tc>
        <w:tc>
          <w:tcPr>
            <w:tcW w:w="4818" w:type="dxa"/>
            <w:gridSpan w:val="5"/>
          </w:tcPr>
          <w:p w14:paraId="50D7D510" w14:textId="03AEC2A0" w:rsidR="00A11ECC" w:rsidRPr="00090209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Eliberat</w:t>
            </w:r>
            <w:proofErr w:type="spellEnd"/>
            <w:r w:rsidRPr="00090209">
              <w:rPr>
                <w:b/>
                <w:color w:val="0D5F78"/>
                <w:sz w:val="20"/>
                <w:szCs w:val="20"/>
              </w:rPr>
              <w:t xml:space="preserve"> de</w:t>
            </w:r>
          </w:p>
        </w:tc>
        <w:tc>
          <w:tcPr>
            <w:tcW w:w="1606" w:type="dxa"/>
          </w:tcPr>
          <w:p w14:paraId="71986321" w14:textId="626D1B03" w:rsidR="00A11ECC" w:rsidRPr="00090209" w:rsidRDefault="00000000">
            <w:pPr>
              <w:keepNext/>
              <w:rPr>
                <w:sz w:val="20"/>
                <w:szCs w:val="20"/>
              </w:rPr>
            </w:pPr>
            <w:r w:rsidRPr="00090209">
              <w:rPr>
                <w:b/>
                <w:color w:val="0D5F78"/>
                <w:sz w:val="20"/>
                <w:szCs w:val="20"/>
              </w:rPr>
              <w:t>La data</w:t>
            </w:r>
          </w:p>
        </w:tc>
      </w:tr>
      <w:tr w:rsidR="00A11ECC" w14:paraId="2B7C18ED" w14:textId="77777777" w:rsidTr="007F173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25A44F1F" w14:textId="77777777" w:rsidR="00A11ECC" w:rsidRPr="00090209" w:rsidRDefault="00000000">
            <w:pPr>
              <w:keepNext/>
              <w:rPr>
                <w:sz w:val="20"/>
                <w:szCs w:val="20"/>
              </w:rPr>
            </w:pPr>
            <w:r w:rsidRPr="00090209">
              <w:rPr>
                <w:sz w:val="20"/>
                <w:szCs w:val="20"/>
              </w:rPr>
              <w:t xml:space="preserve"> </w:t>
            </w:r>
            <w:proofErr w:type="spellStart"/>
            <w:r w:rsidRPr="00090209">
              <w:rPr>
                <w:sz w:val="20"/>
                <w:szCs w:val="20"/>
              </w:rPr>
              <w:t>Domiciliul</w:t>
            </w:r>
            <w:proofErr w:type="spellEnd"/>
          </w:p>
        </w:tc>
      </w:tr>
      <w:tr w:rsidR="00A11ECC" w14:paraId="71035973" w14:textId="77777777" w:rsidTr="007F173C">
        <w:trPr>
          <w:cantSplit/>
          <w:trHeight w:val="510"/>
        </w:trPr>
        <w:tc>
          <w:tcPr>
            <w:tcW w:w="3212" w:type="dxa"/>
            <w:gridSpan w:val="3"/>
          </w:tcPr>
          <w:p w14:paraId="52D50C92" w14:textId="77777777" w:rsidR="00A11ECC" w:rsidRPr="00090209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52501A06" w14:textId="77777777" w:rsidR="00A11ECC" w:rsidRPr="00090209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660341FA" w14:textId="77777777" w:rsidR="00A11ECC" w:rsidRPr="00090209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090209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090209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2606FFF2" w14:textId="77777777" w:rsidR="00A11ECC" w:rsidRPr="00090209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75959E82" w14:textId="77777777" w:rsidR="00A11ECC" w:rsidRPr="00090209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090209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07EED8E4" w14:textId="77777777" w:rsidR="00A11ECC" w:rsidRPr="00090209" w:rsidRDefault="00A11ECC">
            <w:pPr>
              <w:keepNext/>
              <w:rPr>
                <w:sz w:val="20"/>
                <w:szCs w:val="20"/>
              </w:rPr>
            </w:pPr>
          </w:p>
        </w:tc>
      </w:tr>
      <w:tr w:rsidR="007F173C" w14:paraId="7BDBDAA6" w14:textId="77777777" w:rsidTr="007F173C">
        <w:trPr>
          <w:cantSplit/>
          <w:trHeight w:val="510"/>
        </w:trPr>
        <w:tc>
          <w:tcPr>
            <w:tcW w:w="2431" w:type="dxa"/>
            <w:gridSpan w:val="2"/>
            <w:tcBorders>
              <w:right w:val="single" w:sz="4" w:space="0" w:color="auto"/>
            </w:tcBorders>
          </w:tcPr>
          <w:p w14:paraId="288B7A94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  <w:r w:rsidRPr="00090209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09EA4587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left w:val="single" w:sz="4" w:space="0" w:color="auto"/>
            </w:tcBorders>
          </w:tcPr>
          <w:p w14:paraId="43A2D520" w14:textId="77777777" w:rsidR="007F173C" w:rsidRPr="00090209" w:rsidRDefault="007F173C" w:rsidP="007F173C">
            <w:pPr>
              <w:keepNext/>
              <w:rPr>
                <w:sz w:val="20"/>
                <w:szCs w:val="20"/>
              </w:rPr>
            </w:pPr>
            <w:r w:rsidRPr="00090209">
              <w:rPr>
                <w:b/>
                <w:color w:val="0D5F78"/>
                <w:sz w:val="20"/>
                <w:szCs w:val="20"/>
              </w:rPr>
              <w:t>Nr.</w:t>
            </w:r>
          </w:p>
          <w:p w14:paraId="27EA5238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B7A03A3" w14:textId="16719591" w:rsidR="007F173C" w:rsidRPr="00090209" w:rsidRDefault="007F173C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Pr="00090209">
              <w:rPr>
                <w:b/>
                <w:color w:val="0D5F78"/>
                <w:sz w:val="20"/>
                <w:szCs w:val="20"/>
              </w:rPr>
              <w:t>.</w:t>
            </w:r>
          </w:p>
          <w:p w14:paraId="12EA7BE1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489F1D5C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  <w:r w:rsidRPr="00090209">
              <w:rPr>
                <w:b/>
                <w:color w:val="0D5F78"/>
                <w:sz w:val="20"/>
                <w:szCs w:val="20"/>
              </w:rPr>
              <w:t>Sc.</w:t>
            </w:r>
          </w:p>
          <w:p w14:paraId="1B363C39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AB11C78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  <w:r w:rsidRPr="00090209">
              <w:rPr>
                <w:b/>
                <w:color w:val="0D5F78"/>
                <w:sz w:val="20"/>
                <w:szCs w:val="20"/>
              </w:rPr>
              <w:t>Et.</w:t>
            </w:r>
          </w:p>
          <w:p w14:paraId="479DDF31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E882C1A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  <w:r w:rsidRPr="00090209">
              <w:rPr>
                <w:b/>
                <w:color w:val="0D5F78"/>
                <w:sz w:val="20"/>
                <w:szCs w:val="20"/>
              </w:rPr>
              <w:t>Ap.</w:t>
            </w:r>
          </w:p>
          <w:p w14:paraId="191097FF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2CA3CE1B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  <w:r w:rsidRPr="00090209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2326ABB1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1D955C86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060B5581" w14:textId="77777777" w:rsidR="007F173C" w:rsidRPr="00090209" w:rsidRDefault="007F173C">
            <w:pPr>
              <w:keepNext/>
              <w:rPr>
                <w:sz w:val="20"/>
                <w:szCs w:val="20"/>
              </w:rPr>
            </w:pPr>
          </w:p>
        </w:tc>
      </w:tr>
      <w:tr w:rsidR="00A11ECC" w14:paraId="4DC3EAC3" w14:textId="77777777" w:rsidTr="007F173C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C6019A0" w14:textId="77777777" w:rsidR="00A11ECC" w:rsidRPr="00090209" w:rsidRDefault="00000000">
            <w:pPr>
              <w:keepNext/>
              <w:rPr>
                <w:sz w:val="20"/>
                <w:szCs w:val="20"/>
              </w:rPr>
            </w:pPr>
            <w:r w:rsidRPr="00090209">
              <w:rPr>
                <w:sz w:val="20"/>
                <w:szCs w:val="20"/>
              </w:rPr>
              <w:t xml:space="preserve"> Date de contact</w:t>
            </w:r>
          </w:p>
        </w:tc>
      </w:tr>
      <w:tr w:rsidR="00A11ECC" w14:paraId="018EC0C9" w14:textId="77777777" w:rsidTr="00196866">
        <w:trPr>
          <w:cantSplit/>
          <w:trHeight w:val="269"/>
        </w:trPr>
        <w:tc>
          <w:tcPr>
            <w:tcW w:w="4015" w:type="dxa"/>
            <w:gridSpan w:val="4"/>
          </w:tcPr>
          <w:p w14:paraId="0187BF30" w14:textId="0AD8A7E2" w:rsidR="00A11ECC" w:rsidRPr="00090209" w:rsidRDefault="00000000">
            <w:pPr>
              <w:rPr>
                <w:sz w:val="20"/>
                <w:szCs w:val="20"/>
              </w:rPr>
            </w:pPr>
            <w:proofErr w:type="spellStart"/>
            <w:r w:rsidRPr="00090209">
              <w:rPr>
                <w:b/>
                <w:color w:val="0D5F78"/>
                <w:sz w:val="20"/>
                <w:szCs w:val="20"/>
              </w:rPr>
              <w:t>Telefon</w:t>
            </w:r>
            <w:proofErr w:type="spellEnd"/>
            <w:r w:rsidRPr="00090209">
              <w:rPr>
                <w:b/>
                <w:color w:val="0D5F78"/>
                <w:sz w:val="20"/>
                <w:szCs w:val="20"/>
              </w:rPr>
              <w:t xml:space="preserve"> / fax</w:t>
            </w:r>
          </w:p>
        </w:tc>
        <w:tc>
          <w:tcPr>
            <w:tcW w:w="5621" w:type="dxa"/>
            <w:gridSpan w:val="5"/>
          </w:tcPr>
          <w:p w14:paraId="5177F214" w14:textId="34AD37DC" w:rsidR="00A11ECC" w:rsidRPr="00090209" w:rsidRDefault="00000000">
            <w:pPr>
              <w:rPr>
                <w:sz w:val="20"/>
                <w:szCs w:val="20"/>
              </w:rPr>
            </w:pPr>
            <w:r w:rsidRPr="00090209">
              <w:rPr>
                <w:b/>
                <w:color w:val="0D5F78"/>
                <w:sz w:val="20"/>
                <w:szCs w:val="20"/>
              </w:rPr>
              <w:t>E-mail</w:t>
            </w:r>
          </w:p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B5567D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Pr="00DA508C" w:rsidRDefault="00000000">
            <w:pPr>
              <w:keepNext/>
              <w:rPr>
                <w:sz w:val="20"/>
                <w:szCs w:val="20"/>
              </w:rPr>
            </w:pPr>
            <w:r w:rsidRPr="00DA508C">
              <w:rPr>
                <w:b/>
                <w:color w:val="0D5F78"/>
                <w:sz w:val="20"/>
                <w:szCs w:val="20"/>
              </w:rPr>
              <w:t>Nr.</w:t>
            </w:r>
          </w:p>
          <w:p w14:paraId="40DB982C" w14:textId="77777777" w:rsidR="00A11ECC" w:rsidRPr="00DA508C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369B01E" w14:textId="77777777" w:rsidR="00A11ECC" w:rsidRPr="00DA508C" w:rsidRDefault="00000000">
            <w:pPr>
              <w:keepNext/>
              <w:rPr>
                <w:sz w:val="20"/>
                <w:szCs w:val="20"/>
              </w:rPr>
            </w:pPr>
            <w:r w:rsidRPr="00DA508C">
              <w:rPr>
                <w:b/>
                <w:color w:val="0D5F78"/>
                <w:sz w:val="20"/>
                <w:szCs w:val="20"/>
              </w:rPr>
              <w:t>Din data</w:t>
            </w:r>
          </w:p>
          <w:p w14:paraId="48964A76" w14:textId="77777777" w:rsidR="00A11ECC" w:rsidRPr="00DA508C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5621" w:type="dxa"/>
          </w:tcPr>
          <w:p w14:paraId="48B3695B" w14:textId="77777777" w:rsidR="00A11ECC" w:rsidRPr="00DA508C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DA508C">
              <w:rPr>
                <w:b/>
                <w:color w:val="0D5F78"/>
                <w:sz w:val="20"/>
                <w:szCs w:val="20"/>
              </w:rPr>
              <w:t>Emisă</w:t>
            </w:r>
            <w:proofErr w:type="spellEnd"/>
            <w:r w:rsidRPr="00DA508C">
              <w:rPr>
                <w:b/>
                <w:color w:val="0D5F78"/>
                <w:sz w:val="20"/>
                <w:szCs w:val="20"/>
              </w:rPr>
              <w:t xml:space="preserve"> de</w:t>
            </w:r>
          </w:p>
          <w:p w14:paraId="25DDB5C1" w14:textId="77777777" w:rsidR="00A11ECC" w:rsidRPr="00DA508C" w:rsidRDefault="00A11ECC">
            <w:pPr>
              <w:keepNext/>
              <w:rPr>
                <w:sz w:val="20"/>
                <w:szCs w:val="20"/>
              </w:rPr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Pr="00DA508C" w:rsidRDefault="00000000">
            <w:pPr>
              <w:keepNext/>
              <w:rPr>
                <w:sz w:val="20"/>
                <w:szCs w:val="20"/>
              </w:rPr>
            </w:pPr>
            <w:r w:rsidRPr="00DA508C">
              <w:rPr>
                <w:sz w:val="20"/>
                <w:szCs w:val="20"/>
              </w:rPr>
              <w:t xml:space="preserve"> </w:t>
            </w:r>
            <w:proofErr w:type="spellStart"/>
            <w:r w:rsidRPr="00DA508C">
              <w:rPr>
                <w:sz w:val="20"/>
                <w:szCs w:val="20"/>
              </w:rPr>
              <w:t>emisă</w:t>
            </w:r>
            <w:proofErr w:type="spellEnd"/>
            <w:r w:rsidRPr="00DA508C">
              <w:rPr>
                <w:sz w:val="20"/>
                <w:szCs w:val="20"/>
              </w:rPr>
              <w:t xml:space="preserve"> </w:t>
            </w:r>
            <w:proofErr w:type="spellStart"/>
            <w:r w:rsidRPr="00DA508C">
              <w:rPr>
                <w:sz w:val="20"/>
                <w:szCs w:val="20"/>
              </w:rPr>
              <w:t>pentru</w:t>
            </w:r>
            <w:proofErr w:type="spellEnd"/>
            <w:r w:rsidRPr="00DA508C">
              <w:rPr>
                <w:sz w:val="20"/>
                <w:szCs w:val="20"/>
              </w:rPr>
              <w:t xml:space="preserve"> </w:t>
            </w:r>
            <w:proofErr w:type="spellStart"/>
            <w:r w:rsidRPr="00DA508C">
              <w:rPr>
                <w:sz w:val="20"/>
                <w:szCs w:val="20"/>
              </w:rPr>
              <w:t>executarea</w:t>
            </w:r>
            <w:proofErr w:type="spellEnd"/>
            <w:r w:rsidRPr="00DA508C">
              <w:rPr>
                <w:sz w:val="20"/>
                <w:szCs w:val="20"/>
              </w:rPr>
              <w:t xml:space="preserve"> </w:t>
            </w:r>
            <w:proofErr w:type="spellStart"/>
            <w:r w:rsidRPr="00DA508C">
              <w:rPr>
                <w:sz w:val="20"/>
                <w:szCs w:val="20"/>
              </w:rPr>
              <w:t>lucrărilor</w:t>
            </w:r>
            <w:proofErr w:type="spellEnd"/>
            <w:r w:rsidRPr="00DA508C">
              <w:rPr>
                <w:sz w:val="20"/>
                <w:szCs w:val="20"/>
              </w:rPr>
              <w:t xml:space="preserve"> de </w:t>
            </w:r>
            <w:proofErr w:type="spellStart"/>
            <w:r w:rsidRPr="00DA508C">
              <w:rPr>
                <w:sz w:val="20"/>
                <w:szCs w:val="20"/>
              </w:rPr>
              <w:t>construcții</w:t>
            </w:r>
            <w:proofErr w:type="spellEnd"/>
            <w:r w:rsidRPr="00DA508C">
              <w:rPr>
                <w:sz w:val="20"/>
                <w:szCs w:val="20"/>
              </w:rPr>
              <w:t xml:space="preserve"> </w:t>
            </w:r>
            <w:proofErr w:type="spellStart"/>
            <w:r w:rsidRPr="00DA508C">
              <w:rPr>
                <w:sz w:val="20"/>
                <w:szCs w:val="20"/>
              </w:rPr>
              <w:t>privind</w:t>
            </w:r>
            <w:proofErr w:type="spellEnd"/>
            <w:r w:rsidRPr="00DA508C">
              <w:rPr>
                <w:sz w:val="20"/>
                <w:szCs w:val="20"/>
              </w:rPr>
              <w:t xml:space="preserve"> </w:t>
            </w:r>
            <w:proofErr w:type="spellStart"/>
            <w:r w:rsidRPr="00DA508C">
              <w:rPr>
                <w:sz w:val="20"/>
                <w:szCs w:val="20"/>
              </w:rPr>
              <w:t>construirea</w:t>
            </w:r>
            <w:proofErr w:type="spellEnd"/>
            <w:r w:rsidRPr="00DA508C">
              <w:rPr>
                <w:sz w:val="20"/>
                <w:szCs w:val="20"/>
              </w:rPr>
              <w:t xml:space="preserve"> / </w:t>
            </w:r>
            <w:proofErr w:type="spellStart"/>
            <w:r w:rsidRPr="00DA508C">
              <w:rPr>
                <w:sz w:val="20"/>
                <w:szCs w:val="20"/>
              </w:rPr>
              <w:t>desființarea</w:t>
            </w:r>
            <w:proofErr w:type="spellEnd"/>
            <w:r w:rsidRPr="00DA508C">
              <w:rPr>
                <w:sz w:val="20"/>
                <w:szCs w:val="20"/>
              </w:rPr>
              <w:t xml:space="preserve"> </w:t>
            </w:r>
            <w:proofErr w:type="spellStart"/>
            <w:r w:rsidRPr="00DA508C">
              <w:rPr>
                <w:sz w:val="20"/>
                <w:szCs w:val="20"/>
              </w:rPr>
              <w:t>construcțiilor</w:t>
            </w:r>
            <w:proofErr w:type="spellEnd"/>
            <w:r w:rsidRPr="00DA508C">
              <w:rPr>
                <w:sz w:val="20"/>
                <w:szCs w:val="20"/>
              </w:rPr>
              <w:t xml:space="preserve"> </w:t>
            </w:r>
            <w:proofErr w:type="spellStart"/>
            <w:r w:rsidRPr="00DA508C">
              <w:rPr>
                <w:sz w:val="20"/>
                <w:szCs w:val="20"/>
              </w:rPr>
              <w:t>și</w:t>
            </w:r>
            <w:proofErr w:type="spellEnd"/>
            <w:r w:rsidRPr="00DA508C">
              <w:rPr>
                <w:sz w:val="20"/>
                <w:szCs w:val="20"/>
              </w:rPr>
              <w:t xml:space="preserve"> </w:t>
            </w:r>
            <w:proofErr w:type="spellStart"/>
            <w:r w:rsidRPr="00DA508C">
              <w:rPr>
                <w:sz w:val="20"/>
                <w:szCs w:val="20"/>
              </w:rPr>
              <w:t>amenajărilor</w:t>
            </w:r>
            <w:proofErr w:type="spellEnd"/>
          </w:p>
        </w:tc>
      </w:tr>
      <w:tr w:rsidR="00A11ECC" w:rsidRPr="00B5567D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DA508C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>Denumirea</w:t>
            </w:r>
            <w:proofErr w:type="spellEnd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>lucrării</w:t>
            </w:r>
            <w:proofErr w:type="spellEnd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>capacitatea</w:t>
            </w:r>
            <w:proofErr w:type="spellEnd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>și</w:t>
            </w:r>
            <w:proofErr w:type="spellEnd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>categoria</w:t>
            </w:r>
            <w:proofErr w:type="spellEnd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>lucrări</w:t>
            </w:r>
            <w:proofErr w:type="spellEnd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>din</w:t>
            </w:r>
            <w:proofErr w:type="spellEnd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>autorizație</w:t>
            </w:r>
            <w:proofErr w:type="spellEnd"/>
          </w:p>
          <w:p w14:paraId="11F220EB" w14:textId="77777777" w:rsidR="00781DFE" w:rsidRPr="00DA508C" w:rsidRDefault="00781DFE" w:rsidP="00781DFE">
            <w:pPr>
              <w:keepNext/>
              <w:rPr>
                <w:i/>
                <w:color w:val="7A7A7A"/>
                <w:sz w:val="20"/>
                <w:szCs w:val="20"/>
                <w:lang w:val="ro-RO"/>
              </w:rPr>
            </w:pPr>
            <w:r w:rsidRPr="00DA508C">
              <w:rPr>
                <w:i/>
                <w:color w:val="7A7A7A"/>
                <w:sz w:val="20"/>
                <w:szCs w:val="20"/>
                <w:lang w:val="fr-FR"/>
              </w:rPr>
              <w:t xml:space="preserve">Se </w:t>
            </w:r>
            <w:proofErr w:type="spellStart"/>
            <w:r w:rsidRPr="00DA508C">
              <w:rPr>
                <w:i/>
                <w:color w:val="7A7A7A"/>
                <w:sz w:val="20"/>
                <w:szCs w:val="20"/>
                <w:lang w:val="fr-FR"/>
              </w:rPr>
              <w:t>noteaz</w:t>
            </w:r>
            <w:proofErr w:type="spellEnd"/>
            <w:r w:rsidRPr="00DA508C">
              <w:rPr>
                <w:i/>
                <w:color w:val="7A7A7A"/>
                <w:sz w:val="20"/>
                <w:szCs w:val="20"/>
                <w:lang w:val="ro-RO"/>
              </w:rPr>
              <w:t>ă titlul din autorizația de construire</w:t>
            </w:r>
          </w:p>
          <w:p w14:paraId="109F0125" w14:textId="77777777" w:rsidR="00A11ECC" w:rsidRPr="00DA508C" w:rsidRDefault="00A11ECC">
            <w:pPr>
              <w:keepNext/>
              <w:rPr>
                <w:sz w:val="20"/>
                <w:szCs w:val="20"/>
                <w:lang w:val="fr-FR"/>
              </w:rPr>
            </w:pPr>
          </w:p>
        </w:tc>
      </w:tr>
      <w:tr w:rsidR="00A11ECC" w:rsidRPr="00B5567D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DA508C" w:rsidRDefault="00000000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>în</w:t>
            </w:r>
            <w:proofErr w:type="spellEnd"/>
            <w:proofErr w:type="gramEnd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>valoare</w:t>
            </w:r>
            <w:proofErr w:type="spellEnd"/>
            <w:r w:rsidRPr="00DA508C">
              <w:rPr>
                <w:b/>
                <w:color w:val="0D5F78"/>
                <w:sz w:val="20"/>
                <w:szCs w:val="20"/>
                <w:lang w:val="fr-FR"/>
              </w:rPr>
              <w:t xml:space="preserve"> de (lei)</w:t>
            </w:r>
          </w:p>
          <w:p w14:paraId="1A278680" w14:textId="7EB2A9EB" w:rsidR="00A11ECC" w:rsidRPr="00DA508C" w:rsidRDefault="00781DFE">
            <w:pPr>
              <w:rPr>
                <w:sz w:val="20"/>
                <w:szCs w:val="20"/>
                <w:lang w:val="fr-FR"/>
              </w:rPr>
            </w:pPr>
            <w:r w:rsidRPr="00DA508C">
              <w:rPr>
                <w:i/>
                <w:color w:val="7A7A7A"/>
                <w:sz w:val="20"/>
                <w:szCs w:val="20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63EF26CC" w14:textId="77777777" w:rsidR="00A11ECC" w:rsidRPr="00B5567D" w:rsidRDefault="00A11ECC">
      <w:pPr>
        <w:spacing w:line="168" w:lineRule="auto"/>
        <w:rPr>
          <w:lang w:val="fr-FR"/>
        </w:rPr>
      </w:pPr>
    </w:p>
    <w:p w14:paraId="1799DE9F" w14:textId="035833C1" w:rsidR="00A11ECC" w:rsidRDefault="00E6757A" w:rsidP="0088214F">
      <w:pPr>
        <w:tabs>
          <w:tab w:val="center" w:pos="4819"/>
          <w:tab w:val="left" w:pos="7608"/>
        </w:tabs>
        <w:spacing w:before="140" w:after="40"/>
      </w:pPr>
      <w:r w:rsidRPr="00B5567D">
        <w:rPr>
          <w:b/>
          <w:sz w:val="34"/>
          <w:lang w:val="fr-FR"/>
        </w:rPr>
        <w:tab/>
      </w:r>
      <w:r>
        <w:rPr>
          <w:b/>
          <w:sz w:val="34"/>
        </w:rPr>
        <w:t>ADUC LA CUNOȘTINȚĂ</w:t>
      </w:r>
      <w:r>
        <w:rPr>
          <w:b/>
          <w:sz w:val="34"/>
        </w:rPr>
        <w:tab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Pr="00E07D76" w:rsidRDefault="00000000">
            <w:pPr>
              <w:rPr>
                <w:sz w:val="20"/>
                <w:szCs w:val="20"/>
              </w:rPr>
            </w:pPr>
            <w:proofErr w:type="spellStart"/>
            <w:r w:rsidRPr="00E07D76">
              <w:rPr>
                <w:b/>
                <w:color w:val="0D5F78"/>
                <w:sz w:val="20"/>
                <w:szCs w:val="20"/>
              </w:rPr>
              <w:t>Că</w:t>
            </w:r>
            <w:proofErr w:type="spellEnd"/>
            <w:r w:rsidRPr="00E07D76">
              <w:rPr>
                <w:b/>
                <w:color w:val="0D5F78"/>
                <w:sz w:val="20"/>
                <w:szCs w:val="20"/>
              </w:rPr>
              <w:t xml:space="preserve"> la data de</w:t>
            </w:r>
          </w:p>
          <w:p w14:paraId="2A3EFF1D" w14:textId="77777777" w:rsidR="00A11ECC" w:rsidRPr="00E07D76" w:rsidRDefault="00A11ECC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4DCDBC6C" w14:textId="77777777" w:rsidR="00A11ECC" w:rsidRPr="00E07D76" w:rsidRDefault="00000000">
            <w:pPr>
              <w:rPr>
                <w:sz w:val="20"/>
                <w:szCs w:val="20"/>
              </w:rPr>
            </w:pPr>
            <w:r w:rsidRPr="00E07D76">
              <w:rPr>
                <w:b/>
                <w:color w:val="0D5F78"/>
                <w:sz w:val="20"/>
                <w:szCs w:val="20"/>
              </w:rPr>
              <w:t>ora</w:t>
            </w:r>
          </w:p>
          <w:p w14:paraId="68C2609C" w14:textId="77777777" w:rsidR="00A11ECC" w:rsidRPr="00E07D76" w:rsidRDefault="00A11ECC">
            <w:pPr>
              <w:rPr>
                <w:sz w:val="20"/>
                <w:szCs w:val="20"/>
              </w:rPr>
            </w:pPr>
          </w:p>
        </w:tc>
        <w:tc>
          <w:tcPr>
            <w:tcW w:w="5621" w:type="dxa"/>
          </w:tcPr>
          <w:p w14:paraId="040137A9" w14:textId="77777777" w:rsidR="00A11ECC" w:rsidRPr="00E07D76" w:rsidRDefault="00000000">
            <w:pPr>
              <w:rPr>
                <w:sz w:val="20"/>
                <w:szCs w:val="20"/>
                <w:lang w:val="fr-FR"/>
              </w:rPr>
            </w:pPr>
            <w:proofErr w:type="gramStart"/>
            <w:r w:rsidRPr="00E07D76">
              <w:rPr>
                <w:b/>
                <w:color w:val="0D5F78"/>
                <w:sz w:val="20"/>
                <w:szCs w:val="20"/>
                <w:lang w:val="fr-FR"/>
              </w:rPr>
              <w:t>vor</w:t>
            </w:r>
            <w:proofErr w:type="gramEnd"/>
            <w:r w:rsidRPr="00E07D76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07D76">
              <w:rPr>
                <w:b/>
                <w:color w:val="0D5F78"/>
                <w:sz w:val="20"/>
                <w:szCs w:val="20"/>
                <w:lang w:val="fr-FR"/>
              </w:rPr>
              <w:t>începe</w:t>
            </w:r>
            <w:proofErr w:type="spellEnd"/>
            <w:r w:rsidRPr="00E07D76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07D76">
              <w:rPr>
                <w:b/>
                <w:color w:val="0D5F78"/>
                <w:sz w:val="20"/>
                <w:szCs w:val="20"/>
                <w:lang w:val="fr-FR"/>
              </w:rPr>
              <w:t>lucrările</w:t>
            </w:r>
            <w:proofErr w:type="spellEnd"/>
            <w:r w:rsidRPr="00E07D76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07D76">
              <w:rPr>
                <w:b/>
                <w:color w:val="0D5F78"/>
                <w:sz w:val="20"/>
                <w:szCs w:val="20"/>
                <w:lang w:val="fr-FR"/>
              </w:rPr>
              <w:t>construcții</w:t>
            </w:r>
            <w:proofErr w:type="spellEnd"/>
            <w:r w:rsidRPr="00E07D76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07D76">
              <w:rPr>
                <w:b/>
                <w:color w:val="0D5F78"/>
                <w:sz w:val="20"/>
                <w:szCs w:val="20"/>
                <w:lang w:val="fr-FR"/>
              </w:rPr>
              <w:t>autorizate</w:t>
            </w:r>
            <w:proofErr w:type="spellEnd"/>
          </w:p>
          <w:p w14:paraId="487872B7" w14:textId="77777777" w:rsidR="00A11ECC" w:rsidRDefault="00000000">
            <w:pPr>
              <w:rPr>
                <w:sz w:val="20"/>
                <w:szCs w:val="20"/>
              </w:rPr>
            </w:pPr>
            <w:proofErr w:type="spellStart"/>
            <w:r w:rsidRPr="00E07D76">
              <w:rPr>
                <w:i/>
                <w:color w:val="7A7A7A"/>
                <w:sz w:val="20"/>
                <w:szCs w:val="20"/>
              </w:rPr>
              <w:t>pentru</w:t>
            </w:r>
            <w:proofErr w:type="spellEnd"/>
            <w:r w:rsidRPr="00E07D76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E07D76">
              <w:rPr>
                <w:i/>
                <w:color w:val="7A7A7A"/>
                <w:sz w:val="20"/>
                <w:szCs w:val="20"/>
              </w:rPr>
              <w:t>imobilul</w:t>
            </w:r>
            <w:proofErr w:type="spellEnd"/>
            <w:r w:rsidRPr="00E07D76">
              <w:rPr>
                <w:i/>
                <w:color w:val="7A7A7A"/>
                <w:sz w:val="20"/>
                <w:szCs w:val="20"/>
              </w:rPr>
              <w:t xml:space="preserve"> de </w:t>
            </w:r>
            <w:proofErr w:type="spellStart"/>
            <w:r w:rsidRPr="00E07D76">
              <w:rPr>
                <w:i/>
                <w:color w:val="7A7A7A"/>
                <w:sz w:val="20"/>
                <w:szCs w:val="20"/>
              </w:rPr>
              <w:t>mai</w:t>
            </w:r>
            <w:proofErr w:type="spellEnd"/>
            <w:r w:rsidRPr="00E07D76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E07D76">
              <w:rPr>
                <w:i/>
                <w:color w:val="7A7A7A"/>
                <w:sz w:val="20"/>
                <w:szCs w:val="20"/>
              </w:rPr>
              <w:t>jos</w:t>
            </w:r>
            <w:proofErr w:type="spellEnd"/>
          </w:p>
          <w:p w14:paraId="3300FC33" w14:textId="40B19349" w:rsidR="00A701F7" w:rsidRPr="00E07D76" w:rsidRDefault="00A701F7">
            <w:pPr>
              <w:rPr>
                <w:sz w:val="20"/>
                <w:szCs w:val="20"/>
              </w:rPr>
            </w:pPr>
          </w:p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 w:rsidTr="00B5567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 w:rsidTr="00B5567D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Pr="00E07D76" w:rsidRDefault="00000000">
            <w:pPr>
              <w:keepNext/>
              <w:rPr>
                <w:sz w:val="20"/>
                <w:szCs w:val="20"/>
              </w:rPr>
            </w:pPr>
            <w:r w:rsidRPr="00E07D76">
              <w:rPr>
                <w:sz w:val="20"/>
                <w:szCs w:val="20"/>
              </w:rPr>
              <w:t xml:space="preserve"> ☐ </w:t>
            </w:r>
            <w:proofErr w:type="spellStart"/>
            <w:r w:rsidRPr="00E07D76">
              <w:rPr>
                <w:sz w:val="20"/>
                <w:szCs w:val="20"/>
              </w:rPr>
              <w:t>teren</w:t>
            </w:r>
            <w:proofErr w:type="spellEnd"/>
            <w:r w:rsidRPr="00E07D76">
              <w:rPr>
                <w:sz w:val="20"/>
                <w:szCs w:val="20"/>
              </w:rPr>
              <w:t xml:space="preserve">     ☐ </w:t>
            </w:r>
            <w:proofErr w:type="spellStart"/>
            <w:r w:rsidRPr="00E07D76">
              <w:rPr>
                <w:sz w:val="20"/>
                <w:szCs w:val="20"/>
              </w:rPr>
              <w:t>construcții</w:t>
            </w:r>
            <w:proofErr w:type="spellEnd"/>
          </w:p>
        </w:tc>
      </w:tr>
      <w:tr w:rsidR="00A11ECC" w14:paraId="049C9151" w14:textId="77777777" w:rsidTr="00B5567D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Pr="00E07D76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E07D76">
              <w:rPr>
                <w:b/>
                <w:color w:val="0D5F78"/>
                <w:sz w:val="20"/>
                <w:szCs w:val="20"/>
              </w:rPr>
              <w:t>Județ</w:t>
            </w:r>
            <w:proofErr w:type="spellEnd"/>
          </w:p>
          <w:p w14:paraId="010FC309" w14:textId="77777777" w:rsidR="00A11ECC" w:rsidRPr="00E07D76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54B9E1A5" w14:textId="77777777" w:rsidR="00A11ECC" w:rsidRPr="00E07D76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E07D76">
              <w:rPr>
                <w:b/>
                <w:color w:val="0D5F78"/>
                <w:sz w:val="20"/>
                <w:szCs w:val="20"/>
              </w:rPr>
              <w:t>Municipiu</w:t>
            </w:r>
            <w:proofErr w:type="spellEnd"/>
            <w:r w:rsidRPr="00E07D76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E07D76">
              <w:rPr>
                <w:b/>
                <w:color w:val="0D5F78"/>
                <w:sz w:val="20"/>
                <w:szCs w:val="20"/>
              </w:rPr>
              <w:t>oraș</w:t>
            </w:r>
            <w:proofErr w:type="spellEnd"/>
            <w:r w:rsidRPr="00E07D76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E07D76">
              <w:rPr>
                <w:b/>
                <w:color w:val="0D5F78"/>
                <w:sz w:val="20"/>
                <w:szCs w:val="20"/>
              </w:rPr>
              <w:t>comună</w:t>
            </w:r>
            <w:proofErr w:type="spellEnd"/>
          </w:p>
          <w:p w14:paraId="7A126BAD" w14:textId="77777777" w:rsidR="00A11ECC" w:rsidRPr="00E07D76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FB9D75E" w14:textId="77777777" w:rsidR="00A11ECC" w:rsidRPr="00E07D76" w:rsidRDefault="00000000">
            <w:pPr>
              <w:keepNext/>
              <w:rPr>
                <w:sz w:val="20"/>
                <w:szCs w:val="20"/>
              </w:rPr>
            </w:pPr>
            <w:r w:rsidRPr="00E07D76">
              <w:rPr>
                <w:b/>
                <w:color w:val="0D5F78"/>
                <w:sz w:val="20"/>
                <w:szCs w:val="20"/>
              </w:rPr>
              <w:t>Sat / sector</w:t>
            </w:r>
          </w:p>
          <w:p w14:paraId="0787ED05" w14:textId="77777777" w:rsidR="00A11ECC" w:rsidRPr="00E07D76" w:rsidRDefault="00A11ECC">
            <w:pPr>
              <w:keepNext/>
              <w:rPr>
                <w:sz w:val="20"/>
                <w:szCs w:val="20"/>
              </w:rPr>
            </w:pPr>
          </w:p>
        </w:tc>
      </w:tr>
      <w:tr w:rsidR="00A11ECC" w14:paraId="36DAE126" w14:textId="77777777" w:rsidTr="00B5567D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Pr="00E07D76" w:rsidRDefault="00000000">
            <w:pPr>
              <w:keepNext/>
              <w:rPr>
                <w:sz w:val="20"/>
                <w:szCs w:val="20"/>
              </w:rPr>
            </w:pPr>
            <w:r w:rsidRPr="00E07D76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538D62A6" w14:textId="77777777" w:rsidR="00A11ECC" w:rsidRPr="00E07D76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20E6D2B" w14:textId="77777777" w:rsidR="00A11ECC" w:rsidRPr="00E07D76" w:rsidRDefault="00000000">
            <w:pPr>
              <w:keepNext/>
              <w:rPr>
                <w:sz w:val="20"/>
                <w:szCs w:val="20"/>
              </w:rPr>
            </w:pPr>
            <w:r w:rsidRPr="00E07D76">
              <w:rPr>
                <w:b/>
                <w:color w:val="0D5F78"/>
                <w:sz w:val="20"/>
                <w:szCs w:val="20"/>
              </w:rPr>
              <w:t>Nr.</w:t>
            </w:r>
          </w:p>
          <w:p w14:paraId="2E7EF5EB" w14:textId="77777777" w:rsidR="00A11ECC" w:rsidRPr="00E07D76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7AD1668" w14:textId="77777777" w:rsidR="00A11ECC" w:rsidRPr="00E07D76" w:rsidRDefault="00000000">
            <w:pPr>
              <w:keepNext/>
              <w:rPr>
                <w:sz w:val="20"/>
                <w:szCs w:val="20"/>
              </w:rPr>
            </w:pPr>
            <w:r w:rsidRPr="00E07D76">
              <w:rPr>
                <w:b/>
                <w:color w:val="0D5F78"/>
                <w:sz w:val="20"/>
                <w:szCs w:val="20"/>
              </w:rPr>
              <w:t>Bl. / sc. / et. / ap.</w:t>
            </w:r>
          </w:p>
          <w:p w14:paraId="26416C0C" w14:textId="77777777" w:rsidR="00A11ECC" w:rsidRPr="00E07D76" w:rsidRDefault="00A11ECC">
            <w:pPr>
              <w:keepNext/>
              <w:rPr>
                <w:sz w:val="20"/>
                <w:szCs w:val="20"/>
              </w:rPr>
            </w:pPr>
          </w:p>
        </w:tc>
      </w:tr>
      <w:tr w:rsidR="00A11ECC" w14:paraId="4C590D10" w14:textId="77777777" w:rsidTr="00B5567D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07D76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E07D76">
              <w:rPr>
                <w:b/>
                <w:color w:val="0D5F78"/>
                <w:sz w:val="20"/>
                <w:szCs w:val="20"/>
                <w:lang w:val="fr-FR"/>
              </w:rPr>
              <w:t>Număr</w:t>
            </w:r>
            <w:proofErr w:type="spellEnd"/>
            <w:r w:rsidRPr="00E07D76">
              <w:rPr>
                <w:b/>
                <w:color w:val="0D5F78"/>
                <w:sz w:val="20"/>
                <w:szCs w:val="20"/>
                <w:lang w:val="fr-FR"/>
              </w:rPr>
              <w:t xml:space="preserve"> cadastral</w:t>
            </w:r>
          </w:p>
          <w:p w14:paraId="0F081BC3" w14:textId="10484CA8" w:rsidR="00A11ECC" w:rsidRPr="00E07D76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E07D76">
              <w:rPr>
                <w:i/>
                <w:color w:val="7A7A7A"/>
                <w:sz w:val="20"/>
                <w:szCs w:val="20"/>
                <w:lang w:val="fr-FR"/>
              </w:rPr>
              <w:t>dacă</w:t>
            </w:r>
            <w:proofErr w:type="spellEnd"/>
            <w:proofErr w:type="gramEnd"/>
            <w:r w:rsidRPr="00E07D76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07D76">
              <w:rPr>
                <w:i/>
                <w:color w:val="7A7A7A"/>
                <w:sz w:val="20"/>
                <w:szCs w:val="20"/>
                <w:lang w:val="fr-FR"/>
              </w:rPr>
              <w:t>imobilul</w:t>
            </w:r>
            <w:proofErr w:type="spellEnd"/>
            <w:r w:rsidRPr="00E07D76">
              <w:rPr>
                <w:i/>
                <w:color w:val="7A7A7A"/>
                <w:sz w:val="20"/>
                <w:szCs w:val="20"/>
                <w:lang w:val="fr-FR"/>
              </w:rPr>
              <w:t xml:space="preserve"> e </w:t>
            </w:r>
            <w:proofErr w:type="spellStart"/>
            <w:r w:rsidRPr="00E07D76">
              <w:rPr>
                <w:i/>
                <w:color w:val="7A7A7A"/>
                <w:sz w:val="20"/>
                <w:szCs w:val="20"/>
                <w:lang w:val="fr-FR"/>
              </w:rPr>
              <w:t>înscris</w:t>
            </w:r>
            <w:proofErr w:type="spellEnd"/>
            <w:r w:rsidRPr="00E07D76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07D76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E07D76">
              <w:rPr>
                <w:i/>
                <w:color w:val="7A7A7A"/>
                <w:sz w:val="20"/>
                <w:szCs w:val="20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451DB82B" w14:textId="77777777" w:rsidR="00A11ECC" w:rsidRPr="00E07D76" w:rsidRDefault="00000000">
            <w:pPr>
              <w:keepNext/>
              <w:rPr>
                <w:sz w:val="20"/>
                <w:szCs w:val="20"/>
              </w:rPr>
            </w:pPr>
            <w:r w:rsidRPr="00E07D76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E07D76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E07D76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202F2988" w14:textId="77777777" w:rsidR="00A11ECC" w:rsidRPr="00E07D76" w:rsidRDefault="00A11ECC">
            <w:pPr>
              <w:keepNext/>
              <w:rPr>
                <w:sz w:val="20"/>
                <w:szCs w:val="20"/>
              </w:rPr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14:paraId="7E6F0197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10F4124E" w14:textId="3BE58885" w:rsidR="00F81D1D" w:rsidRDefault="00F81D1D" w:rsidP="00DE7AC0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F81D1D" w:rsidRPr="00895605" w14:paraId="3C3BEA56" w14:textId="77777777" w:rsidTr="00F81D1D">
        <w:trPr>
          <w:cantSplit/>
          <w:trHeight w:val="70"/>
        </w:trPr>
        <w:tc>
          <w:tcPr>
            <w:tcW w:w="9636" w:type="dxa"/>
          </w:tcPr>
          <w:p w14:paraId="039CF419" w14:textId="703B8D50" w:rsidR="00F81D1D" w:rsidRPr="00E450BB" w:rsidRDefault="00F81D1D" w:rsidP="00F81D1D">
            <w:pPr>
              <w:pStyle w:val="ListParagraph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color w:val="0D5F78"/>
                <w:sz w:val="20"/>
                <w:szCs w:val="20"/>
              </w:rPr>
            </w:pP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Dovada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achitării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cotei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de 0,1% din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valoarea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lucrărilor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autorizate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,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conformitate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cu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prevederile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art.143 din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Codul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amenajării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teritoriului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,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urbanismului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şi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construcţiilor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,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450BB">
              <w:rPr>
                <w:b/>
                <w:color w:val="0D5F78"/>
                <w:sz w:val="20"/>
                <w:szCs w:val="20"/>
              </w:rPr>
              <w:t>vigoare</w:t>
            </w:r>
            <w:proofErr w:type="spellEnd"/>
            <w:r w:rsidRPr="00E450BB">
              <w:rPr>
                <w:b/>
                <w:color w:val="0D5F78"/>
                <w:sz w:val="20"/>
                <w:szCs w:val="20"/>
              </w:rPr>
              <w:t xml:space="preserve"> de la 25.08.2026.  </w:t>
            </w:r>
          </w:p>
          <w:p w14:paraId="374D0879" w14:textId="77777777" w:rsidR="00F81D1D" w:rsidRPr="00E450BB" w:rsidRDefault="00F81D1D" w:rsidP="00DE7AC0">
            <w:pPr>
              <w:ind w:firstLine="709"/>
              <w:rPr>
                <w:i/>
                <w:color w:val="7A7A7A"/>
                <w:sz w:val="20"/>
                <w:szCs w:val="20"/>
                <w:lang w:val="fr-FR"/>
              </w:rPr>
            </w:pPr>
            <w:proofErr w:type="gramStart"/>
            <w:r w:rsidRPr="00E450BB">
              <w:rPr>
                <w:i/>
                <w:color w:val="7A7A7A"/>
                <w:sz w:val="20"/>
                <w:szCs w:val="20"/>
                <w:lang w:val="fr-FR"/>
              </w:rPr>
              <w:t>se</w:t>
            </w:r>
            <w:proofErr w:type="gramEnd"/>
            <w:r w:rsidRPr="00E450BB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450BB">
              <w:rPr>
                <w:i/>
                <w:color w:val="7A7A7A"/>
                <w:sz w:val="20"/>
                <w:szCs w:val="20"/>
                <w:lang w:val="fr-FR"/>
              </w:rPr>
              <w:t>anexează</w:t>
            </w:r>
            <w:proofErr w:type="spellEnd"/>
            <w:r w:rsidRPr="00E450BB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450BB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E450BB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E450BB">
              <w:rPr>
                <w:i/>
                <w:color w:val="7A7A7A"/>
                <w:sz w:val="20"/>
                <w:szCs w:val="20"/>
                <w:lang w:val="fr-FR"/>
              </w:rPr>
              <w:t>copie;</w:t>
            </w:r>
            <w:proofErr w:type="gramEnd"/>
          </w:p>
          <w:p w14:paraId="7DBC4F52" w14:textId="35B71975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</w:p>
        </w:tc>
      </w:tr>
    </w:tbl>
    <w:p w14:paraId="6199AE4C" w14:textId="77777777" w:rsidR="00F81D1D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5AC6DDA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5FC07745" w14:textId="4867FEE9" w:rsidR="00F81D1D" w:rsidRPr="00B5567D" w:rsidRDefault="00F81D1D" w:rsidP="00DE7AC0">
            <w:pPr>
              <w:keepNext/>
              <w:rPr>
                <w:lang w:val="fr-FR"/>
              </w:rPr>
            </w:pPr>
            <w:r w:rsidRPr="00B5567D">
              <w:rPr>
                <w:b/>
                <w:sz w:val="16"/>
                <w:lang w:val="fr-FR"/>
              </w:rPr>
              <w:lastRenderedPageBreak/>
              <w:t>6. OBIECTIV FINANȚAT DIN PROGRAME DE INVESTIȚII, DUPĂ CAZ</w:t>
            </w:r>
          </w:p>
        </w:tc>
      </w:tr>
      <w:tr w:rsidR="00F81D1D" w:rsidRPr="00B5567D" w14:paraId="381B46A4" w14:textId="77777777" w:rsidTr="00DE7AC0">
        <w:trPr>
          <w:cantSplit/>
          <w:trHeight w:val="510"/>
        </w:trPr>
        <w:tc>
          <w:tcPr>
            <w:tcW w:w="9636" w:type="dxa"/>
          </w:tcPr>
          <w:p w14:paraId="72FF3196" w14:textId="77777777" w:rsidR="00F81D1D" w:rsidRPr="00B5567D" w:rsidRDefault="00F81D1D" w:rsidP="00DE7AC0">
            <w:pPr>
              <w:rPr>
                <w:lang w:val="fr-FR"/>
              </w:rPr>
            </w:pPr>
          </w:p>
          <w:p w14:paraId="431E4F30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49CB">
              <w:rPr>
                <w:sz w:val="20"/>
                <w:szCs w:val="20"/>
                <w:lang w:val="fr-FR"/>
              </w:rPr>
              <w:t>☐ PNRR (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Planul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Redresare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Reziliență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>)</w:t>
            </w:r>
          </w:p>
          <w:p w14:paraId="7CD0BC7A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49CB">
              <w:rPr>
                <w:sz w:val="20"/>
                <w:szCs w:val="20"/>
                <w:lang w:val="fr-FR"/>
              </w:rPr>
              <w:t>☐ PNDL (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Planul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Dezvoltare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Locală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>)</w:t>
            </w:r>
          </w:p>
          <w:p w14:paraId="6EDB7E91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49CB">
              <w:rPr>
                <w:sz w:val="20"/>
                <w:szCs w:val="20"/>
                <w:lang w:val="fr-FR"/>
              </w:rPr>
              <w:t>☐ PNIAS (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Programul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investiții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Anghel Saligny)</w:t>
            </w:r>
          </w:p>
          <w:p w14:paraId="75937064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49CB">
              <w:rPr>
                <w:sz w:val="20"/>
                <w:szCs w:val="20"/>
                <w:lang w:val="fr-FR"/>
              </w:rPr>
              <w:t>☐ PNDR (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Programul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Dezvoltare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Rurală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>)</w:t>
            </w:r>
          </w:p>
          <w:p w14:paraId="344BA5F0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</w:rPr>
            </w:pPr>
            <w:r w:rsidRPr="00EA49CB">
              <w:rPr>
                <w:sz w:val="20"/>
                <w:szCs w:val="20"/>
              </w:rPr>
              <w:t>☐ POR (</w:t>
            </w:r>
            <w:proofErr w:type="spellStart"/>
            <w:r w:rsidRPr="00EA49CB">
              <w:rPr>
                <w:sz w:val="20"/>
                <w:szCs w:val="20"/>
              </w:rPr>
              <w:t>Programul</w:t>
            </w:r>
            <w:proofErr w:type="spellEnd"/>
            <w:r w:rsidRPr="00EA49CB">
              <w:rPr>
                <w:sz w:val="20"/>
                <w:szCs w:val="20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</w:rPr>
              <w:t>Operațional</w:t>
            </w:r>
            <w:proofErr w:type="spellEnd"/>
            <w:r w:rsidRPr="00EA49CB">
              <w:rPr>
                <w:sz w:val="20"/>
                <w:szCs w:val="20"/>
              </w:rPr>
              <w:t xml:space="preserve"> Regional)</w:t>
            </w:r>
          </w:p>
          <w:p w14:paraId="5529BA88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</w:rPr>
            </w:pPr>
            <w:r w:rsidRPr="00EA49CB">
              <w:rPr>
                <w:sz w:val="20"/>
                <w:szCs w:val="20"/>
              </w:rPr>
              <w:t>☐ POIM (</w:t>
            </w:r>
            <w:proofErr w:type="spellStart"/>
            <w:r w:rsidRPr="00EA49CB">
              <w:rPr>
                <w:sz w:val="20"/>
                <w:szCs w:val="20"/>
              </w:rPr>
              <w:t>Programul</w:t>
            </w:r>
            <w:proofErr w:type="spellEnd"/>
            <w:r w:rsidRPr="00EA49CB">
              <w:rPr>
                <w:sz w:val="20"/>
                <w:szCs w:val="20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</w:rPr>
              <w:t>Operațional</w:t>
            </w:r>
            <w:proofErr w:type="spellEnd"/>
            <w:r w:rsidRPr="00EA49CB">
              <w:rPr>
                <w:sz w:val="20"/>
                <w:szCs w:val="20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</w:rPr>
              <w:t>Infrastructură</w:t>
            </w:r>
            <w:proofErr w:type="spellEnd"/>
            <w:r w:rsidRPr="00EA49CB">
              <w:rPr>
                <w:sz w:val="20"/>
                <w:szCs w:val="20"/>
              </w:rPr>
              <w:t xml:space="preserve"> Mare)</w:t>
            </w:r>
          </w:p>
          <w:p w14:paraId="3CE5E526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49CB">
              <w:rPr>
                <w:sz w:val="20"/>
                <w:szCs w:val="20"/>
                <w:lang w:val="fr-FR"/>
              </w:rPr>
              <w:t>☐ PN CCRSR (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Programul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consolidare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clădirilor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risc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seismic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ridicat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>)</w:t>
            </w:r>
          </w:p>
          <w:p w14:paraId="5A94B24D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49CB">
              <w:rPr>
                <w:sz w:val="20"/>
                <w:szCs w:val="20"/>
                <w:lang w:val="fr-FR"/>
              </w:rPr>
              <w:t>☐ PCLSCN (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Programul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construcții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locuințe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sociale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necessitate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>)</w:t>
            </w:r>
          </w:p>
          <w:p w14:paraId="15892977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</w:rPr>
            </w:pPr>
            <w:r w:rsidRPr="00EA49CB">
              <w:rPr>
                <w:sz w:val="20"/>
                <w:szCs w:val="20"/>
              </w:rPr>
              <w:t>☐ PN PEC (</w:t>
            </w:r>
            <w:proofErr w:type="spellStart"/>
            <w:r w:rsidRPr="00EA49CB">
              <w:rPr>
                <w:sz w:val="20"/>
                <w:szCs w:val="20"/>
              </w:rPr>
              <w:t>Programul</w:t>
            </w:r>
            <w:proofErr w:type="spellEnd"/>
            <w:r w:rsidRPr="00EA49CB">
              <w:rPr>
                <w:sz w:val="20"/>
                <w:szCs w:val="20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</w:rPr>
              <w:t>național</w:t>
            </w:r>
            <w:proofErr w:type="spellEnd"/>
            <w:r w:rsidRPr="00EA49CB">
              <w:rPr>
                <w:sz w:val="20"/>
                <w:szCs w:val="20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</w:rPr>
              <w:t>multianual</w:t>
            </w:r>
            <w:proofErr w:type="spellEnd"/>
            <w:r w:rsidRPr="00EA49CB">
              <w:rPr>
                <w:sz w:val="20"/>
                <w:szCs w:val="20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</w:rPr>
              <w:t>privind</w:t>
            </w:r>
            <w:proofErr w:type="spellEnd"/>
            <w:r w:rsidRPr="00EA49CB">
              <w:rPr>
                <w:sz w:val="20"/>
                <w:szCs w:val="20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</w:rPr>
              <w:t>creșterea</w:t>
            </w:r>
            <w:proofErr w:type="spellEnd"/>
            <w:r w:rsidRPr="00EA49CB">
              <w:rPr>
                <w:sz w:val="20"/>
                <w:szCs w:val="20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</w:rPr>
              <w:t>performanței</w:t>
            </w:r>
            <w:proofErr w:type="spellEnd"/>
            <w:r w:rsidRPr="00EA49CB">
              <w:rPr>
                <w:sz w:val="20"/>
                <w:szCs w:val="20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</w:rPr>
              <w:t>energetice</w:t>
            </w:r>
            <w:proofErr w:type="spellEnd"/>
            <w:r w:rsidRPr="00EA49CB">
              <w:rPr>
                <w:sz w:val="20"/>
                <w:szCs w:val="20"/>
              </w:rPr>
              <w:t xml:space="preserve"> a </w:t>
            </w:r>
            <w:proofErr w:type="spellStart"/>
            <w:r w:rsidRPr="00EA49CB">
              <w:rPr>
                <w:sz w:val="20"/>
                <w:szCs w:val="20"/>
              </w:rPr>
              <w:t>blocurilor</w:t>
            </w:r>
            <w:proofErr w:type="spellEnd"/>
            <w:r w:rsidRPr="00EA49CB">
              <w:rPr>
                <w:sz w:val="20"/>
                <w:szCs w:val="20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</w:rPr>
              <w:t>locuințe</w:t>
            </w:r>
            <w:proofErr w:type="spellEnd"/>
            <w:r w:rsidRPr="00EA49CB">
              <w:rPr>
                <w:sz w:val="20"/>
                <w:szCs w:val="20"/>
              </w:rPr>
              <w:t>)</w:t>
            </w:r>
          </w:p>
          <w:p w14:paraId="4A086683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49CB">
              <w:rPr>
                <w:sz w:val="20"/>
                <w:szCs w:val="20"/>
                <w:lang w:val="fr-FR"/>
              </w:rPr>
              <w:t>☐ PNI Mihail Cantacuzino (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Programul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investiții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consolidarea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spitalelor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„Mihail Cantacuzino”)</w:t>
            </w:r>
          </w:p>
          <w:p w14:paraId="3F5196D7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49CB">
              <w:rPr>
                <w:sz w:val="20"/>
                <w:szCs w:val="20"/>
                <w:lang w:val="fr-FR"/>
              </w:rPr>
              <w:t xml:space="preserve">☐ CNI – MDLPA Program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Construcții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Interes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Public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sau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Social</w:t>
            </w:r>
          </w:p>
          <w:p w14:paraId="38149B7C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49CB">
              <w:rPr>
                <w:sz w:val="20"/>
                <w:szCs w:val="20"/>
                <w:lang w:val="fr-FR"/>
              </w:rPr>
              <w:t xml:space="preserve">☐ ANL – MDLPA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Programe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construcții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locuințe</w:t>
            </w:r>
            <w:proofErr w:type="spellEnd"/>
          </w:p>
          <w:p w14:paraId="099DB4AC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49CB">
              <w:rPr>
                <w:sz w:val="20"/>
                <w:szCs w:val="20"/>
                <w:lang w:val="fr-FR"/>
              </w:rPr>
              <w:t xml:space="preserve">☐ CNAIR –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Ministerul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Transporturilor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sz w:val="20"/>
                <w:szCs w:val="20"/>
                <w:lang w:val="fr-FR"/>
              </w:rPr>
              <w:t>Infrastructurii</w:t>
            </w:r>
            <w:proofErr w:type="spellEnd"/>
          </w:p>
          <w:p w14:paraId="0228EF0C" w14:textId="77777777" w:rsidR="00F81D1D" w:rsidRPr="00EA49CB" w:rsidRDefault="00F81D1D" w:rsidP="00DE7AC0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49CB">
              <w:rPr>
                <w:sz w:val="20"/>
                <w:szCs w:val="20"/>
                <w:lang w:val="fr-FR"/>
              </w:rPr>
              <w:t xml:space="preserve">☐ Alt program de </w:t>
            </w:r>
            <w:proofErr w:type="spellStart"/>
            <w:proofErr w:type="gramStart"/>
            <w:r w:rsidRPr="00EA49CB">
              <w:rPr>
                <w:sz w:val="20"/>
                <w:szCs w:val="20"/>
                <w:lang w:val="fr-FR"/>
              </w:rPr>
              <w:t>investiții</w:t>
            </w:r>
            <w:proofErr w:type="spellEnd"/>
            <w:r w:rsidRPr="00EA49CB">
              <w:rPr>
                <w:sz w:val="20"/>
                <w:szCs w:val="20"/>
                <w:lang w:val="fr-FR"/>
              </w:rPr>
              <w:t>:</w:t>
            </w:r>
            <w:proofErr w:type="gramEnd"/>
            <w:r w:rsidRPr="00EA49CB">
              <w:rPr>
                <w:sz w:val="20"/>
                <w:szCs w:val="20"/>
                <w:lang w:val="fr-FR"/>
              </w:rPr>
              <w:t xml:space="preserve"> </w:t>
            </w:r>
          </w:p>
          <w:p w14:paraId="77675A8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EA49CB">
              <w:rPr>
                <w:i/>
                <w:color w:val="7A7A7A"/>
                <w:sz w:val="20"/>
                <w:szCs w:val="20"/>
                <w:lang w:val="fr-FR"/>
              </w:rPr>
              <w:t>Numele</w:t>
            </w:r>
            <w:proofErr w:type="spellEnd"/>
            <w:r w:rsidRPr="00EA49CB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49CB">
              <w:rPr>
                <w:i/>
                <w:color w:val="7A7A7A"/>
                <w:sz w:val="20"/>
                <w:szCs w:val="20"/>
                <w:lang w:val="fr-FR"/>
              </w:rPr>
              <w:t>programului</w:t>
            </w:r>
            <w:proofErr w:type="spellEnd"/>
            <w:r w:rsidRPr="00EA49CB">
              <w:rPr>
                <w:i/>
                <w:color w:val="7A7A7A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49CB">
              <w:rPr>
                <w:i/>
                <w:color w:val="7A7A7A"/>
                <w:sz w:val="20"/>
                <w:szCs w:val="20"/>
                <w:lang w:val="fr-FR"/>
              </w:rPr>
              <w:t>investiții</w:t>
            </w:r>
            <w:proofErr w:type="spellEnd"/>
            <w:r w:rsidRPr="00B5567D">
              <w:rPr>
                <w:sz w:val="16"/>
                <w:lang w:val="fr-FR"/>
              </w:rPr>
              <w:t xml:space="preserve">          </w:t>
            </w:r>
            <w:proofErr w:type="gramStart"/>
            <w:r w:rsidRPr="00B5567D">
              <w:rPr>
                <w:sz w:val="16"/>
                <w:lang w:val="fr-FR"/>
              </w:rPr>
              <w:t xml:space="preserve">  .</w:t>
            </w:r>
            <w:proofErr w:type="gramEnd"/>
          </w:p>
          <w:p w14:paraId="5309C018" w14:textId="77777777" w:rsidR="00F81D1D" w:rsidRPr="00B5567D" w:rsidRDefault="00F81D1D" w:rsidP="00DE7AC0">
            <w:pPr>
              <w:rPr>
                <w:lang w:val="fr-FR"/>
              </w:rPr>
            </w:pPr>
          </w:p>
        </w:tc>
      </w:tr>
    </w:tbl>
    <w:p w14:paraId="0971C6F7" w14:textId="77777777" w:rsidR="00F81D1D" w:rsidRPr="00895605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F81D1D" w14:paraId="01F5E6BD" w14:textId="77777777" w:rsidTr="00DE7AC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EAACD9" w14:textId="343F8E69" w:rsidR="00F81D1D" w:rsidRDefault="00F81D1D" w:rsidP="00DE7AC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F81D1D" w14:paraId="6B54386A" w14:textId="77777777" w:rsidTr="00DE7AC0">
        <w:trPr>
          <w:cantSplit/>
          <w:trHeight w:val="510"/>
        </w:trPr>
        <w:tc>
          <w:tcPr>
            <w:tcW w:w="1606" w:type="dxa"/>
          </w:tcPr>
          <w:p w14:paraId="51A19556" w14:textId="77777777" w:rsidR="00F81D1D" w:rsidRPr="005867AE" w:rsidRDefault="00F81D1D" w:rsidP="005867AE">
            <w:pPr>
              <w:jc w:val="center"/>
              <w:rPr>
                <w:sz w:val="20"/>
                <w:szCs w:val="20"/>
              </w:rPr>
            </w:pPr>
            <w:r w:rsidRPr="005867AE">
              <w:rPr>
                <w:b/>
                <w:color w:val="0D5F78"/>
                <w:sz w:val="20"/>
                <w:szCs w:val="20"/>
              </w:rPr>
              <w:t>Data</w:t>
            </w:r>
          </w:p>
          <w:p w14:paraId="3EEAD252" w14:textId="77777777" w:rsidR="00F81D1D" w:rsidRPr="005867AE" w:rsidRDefault="00F81D1D" w:rsidP="00586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5193689B" w14:textId="77777777" w:rsidR="00F81D1D" w:rsidRPr="005867AE" w:rsidRDefault="00F81D1D" w:rsidP="005867AE">
            <w:pPr>
              <w:jc w:val="center"/>
              <w:rPr>
                <w:sz w:val="20"/>
                <w:szCs w:val="20"/>
              </w:rPr>
            </w:pPr>
            <w:proofErr w:type="spellStart"/>
            <w:r w:rsidRPr="005867AE">
              <w:rPr>
                <w:b/>
                <w:color w:val="0D5F78"/>
                <w:sz w:val="20"/>
                <w:szCs w:val="20"/>
              </w:rPr>
              <w:t>Titularul</w:t>
            </w:r>
            <w:proofErr w:type="spellEnd"/>
            <w:r w:rsidRPr="005867AE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5867AE">
              <w:rPr>
                <w:b/>
                <w:color w:val="0D5F78"/>
                <w:sz w:val="20"/>
                <w:szCs w:val="20"/>
              </w:rPr>
              <w:t>autorizației</w:t>
            </w:r>
            <w:proofErr w:type="spellEnd"/>
          </w:p>
          <w:p w14:paraId="1F20F3D4" w14:textId="77777777" w:rsidR="00F81D1D" w:rsidRPr="005867AE" w:rsidRDefault="00F81D1D" w:rsidP="00586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4E36C69C" w14:textId="77777777" w:rsidR="00F81D1D" w:rsidRPr="005867AE" w:rsidRDefault="00F81D1D" w:rsidP="005867AE">
            <w:pPr>
              <w:jc w:val="center"/>
              <w:rPr>
                <w:sz w:val="20"/>
                <w:szCs w:val="20"/>
              </w:rPr>
            </w:pPr>
            <w:proofErr w:type="spellStart"/>
            <w:r w:rsidRPr="005867AE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266E2A29" w14:textId="77777777" w:rsidR="00F81D1D" w:rsidRPr="005867AE" w:rsidRDefault="00F81D1D" w:rsidP="005867A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9052C54" w14:textId="77777777" w:rsidR="00F81D1D" w:rsidRDefault="00F81D1D" w:rsidP="00F81D1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E4578A2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768242B1" w14:textId="77777777" w:rsidR="00F81D1D" w:rsidRPr="00987D1F" w:rsidRDefault="00F81D1D" w:rsidP="00DE7AC0">
            <w:pPr>
              <w:spacing w:line="228" w:lineRule="auto"/>
              <w:rPr>
                <w:sz w:val="20"/>
                <w:szCs w:val="20"/>
                <w:lang w:val="fr-FR"/>
              </w:rPr>
            </w:pPr>
            <w:proofErr w:type="spellStart"/>
            <w:r w:rsidRPr="00987D1F">
              <w:rPr>
                <w:sz w:val="20"/>
                <w:szCs w:val="20"/>
                <w:lang w:val="fr-FR"/>
              </w:rPr>
              <w:t>Formularul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anexează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autorizația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de construire /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desființare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două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exemplare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Titularul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autorizației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este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obligat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să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păstreze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pe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șantier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un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exemplar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acestei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înștiințări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numărul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data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înregistrării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inspectoratul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teritorial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87D1F">
              <w:rPr>
                <w:sz w:val="20"/>
                <w:szCs w:val="20"/>
                <w:lang w:val="fr-FR"/>
              </w:rPr>
              <w:t>construcții</w:t>
            </w:r>
            <w:proofErr w:type="spellEnd"/>
            <w:r w:rsidRPr="00987D1F">
              <w:rPr>
                <w:sz w:val="20"/>
                <w:szCs w:val="20"/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000B" w14:textId="77777777" w:rsidR="00583262" w:rsidRDefault="00583262">
      <w:r>
        <w:separator/>
      </w:r>
    </w:p>
  </w:endnote>
  <w:endnote w:type="continuationSeparator" w:id="0">
    <w:p w14:paraId="4475AF48" w14:textId="77777777" w:rsidR="00583262" w:rsidRDefault="00583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165E002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B5567D">
      <w:rPr>
        <w:color w:val="595959"/>
      </w:rPr>
      <w:t>9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E7093" w14:textId="77777777" w:rsidR="00583262" w:rsidRDefault="00583262">
      <w:r>
        <w:separator/>
      </w:r>
    </w:p>
  </w:footnote>
  <w:footnote w:type="continuationSeparator" w:id="0">
    <w:p w14:paraId="307E1BF7" w14:textId="77777777" w:rsidR="00583262" w:rsidRDefault="00583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C70C5" w14:textId="670DCF53" w:rsidR="00B5567D" w:rsidRDefault="00B5567D">
    <w:pPr>
      <w:pStyle w:val="Header"/>
      <w:rPr>
        <w:color w:val="595959"/>
      </w:rPr>
    </w:pPr>
    <w:r>
      <w:rPr>
        <w:color w:val="595959"/>
      </w:rPr>
      <w:t xml:space="preserve">F_A_09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4369B0D9" w14:textId="77777777" w:rsidR="00B5567D" w:rsidRDefault="00B556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  <w:num w:numId="10" w16cid:durableId="7789108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1D8"/>
    <w:rsid w:val="00034616"/>
    <w:rsid w:val="0006063C"/>
    <w:rsid w:val="00090209"/>
    <w:rsid w:val="000A01E9"/>
    <w:rsid w:val="00123DA8"/>
    <w:rsid w:val="0015074B"/>
    <w:rsid w:val="00196866"/>
    <w:rsid w:val="001C46D6"/>
    <w:rsid w:val="001F70FB"/>
    <w:rsid w:val="0023051F"/>
    <w:rsid w:val="00271790"/>
    <w:rsid w:val="0029639D"/>
    <w:rsid w:val="002A5ABA"/>
    <w:rsid w:val="00326F90"/>
    <w:rsid w:val="003A0FB3"/>
    <w:rsid w:val="003D415E"/>
    <w:rsid w:val="00412788"/>
    <w:rsid w:val="00425210"/>
    <w:rsid w:val="004507B1"/>
    <w:rsid w:val="0046421E"/>
    <w:rsid w:val="0053151D"/>
    <w:rsid w:val="005414E8"/>
    <w:rsid w:val="00583262"/>
    <w:rsid w:val="005867AE"/>
    <w:rsid w:val="00666A02"/>
    <w:rsid w:val="006717A2"/>
    <w:rsid w:val="00697AE9"/>
    <w:rsid w:val="006C5924"/>
    <w:rsid w:val="006E037C"/>
    <w:rsid w:val="00735D15"/>
    <w:rsid w:val="00781DFE"/>
    <w:rsid w:val="0079511F"/>
    <w:rsid w:val="007F173C"/>
    <w:rsid w:val="0088214F"/>
    <w:rsid w:val="008D78B6"/>
    <w:rsid w:val="00927595"/>
    <w:rsid w:val="00981E6F"/>
    <w:rsid w:val="00987D1F"/>
    <w:rsid w:val="00A11ECC"/>
    <w:rsid w:val="00A701F7"/>
    <w:rsid w:val="00AA1D8D"/>
    <w:rsid w:val="00B47730"/>
    <w:rsid w:val="00B54A8D"/>
    <w:rsid w:val="00B5567D"/>
    <w:rsid w:val="00B81F5C"/>
    <w:rsid w:val="00C71057"/>
    <w:rsid w:val="00C93562"/>
    <w:rsid w:val="00CA142C"/>
    <w:rsid w:val="00CB0664"/>
    <w:rsid w:val="00D17451"/>
    <w:rsid w:val="00DA508C"/>
    <w:rsid w:val="00DB3437"/>
    <w:rsid w:val="00E07D76"/>
    <w:rsid w:val="00E44D1A"/>
    <w:rsid w:val="00E450BB"/>
    <w:rsid w:val="00E61A6B"/>
    <w:rsid w:val="00E6757A"/>
    <w:rsid w:val="00EA49CB"/>
    <w:rsid w:val="00F63CE3"/>
    <w:rsid w:val="00F74426"/>
    <w:rsid w:val="00F80707"/>
    <w:rsid w:val="00F81D1D"/>
    <w:rsid w:val="00FC693F"/>
    <w:rsid w:val="00FE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35D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D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476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84</cp:revision>
  <cp:lastPrinted>2026-09-01T11:54:00Z</cp:lastPrinted>
  <dcterms:created xsi:type="dcterms:W3CDTF">2026-08-24T15:14:00Z</dcterms:created>
  <dcterms:modified xsi:type="dcterms:W3CDTF">2026-10-07T06:04:00Z</dcterms:modified>
  <cp:category/>
</cp:coreProperties>
</file>