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B5024" w:rsidRPr="001241A0" w14:paraId="21C125DD" w14:textId="77777777" w:rsidTr="00931EDB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D7B4413" w14:textId="77777777" w:rsidR="001B5024" w:rsidRPr="001241A0" w:rsidRDefault="001B5024" w:rsidP="00931EDB">
            <w:pPr>
              <w:keepNext/>
              <w:jc w:val="center"/>
              <w:rPr>
                <w:i/>
              </w:rPr>
            </w:pPr>
            <w:r w:rsidRPr="001241A0">
              <w:rPr>
                <w:i/>
                <w:noProof/>
              </w:rPr>
              <w:drawing>
                <wp:inline distT="0" distB="0" distL="0" distR="0" wp14:anchorId="5264C236" wp14:editId="7E7B6575">
                  <wp:extent cx="743585" cy="1127760"/>
                  <wp:effectExtent l="0" t="0" r="0" b="0"/>
                  <wp:docPr id="553881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127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CEF88AE" w14:textId="77777777" w:rsidR="001B5024" w:rsidRPr="001241A0" w:rsidRDefault="001B5024" w:rsidP="00931EDB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0C5B7E1D" w14:textId="77777777" w:rsidR="001B5024" w:rsidRPr="003B4BCF" w:rsidRDefault="001B5024" w:rsidP="00931EDB">
            <w:pPr>
              <w:keepNext/>
              <w:rPr>
                <w:sz w:val="18"/>
                <w:szCs w:val="18"/>
              </w:rPr>
            </w:pPr>
          </w:p>
          <w:p w14:paraId="2D01DE9A" w14:textId="77777777" w:rsidR="001B5024" w:rsidRPr="003B4BCF" w:rsidRDefault="001B5024" w:rsidP="00931EDB">
            <w:pPr>
              <w:keepNext/>
              <w:rPr>
                <w:sz w:val="18"/>
                <w:szCs w:val="18"/>
                <w:lang w:val="ro-RO"/>
              </w:rPr>
            </w:pPr>
            <w:r w:rsidRPr="003B4BCF">
              <w:rPr>
                <w:b/>
                <w:sz w:val="18"/>
                <w:szCs w:val="18"/>
              </w:rPr>
              <w:t>Județul Mehedin</w:t>
            </w:r>
            <w:r w:rsidRPr="003B4BCF">
              <w:rPr>
                <w:b/>
                <w:sz w:val="18"/>
                <w:szCs w:val="18"/>
                <w:lang w:val="ro-RO"/>
              </w:rPr>
              <w:t>ți</w:t>
            </w:r>
          </w:p>
          <w:p w14:paraId="3BC57909" w14:textId="77777777" w:rsidR="001B5024" w:rsidRPr="003B4BCF" w:rsidRDefault="001B5024" w:rsidP="00931EDB">
            <w:pPr>
              <w:keepNext/>
              <w:rPr>
                <w:sz w:val="18"/>
                <w:szCs w:val="18"/>
              </w:rPr>
            </w:pPr>
          </w:p>
        </w:tc>
      </w:tr>
      <w:tr w:rsidR="001B5024" w:rsidRPr="001241A0" w14:paraId="59B48F79" w14:textId="77777777" w:rsidTr="00931EDB">
        <w:trPr>
          <w:cantSplit/>
          <w:trHeight w:val="510"/>
        </w:trPr>
        <w:tc>
          <w:tcPr>
            <w:tcW w:w="1606" w:type="dxa"/>
            <w:vMerge/>
          </w:tcPr>
          <w:p w14:paraId="09D64FBA" w14:textId="77777777" w:rsidR="001B5024" w:rsidRPr="001241A0" w:rsidRDefault="001B5024" w:rsidP="00931EDB"/>
        </w:tc>
        <w:tc>
          <w:tcPr>
            <w:tcW w:w="8030" w:type="dxa"/>
            <w:gridSpan w:val="3"/>
            <w:shd w:val="clear" w:color="auto" w:fill="F0F0F0"/>
          </w:tcPr>
          <w:p w14:paraId="7DBD4E23" w14:textId="77777777" w:rsidR="001B5024" w:rsidRPr="003B4BCF" w:rsidRDefault="001B5024" w:rsidP="00931EDB">
            <w:pPr>
              <w:keepNext/>
              <w:rPr>
                <w:b/>
                <w:sz w:val="18"/>
                <w:szCs w:val="18"/>
              </w:rPr>
            </w:pPr>
          </w:p>
          <w:p w14:paraId="626B7E10" w14:textId="77777777" w:rsidR="001B5024" w:rsidRPr="003B4BCF" w:rsidRDefault="001B5024" w:rsidP="00931EDB">
            <w:pPr>
              <w:keepNext/>
              <w:rPr>
                <w:sz w:val="18"/>
                <w:szCs w:val="18"/>
              </w:rPr>
            </w:pPr>
            <w:r w:rsidRPr="003B4BCF">
              <w:rPr>
                <w:b/>
                <w:sz w:val="18"/>
                <w:szCs w:val="18"/>
              </w:rPr>
              <w:t>Primăria Municipiului Drobeta Turnu Severin</w:t>
            </w:r>
          </w:p>
          <w:p w14:paraId="50D014A3" w14:textId="77777777" w:rsidR="001B5024" w:rsidRPr="003B4BCF" w:rsidRDefault="001B5024" w:rsidP="00931EDB">
            <w:pPr>
              <w:keepNext/>
              <w:rPr>
                <w:sz w:val="18"/>
                <w:szCs w:val="18"/>
              </w:rPr>
            </w:pPr>
          </w:p>
        </w:tc>
      </w:tr>
      <w:tr w:rsidR="001B5024" w:rsidRPr="001241A0" w14:paraId="1BFEED79" w14:textId="77777777" w:rsidTr="00931EDB">
        <w:trPr>
          <w:cantSplit/>
          <w:trHeight w:val="510"/>
        </w:trPr>
        <w:tc>
          <w:tcPr>
            <w:tcW w:w="1606" w:type="dxa"/>
            <w:vMerge/>
          </w:tcPr>
          <w:p w14:paraId="7EF10220" w14:textId="77777777" w:rsidR="001B5024" w:rsidRPr="001241A0" w:rsidRDefault="001B5024" w:rsidP="00931EDB"/>
        </w:tc>
        <w:tc>
          <w:tcPr>
            <w:tcW w:w="2409" w:type="dxa"/>
            <w:shd w:val="clear" w:color="auto" w:fill="F0F0F0"/>
          </w:tcPr>
          <w:p w14:paraId="7EEB7869" w14:textId="77777777" w:rsidR="001B5024" w:rsidRPr="003B4BCF" w:rsidRDefault="001B5024" w:rsidP="00931EDB">
            <w:pPr>
              <w:keepNext/>
              <w:rPr>
                <w:b/>
                <w:sz w:val="18"/>
                <w:szCs w:val="18"/>
                <w:lang w:val="fr-FR"/>
              </w:rPr>
            </w:pPr>
            <w:r w:rsidRPr="003B4BCF">
              <w:rPr>
                <w:b/>
                <w:sz w:val="18"/>
                <w:szCs w:val="18"/>
                <w:lang w:val="fr-FR"/>
              </w:rPr>
              <w:t>Cod de identificare fiscală (CIF)</w:t>
            </w:r>
          </w:p>
          <w:p w14:paraId="2A775ED7" w14:textId="77777777" w:rsidR="001B5024" w:rsidRPr="003B4BCF" w:rsidRDefault="001B5024" w:rsidP="00931EDB">
            <w:pPr>
              <w:keepNext/>
              <w:rPr>
                <w:sz w:val="18"/>
                <w:szCs w:val="18"/>
                <w:lang w:val="fr-FR"/>
              </w:rPr>
            </w:pPr>
            <w:r w:rsidRPr="003B4BCF">
              <w:rPr>
                <w:b/>
                <w:sz w:val="18"/>
                <w:szCs w:val="18"/>
                <w:lang w:val="fr-FR"/>
              </w:rPr>
              <w:t>RO 44265584</w:t>
            </w:r>
          </w:p>
          <w:p w14:paraId="407E19F9" w14:textId="77777777" w:rsidR="001B5024" w:rsidRPr="003B4BCF" w:rsidRDefault="001B5024" w:rsidP="00931EDB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14:paraId="40B74451" w14:textId="77777777" w:rsidR="001B5024" w:rsidRPr="003B4BCF" w:rsidRDefault="001B5024" w:rsidP="00931EDB">
            <w:pPr>
              <w:keepNext/>
              <w:rPr>
                <w:b/>
                <w:sz w:val="18"/>
                <w:szCs w:val="18"/>
              </w:rPr>
            </w:pPr>
            <w:r w:rsidRPr="003B4BCF">
              <w:rPr>
                <w:b/>
                <w:sz w:val="18"/>
                <w:szCs w:val="18"/>
              </w:rPr>
              <w:t xml:space="preserve">Adresa Strada Maresal Averescu nr. 2 </w:t>
            </w:r>
          </w:p>
          <w:p w14:paraId="51C4AF9E" w14:textId="77777777" w:rsidR="001B5024" w:rsidRPr="003B4BCF" w:rsidRDefault="001B5024" w:rsidP="00931EDB">
            <w:pPr>
              <w:keepNext/>
              <w:rPr>
                <w:b/>
                <w:sz w:val="18"/>
                <w:szCs w:val="18"/>
              </w:rPr>
            </w:pPr>
            <w:r w:rsidRPr="003B4BCF">
              <w:rPr>
                <w:b/>
                <w:sz w:val="18"/>
                <w:szCs w:val="18"/>
              </w:rPr>
              <w:t>Drobeta Turnu Severin, Județul Mehedinți, România</w:t>
            </w:r>
          </w:p>
          <w:p w14:paraId="01921239" w14:textId="77777777" w:rsidR="001B5024" w:rsidRPr="003B4BCF" w:rsidRDefault="001B5024" w:rsidP="00931EDB">
            <w:pPr>
              <w:keepNext/>
              <w:rPr>
                <w:b/>
                <w:sz w:val="18"/>
                <w:szCs w:val="18"/>
              </w:rPr>
            </w:pPr>
            <w:r w:rsidRPr="003B4BCF">
              <w:rPr>
                <w:b/>
                <w:sz w:val="18"/>
                <w:szCs w:val="18"/>
              </w:rPr>
              <w:t>Telefon: 0252.31.43.79   Fax: 0252.31.63.17</w:t>
            </w:r>
          </w:p>
          <w:p w14:paraId="5BD1D5AB" w14:textId="77777777" w:rsidR="001B5024" w:rsidRPr="003B4BCF" w:rsidRDefault="001B5024" w:rsidP="00931EDB">
            <w:pPr>
              <w:keepNext/>
              <w:rPr>
                <w:sz w:val="18"/>
                <w:szCs w:val="18"/>
              </w:rPr>
            </w:pPr>
            <w:r w:rsidRPr="003B4BCF">
              <w:rPr>
                <w:b/>
                <w:sz w:val="18"/>
                <w:szCs w:val="18"/>
              </w:rPr>
              <w:t>E-mail: primaria@primariadrobeta.ro</w:t>
            </w:r>
          </w:p>
        </w:tc>
      </w:tr>
      <w:tr w:rsidR="001B5024" w:rsidRPr="001241A0" w14:paraId="59981A6F" w14:textId="77777777" w:rsidTr="00931EDB">
        <w:trPr>
          <w:cantSplit/>
          <w:trHeight w:val="510"/>
        </w:trPr>
        <w:tc>
          <w:tcPr>
            <w:tcW w:w="1606" w:type="dxa"/>
            <w:vMerge/>
          </w:tcPr>
          <w:p w14:paraId="1DE8EC90" w14:textId="77777777" w:rsidR="001B5024" w:rsidRPr="001241A0" w:rsidRDefault="001B5024" w:rsidP="00931EDB"/>
        </w:tc>
        <w:tc>
          <w:tcPr>
            <w:tcW w:w="4818" w:type="dxa"/>
            <w:gridSpan w:val="2"/>
            <w:shd w:val="clear" w:color="auto" w:fill="F0F0F0"/>
          </w:tcPr>
          <w:p w14:paraId="0BC80D3C" w14:textId="77777777" w:rsidR="001B5024" w:rsidRPr="003B4BCF" w:rsidRDefault="001B5024" w:rsidP="00931EDB">
            <w:pPr>
              <w:keepNext/>
              <w:rPr>
                <w:b/>
                <w:sz w:val="18"/>
                <w:szCs w:val="18"/>
              </w:rPr>
            </w:pPr>
          </w:p>
          <w:p w14:paraId="14B05DC3" w14:textId="77777777" w:rsidR="001B5024" w:rsidRPr="003B4BCF" w:rsidRDefault="001B5024" w:rsidP="00931EDB">
            <w:pPr>
              <w:keepNext/>
              <w:rPr>
                <w:b/>
                <w:sz w:val="18"/>
                <w:szCs w:val="18"/>
              </w:rPr>
            </w:pPr>
            <w:r w:rsidRPr="003B4BCF">
              <w:rPr>
                <w:b/>
                <w:sz w:val="18"/>
                <w:szCs w:val="18"/>
              </w:rPr>
              <w:t>Număr de înregistrare ………………………</w:t>
            </w:r>
          </w:p>
          <w:p w14:paraId="4D09C6B3" w14:textId="77777777" w:rsidR="001B5024" w:rsidRPr="003B4BCF" w:rsidRDefault="001B5024" w:rsidP="00931ED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shd w:val="clear" w:color="auto" w:fill="F0F0F0"/>
          </w:tcPr>
          <w:p w14:paraId="0B189819" w14:textId="77777777" w:rsidR="001B5024" w:rsidRPr="003B4BCF" w:rsidRDefault="001B5024" w:rsidP="00931EDB">
            <w:pPr>
              <w:keepNext/>
              <w:rPr>
                <w:b/>
                <w:sz w:val="18"/>
                <w:szCs w:val="18"/>
              </w:rPr>
            </w:pPr>
          </w:p>
          <w:p w14:paraId="498FAD1B" w14:textId="77777777" w:rsidR="001B5024" w:rsidRPr="003B4BCF" w:rsidRDefault="001B5024" w:rsidP="00931EDB">
            <w:pPr>
              <w:keepNext/>
              <w:rPr>
                <w:sz w:val="18"/>
                <w:szCs w:val="18"/>
              </w:rPr>
            </w:pPr>
            <w:r w:rsidRPr="003B4BCF">
              <w:rPr>
                <w:b/>
                <w:sz w:val="18"/>
                <w:szCs w:val="18"/>
              </w:rPr>
              <w:t>Data ………………………</w:t>
            </w:r>
          </w:p>
          <w:p w14:paraId="27F0BD3A" w14:textId="77777777" w:rsidR="001B5024" w:rsidRPr="003B4BCF" w:rsidRDefault="001B5024" w:rsidP="00931EDB">
            <w:pPr>
              <w:keepNext/>
              <w:rPr>
                <w:sz w:val="18"/>
                <w:szCs w:val="18"/>
              </w:rPr>
            </w:pPr>
          </w:p>
        </w:tc>
      </w:tr>
      <w:tr w:rsidR="001B5024" w:rsidRPr="001241A0" w14:paraId="5EFAB0FD" w14:textId="77777777" w:rsidTr="00931EDB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B3AEF4A" w14:textId="77777777" w:rsidR="001B5024" w:rsidRPr="001241A0" w:rsidRDefault="001B5024" w:rsidP="00931EDB">
            <w:pPr>
              <w:rPr>
                <w:lang w:val="fr-FR"/>
              </w:rPr>
            </w:pPr>
            <w:r w:rsidRPr="001241A0">
              <w:rPr>
                <w:i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58FEB982" w14:textId="1B4D93EB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Pr="003B4BCF" w:rsidRDefault="00000000">
      <w:pPr>
        <w:spacing w:after="120"/>
        <w:jc w:val="center"/>
        <w:rPr>
          <w:sz w:val="24"/>
          <w:szCs w:val="24"/>
        </w:rPr>
      </w:pPr>
      <w:r w:rsidRPr="003B4BCF">
        <w:rPr>
          <w:sz w:val="24"/>
          <w:szCs w:val="24"/>
        </w:rPr>
        <w:t>privind încheierea execuției lucrărilor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477E1" w14:paraId="7ADED2A6" w14:textId="77777777" w:rsidTr="00931EDB">
        <w:trPr>
          <w:cantSplit/>
        </w:trPr>
        <w:tc>
          <w:tcPr>
            <w:tcW w:w="9636" w:type="dxa"/>
            <w:shd w:val="clear" w:color="auto" w:fill="F4F4F4"/>
          </w:tcPr>
          <w:p w14:paraId="0F52E9C5" w14:textId="77777777" w:rsidR="005477E1" w:rsidRDefault="005477E1" w:rsidP="00931EDB">
            <w:pPr>
              <w:keepNext/>
            </w:pP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5477E1" w:rsidRPr="0021562A" w14:paraId="40252348" w14:textId="77777777" w:rsidTr="00931EDB">
        <w:trPr>
          <w:cantSplit/>
          <w:trHeight w:val="510"/>
        </w:trPr>
        <w:tc>
          <w:tcPr>
            <w:tcW w:w="9636" w:type="dxa"/>
          </w:tcPr>
          <w:p w14:paraId="51443153" w14:textId="77777777" w:rsidR="005477E1" w:rsidRPr="002F5EAB" w:rsidRDefault="005477E1" w:rsidP="00931EDB">
            <w:pPr>
              <w:keepNext/>
              <w:rPr>
                <w:b/>
                <w:color w:val="0D5F78"/>
                <w:sz w:val="28"/>
                <w:szCs w:val="28"/>
              </w:rPr>
            </w:pPr>
            <w:r w:rsidRPr="004516C3">
              <w:rPr>
                <w:b/>
                <w:sz w:val="28"/>
                <w:szCs w:val="28"/>
              </w:rPr>
              <w:t>Primăria Municipiului Drobeta Turnu Severin</w:t>
            </w:r>
          </w:p>
        </w:tc>
      </w:tr>
      <w:tr w:rsidR="005477E1" w:rsidRPr="0021562A" w14:paraId="578AF65F" w14:textId="77777777" w:rsidTr="00931EDB">
        <w:trPr>
          <w:cantSplit/>
        </w:trPr>
        <w:tc>
          <w:tcPr>
            <w:tcW w:w="9636" w:type="dxa"/>
            <w:shd w:val="clear" w:color="auto" w:fill="F4F4F4"/>
          </w:tcPr>
          <w:p w14:paraId="6BC74ABC" w14:textId="77777777" w:rsidR="005477E1" w:rsidRPr="00E44906" w:rsidRDefault="005477E1" w:rsidP="00931EDB">
            <w:pPr>
              <w:spacing w:line="228" w:lineRule="auto"/>
            </w:pPr>
            <w:r w:rsidRPr="00F801F2">
              <w:rPr>
                <w:lang w:val="fr-FR"/>
              </w:rPr>
              <w:t xml:space="preserve">Cererea va fi transmisă către primarul municipiului </w:t>
            </w:r>
            <w:r w:rsidRPr="00E44906">
              <w:rPr>
                <w:bCs/>
              </w:rPr>
              <w:t>Drobeta Turnu Severin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000000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Nume și prenume</w:t>
            </w:r>
          </w:p>
          <w:p w14:paraId="1460DBA2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15" w:type="dxa"/>
            <w:gridSpan w:val="3"/>
          </w:tcPr>
          <w:p w14:paraId="62D69012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CNP</w:t>
            </w:r>
          </w:p>
          <w:p w14:paraId="5C61E18C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sz w:val="20"/>
                <w:szCs w:val="20"/>
              </w:rPr>
              <w:t xml:space="preserve"> Act de identitate</w:t>
            </w:r>
          </w:p>
        </w:tc>
      </w:tr>
      <w:tr w:rsidR="00AD35FD" w14:paraId="1EDA1342" w14:textId="77777777" w:rsidTr="009137AD">
        <w:trPr>
          <w:cantSplit/>
          <w:trHeight w:val="206"/>
        </w:trPr>
        <w:tc>
          <w:tcPr>
            <w:tcW w:w="1606" w:type="dxa"/>
          </w:tcPr>
          <w:p w14:paraId="304A3F5A" w14:textId="64AA225A" w:rsidR="00AD35FD" w:rsidRPr="009137AD" w:rsidRDefault="00000000">
            <w:pPr>
              <w:keepNext/>
              <w:rPr>
                <w:sz w:val="20"/>
                <w:szCs w:val="20"/>
              </w:rPr>
            </w:pPr>
            <w:r w:rsidRPr="0052487D">
              <w:rPr>
                <w:b/>
                <w:color w:val="0D5F78"/>
                <w:sz w:val="20"/>
                <w:szCs w:val="20"/>
              </w:rPr>
              <w:t>Seria</w:t>
            </w:r>
          </w:p>
        </w:tc>
        <w:tc>
          <w:tcPr>
            <w:tcW w:w="1606" w:type="dxa"/>
          </w:tcPr>
          <w:p w14:paraId="15B2CC0F" w14:textId="6DF4B9F9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Numărul</w:t>
            </w:r>
          </w:p>
        </w:tc>
        <w:tc>
          <w:tcPr>
            <w:tcW w:w="4818" w:type="dxa"/>
            <w:gridSpan w:val="5"/>
          </w:tcPr>
          <w:p w14:paraId="68E9A4D7" w14:textId="608F7925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Eliberat de</w:t>
            </w:r>
          </w:p>
        </w:tc>
        <w:tc>
          <w:tcPr>
            <w:tcW w:w="1606" w:type="dxa"/>
          </w:tcPr>
          <w:p w14:paraId="685EFB42" w14:textId="7B276BA9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La data</w:t>
            </w: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sz w:val="20"/>
                <w:szCs w:val="20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Județul</w:t>
            </w:r>
          </w:p>
          <w:p w14:paraId="6176509F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12FFC180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Municipiul / orașul / comuna</w:t>
            </w:r>
          </w:p>
          <w:p w14:paraId="78AF07E4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6DCE9F1A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Satul / sectorul</w:t>
            </w:r>
          </w:p>
          <w:p w14:paraId="2ABA8A3A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7BA56E68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1489889D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Nr.</w:t>
            </w:r>
          </w:p>
          <w:p w14:paraId="7B4ABA2F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7CD5A464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Sc.</w:t>
            </w:r>
          </w:p>
          <w:p w14:paraId="2B109255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35CA800D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Et.</w:t>
            </w:r>
          </w:p>
          <w:p w14:paraId="349F3CE7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5BF03D03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Ap.</w:t>
            </w:r>
          </w:p>
          <w:p w14:paraId="2A6186CA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7A7CC008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Cod poștal</w:t>
            </w:r>
          </w:p>
          <w:p w14:paraId="1EDFEC25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0F72F706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Țara</w:t>
            </w:r>
          </w:p>
          <w:p w14:paraId="487B61C5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sz w:val="20"/>
                <w:szCs w:val="20"/>
              </w:rPr>
              <w:t xml:space="preserve"> Date de contact</w:t>
            </w:r>
          </w:p>
        </w:tc>
      </w:tr>
      <w:tr w:rsidR="00AD35FD" w14:paraId="3F62D549" w14:textId="77777777" w:rsidTr="002902D2">
        <w:trPr>
          <w:cantSplit/>
          <w:trHeight w:val="152"/>
        </w:trPr>
        <w:tc>
          <w:tcPr>
            <w:tcW w:w="4015" w:type="dxa"/>
            <w:gridSpan w:val="3"/>
          </w:tcPr>
          <w:p w14:paraId="39CC712B" w14:textId="51EF629F" w:rsidR="00AD35FD" w:rsidRPr="00BC1FF8" w:rsidRDefault="00000000">
            <w:pPr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Telefon / fax</w:t>
            </w:r>
          </w:p>
        </w:tc>
        <w:tc>
          <w:tcPr>
            <w:tcW w:w="5621" w:type="dxa"/>
            <w:gridSpan w:val="5"/>
          </w:tcPr>
          <w:p w14:paraId="6A57A506" w14:textId="67A74D4B" w:rsidR="00AD35FD" w:rsidRPr="00BC1FF8" w:rsidRDefault="00000000">
            <w:pPr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E-mail</w:t>
            </w:r>
          </w:p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Nr.</w:t>
            </w:r>
          </w:p>
          <w:p w14:paraId="7D760159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31EAC7E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Din data</w:t>
            </w:r>
          </w:p>
          <w:p w14:paraId="3ACC2CAC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5621" w:type="dxa"/>
          </w:tcPr>
          <w:p w14:paraId="45DAA697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Emisă de</w:t>
            </w:r>
          </w:p>
          <w:p w14:paraId="7035BC1B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sz w:val="20"/>
                <w:szCs w:val="20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BC1FF8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BC1FF8">
              <w:rPr>
                <w:b/>
                <w:color w:val="0D5F78"/>
                <w:sz w:val="20"/>
                <w:szCs w:val="20"/>
                <w:lang w:val="fr-FR"/>
              </w:rPr>
              <w:t>Denumirea lucrării, capacitatea și categoria de lucrări din autorizație</w:t>
            </w:r>
          </w:p>
          <w:p w14:paraId="5D07F1A8" w14:textId="77777777" w:rsidR="00AD35FD" w:rsidRPr="00BC1FF8" w:rsidRDefault="00AD35FD">
            <w:pPr>
              <w:keepNext/>
              <w:rPr>
                <w:sz w:val="20"/>
                <w:szCs w:val="20"/>
                <w:lang w:val="fr-FR"/>
              </w:rPr>
            </w:pPr>
          </w:p>
        </w:tc>
      </w:tr>
      <w:tr w:rsidR="00AD35FD" w14:paraId="0BCFAFD1" w14:textId="77777777" w:rsidTr="00A96347">
        <w:trPr>
          <w:cantSplit/>
          <w:trHeight w:val="188"/>
        </w:trPr>
        <w:tc>
          <w:tcPr>
            <w:tcW w:w="9636" w:type="dxa"/>
            <w:gridSpan w:val="3"/>
          </w:tcPr>
          <w:p w14:paraId="3EFD05AE" w14:textId="64255EFE" w:rsidR="00AD35FD" w:rsidRPr="00BC1FF8" w:rsidRDefault="00000000">
            <w:pPr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în valoare de (lei)</w:t>
            </w:r>
          </w:p>
        </w:tc>
      </w:tr>
    </w:tbl>
    <w:p w14:paraId="6F25DA33" w14:textId="48CBC554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Pr="00BC1FF8" w:rsidRDefault="00000000">
            <w:pPr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Că la data de</w:t>
            </w:r>
          </w:p>
          <w:p w14:paraId="5CE18A2B" w14:textId="77777777" w:rsidR="00AD35FD" w:rsidRPr="00BC1FF8" w:rsidRDefault="00AD35FD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537E7015" w14:textId="77777777" w:rsidR="00AD35FD" w:rsidRPr="00BC1FF8" w:rsidRDefault="00000000">
            <w:pPr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ora</w:t>
            </w:r>
          </w:p>
          <w:p w14:paraId="349EB503" w14:textId="77777777" w:rsidR="00AD35FD" w:rsidRPr="00BC1FF8" w:rsidRDefault="00AD35FD">
            <w:pPr>
              <w:rPr>
                <w:sz w:val="20"/>
                <w:szCs w:val="20"/>
              </w:rPr>
            </w:pPr>
          </w:p>
        </w:tc>
        <w:tc>
          <w:tcPr>
            <w:tcW w:w="5621" w:type="dxa"/>
          </w:tcPr>
          <w:p w14:paraId="479316B2" w14:textId="77777777" w:rsidR="00AD35FD" w:rsidRPr="00BC1FF8" w:rsidRDefault="00000000">
            <w:pPr>
              <w:rPr>
                <w:sz w:val="20"/>
                <w:szCs w:val="20"/>
                <w:lang w:val="fr-FR"/>
              </w:rPr>
            </w:pPr>
            <w:r w:rsidRPr="00BC1FF8">
              <w:rPr>
                <w:b/>
                <w:color w:val="0D5F78"/>
                <w:sz w:val="20"/>
                <w:szCs w:val="20"/>
                <w:lang w:val="fr-FR"/>
              </w:rPr>
              <w:t>au fost finalizate lucrările de construcții autorizate</w:t>
            </w:r>
          </w:p>
          <w:p w14:paraId="70DA8600" w14:textId="77777777" w:rsidR="00AD35FD" w:rsidRPr="00BC1FF8" w:rsidRDefault="00000000">
            <w:pPr>
              <w:rPr>
                <w:sz w:val="20"/>
                <w:szCs w:val="20"/>
              </w:rPr>
            </w:pPr>
            <w:r w:rsidRPr="00BC1FF8">
              <w:rPr>
                <w:i/>
                <w:color w:val="7A7A7A"/>
                <w:sz w:val="20"/>
                <w:szCs w:val="20"/>
              </w:rPr>
              <w:t>pentru imobilul de mai jos</w:t>
            </w:r>
          </w:p>
          <w:p w14:paraId="0A5397F4" w14:textId="77777777" w:rsidR="00AD35FD" w:rsidRPr="00BC1FF8" w:rsidRDefault="00AD35FD">
            <w:pPr>
              <w:rPr>
                <w:sz w:val="20"/>
                <w:szCs w:val="20"/>
              </w:rPr>
            </w:pPr>
          </w:p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sz w:val="20"/>
                <w:szCs w:val="20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Județ</w:t>
            </w:r>
          </w:p>
          <w:p w14:paraId="3613F305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365ED677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Municipiu / oraș / comună</w:t>
            </w:r>
          </w:p>
          <w:p w14:paraId="6F56704A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621EB7A6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Sat / sector</w:t>
            </w:r>
          </w:p>
          <w:p w14:paraId="4F784361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Cod poștal</w:t>
            </w:r>
          </w:p>
          <w:p w14:paraId="492DB3D9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  <w:gridSpan w:val="3"/>
          </w:tcPr>
          <w:p w14:paraId="79596D03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76B7FC7B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0B5DE636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Nr.</w:t>
            </w:r>
          </w:p>
          <w:p w14:paraId="2C554BE8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F4DD626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Bl. / sc. / et. / ap.</w:t>
            </w:r>
          </w:p>
          <w:p w14:paraId="481D6BF6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BC1FF8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BC1FF8">
              <w:rPr>
                <w:b/>
                <w:color w:val="0D5F78"/>
                <w:sz w:val="20"/>
                <w:szCs w:val="20"/>
                <w:lang w:val="fr-FR"/>
              </w:rPr>
              <w:t>Număr cadastral</w:t>
            </w:r>
          </w:p>
          <w:p w14:paraId="23C02068" w14:textId="7F207E06" w:rsidR="00AD35FD" w:rsidRPr="00BC1FF8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BC1FF8">
              <w:rPr>
                <w:i/>
                <w:color w:val="7A7A7A"/>
                <w:sz w:val="20"/>
                <w:szCs w:val="20"/>
                <w:lang w:val="fr-FR"/>
              </w:rPr>
              <w:t>dacă imobilul e înscris în e-Terra</w:t>
            </w:r>
          </w:p>
        </w:tc>
        <w:tc>
          <w:tcPr>
            <w:tcW w:w="4015" w:type="dxa"/>
            <w:gridSpan w:val="3"/>
          </w:tcPr>
          <w:p w14:paraId="1CA801FC" w14:textId="77777777" w:rsidR="00AD35FD" w:rsidRPr="00BC1FF8" w:rsidRDefault="00000000">
            <w:pPr>
              <w:keepNext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Carte funciară nr.</w:t>
            </w:r>
          </w:p>
          <w:p w14:paraId="7460EFF8" w14:textId="77777777" w:rsidR="00AD35FD" w:rsidRPr="00BC1FF8" w:rsidRDefault="00AD35FD">
            <w:pPr>
              <w:keepNext/>
              <w:rPr>
                <w:sz w:val="20"/>
                <w:szCs w:val="20"/>
              </w:rPr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BC1FF8" w:rsidRDefault="00000000">
            <w:pPr>
              <w:rPr>
                <w:sz w:val="20"/>
                <w:szCs w:val="20"/>
                <w:lang w:val="fr-FR"/>
              </w:rPr>
            </w:pPr>
            <w:r w:rsidRPr="00BC1FF8">
              <w:rPr>
                <w:b/>
                <w:color w:val="0D5F78"/>
                <w:sz w:val="20"/>
                <w:szCs w:val="20"/>
                <w:lang w:val="fr-FR"/>
              </w:rPr>
              <w:t>Se convoacă comisia de recepție la terminarea lucrărilor, la data</w:t>
            </w:r>
          </w:p>
          <w:p w14:paraId="3C5ABEF2" w14:textId="77777777" w:rsidR="00AD35FD" w:rsidRPr="00BC1FF8" w:rsidRDefault="00AD35FD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Pr="00BC1FF8" w:rsidRDefault="00000000">
            <w:pPr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ora</w:t>
            </w:r>
          </w:p>
          <w:p w14:paraId="67115499" w14:textId="77777777" w:rsidR="00AD35FD" w:rsidRPr="00BC1FF8" w:rsidRDefault="00AD35FD">
            <w:pPr>
              <w:rPr>
                <w:sz w:val="20"/>
                <w:szCs w:val="20"/>
              </w:rPr>
            </w:pPr>
          </w:p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Pr="00BC1FF8" w:rsidRDefault="00000000" w:rsidP="00BC1FF8">
            <w:pPr>
              <w:jc w:val="center"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Data</w:t>
            </w:r>
          </w:p>
          <w:p w14:paraId="71990700" w14:textId="77777777" w:rsidR="00AD35FD" w:rsidRPr="00BC1FF8" w:rsidRDefault="00AD35FD" w:rsidP="00BC1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16AE7494" w14:textId="77777777" w:rsidR="00AD35FD" w:rsidRPr="00BC1FF8" w:rsidRDefault="00000000" w:rsidP="00BC1FF8">
            <w:pPr>
              <w:jc w:val="center"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Titularul autorizației</w:t>
            </w:r>
          </w:p>
          <w:p w14:paraId="3DBB02B2" w14:textId="77777777" w:rsidR="00AD35FD" w:rsidRPr="00BC1FF8" w:rsidRDefault="00AD35FD" w:rsidP="00BC1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4A633198" w14:textId="77777777" w:rsidR="00AD35FD" w:rsidRPr="00BC1FF8" w:rsidRDefault="00000000" w:rsidP="00BC1FF8">
            <w:pPr>
              <w:jc w:val="center"/>
              <w:rPr>
                <w:sz w:val="20"/>
                <w:szCs w:val="20"/>
              </w:rPr>
            </w:pPr>
            <w:r w:rsidRPr="00BC1FF8">
              <w:rPr>
                <w:b/>
                <w:color w:val="0D5F78"/>
                <w:sz w:val="20"/>
                <w:szCs w:val="20"/>
              </w:rPr>
              <w:t>Semnătura</w:t>
            </w:r>
          </w:p>
          <w:p w14:paraId="5A726045" w14:textId="77777777" w:rsidR="00AD35FD" w:rsidRPr="00BC1FF8" w:rsidRDefault="00AD35FD" w:rsidP="00BC1FF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C9F00" w14:textId="77777777" w:rsidR="00AC1ECD" w:rsidRDefault="00AC1ECD">
      <w:r>
        <w:separator/>
      </w:r>
    </w:p>
  </w:endnote>
  <w:endnote w:type="continuationSeparator" w:id="0">
    <w:p w14:paraId="53804E3B" w14:textId="77777777" w:rsidR="00AC1ECD" w:rsidRDefault="00AC1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88F5B" w14:textId="77777777" w:rsidR="00A767A3" w:rsidRDefault="00A767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000000">
    <w:pPr>
      <w:pStyle w:val="Footer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ACABF" w14:textId="77777777" w:rsidR="00A767A3" w:rsidRDefault="00A767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EE262" w14:textId="77777777" w:rsidR="00AC1ECD" w:rsidRDefault="00AC1ECD">
      <w:r>
        <w:separator/>
      </w:r>
    </w:p>
  </w:footnote>
  <w:footnote w:type="continuationSeparator" w:id="0">
    <w:p w14:paraId="5866F29B" w14:textId="77777777" w:rsidR="00AC1ECD" w:rsidRDefault="00AC1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AA11D" w14:textId="77777777" w:rsidR="00A767A3" w:rsidRDefault="00A767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5E5F7" w14:textId="77777777" w:rsidR="00A767A3" w:rsidRDefault="00A767A3" w:rsidP="00A767A3">
    <w:pPr>
      <w:pStyle w:val="Header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51241E74" w14:textId="3D590682" w:rsidR="00A767A3" w:rsidRPr="002B61AC" w:rsidRDefault="00A767A3" w:rsidP="00A767A3">
    <w:pPr>
      <w:pStyle w:val="Header"/>
      <w:rPr>
        <w:i/>
        <w:iCs/>
        <w:sz w:val="24"/>
        <w:szCs w:val="24"/>
        <w:u w:val="single"/>
        <w:lang w:val="ro-RO"/>
      </w:rPr>
    </w:pPr>
    <w:r>
      <w:rPr>
        <w:color w:val="595959"/>
      </w:rPr>
      <w:t>F_A_10 · versiunea 1.0</w:t>
    </w:r>
  </w:p>
  <w:p w14:paraId="2A3A6D5E" w14:textId="77777777" w:rsidR="00A767A3" w:rsidRDefault="00A767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0E18" w14:textId="77777777" w:rsidR="00A767A3" w:rsidRDefault="00A767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5024"/>
    <w:rsid w:val="001D6E6F"/>
    <w:rsid w:val="002902D2"/>
    <w:rsid w:val="0029639D"/>
    <w:rsid w:val="00326F90"/>
    <w:rsid w:val="00370047"/>
    <w:rsid w:val="003B4BCF"/>
    <w:rsid w:val="0044291F"/>
    <w:rsid w:val="004512DE"/>
    <w:rsid w:val="00503B14"/>
    <w:rsid w:val="0052487D"/>
    <w:rsid w:val="005477E1"/>
    <w:rsid w:val="005E6036"/>
    <w:rsid w:val="006A6049"/>
    <w:rsid w:val="006C103E"/>
    <w:rsid w:val="007050CD"/>
    <w:rsid w:val="00827351"/>
    <w:rsid w:val="00835B43"/>
    <w:rsid w:val="008E3393"/>
    <w:rsid w:val="009137AD"/>
    <w:rsid w:val="00A767A3"/>
    <w:rsid w:val="00A96347"/>
    <w:rsid w:val="00AA1D8D"/>
    <w:rsid w:val="00AC1ECD"/>
    <w:rsid w:val="00AD35FD"/>
    <w:rsid w:val="00B47730"/>
    <w:rsid w:val="00B769B5"/>
    <w:rsid w:val="00BC1FF8"/>
    <w:rsid w:val="00C228D3"/>
    <w:rsid w:val="00CB0664"/>
    <w:rsid w:val="00E205ED"/>
    <w:rsid w:val="00E363B6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244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Magdalena Mihaela Cojocaru</cp:lastModifiedBy>
  <cp:revision>21</cp:revision>
  <dcterms:created xsi:type="dcterms:W3CDTF">2013-12-23T23:15:00Z</dcterms:created>
  <dcterms:modified xsi:type="dcterms:W3CDTF">2026-10-07T06:08:00Z</dcterms:modified>
  <cp:category/>
</cp:coreProperties>
</file>