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12"/>
        <w:gridCol w:w="1906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47AA411F" w:rsidR="00E25052" w:rsidRDefault="00A81D85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4ADF9FD0" wp14:editId="1F602CFA">
                  <wp:extent cx="743585" cy="1127760"/>
                  <wp:effectExtent l="0" t="0" r="0" b="0"/>
                  <wp:docPr id="553881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112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1CD581C" w14:textId="77777777" w:rsidR="00E25052" w:rsidRPr="00EB3080" w:rsidRDefault="00E25052" w:rsidP="00BA036C">
            <w:pPr>
              <w:keepNext/>
              <w:rPr>
                <w:sz w:val="18"/>
                <w:szCs w:val="18"/>
              </w:rPr>
            </w:pPr>
          </w:p>
          <w:p w14:paraId="76987DB5" w14:textId="77777777" w:rsidR="00BA036C" w:rsidRPr="00EB3080" w:rsidRDefault="00BA036C" w:rsidP="00BA036C">
            <w:pPr>
              <w:keepNext/>
              <w:rPr>
                <w:sz w:val="18"/>
                <w:szCs w:val="18"/>
                <w:lang w:val="ro-RO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Județul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Mehedin</w:t>
            </w:r>
            <w:r w:rsidRPr="00EB3080">
              <w:rPr>
                <w:b/>
                <w:sz w:val="18"/>
                <w:szCs w:val="18"/>
                <w:lang w:val="ro-RO"/>
              </w:rPr>
              <w:t>ți</w:t>
            </w:r>
          </w:p>
          <w:p w14:paraId="1F74738E" w14:textId="77777777" w:rsidR="00BA036C" w:rsidRPr="00EB3080" w:rsidRDefault="00BA036C" w:rsidP="00BA036C">
            <w:pPr>
              <w:keepNext/>
              <w:rPr>
                <w:sz w:val="18"/>
                <w:szCs w:val="18"/>
              </w:rPr>
            </w:pP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6217341D" w14:textId="77777777" w:rsidR="00BA036C" w:rsidRPr="00EB3080" w:rsidRDefault="00BA036C">
            <w:pPr>
              <w:keepNext/>
              <w:rPr>
                <w:b/>
                <w:sz w:val="18"/>
                <w:szCs w:val="18"/>
              </w:rPr>
            </w:pPr>
          </w:p>
          <w:p w14:paraId="34D9B7ED" w14:textId="23239167" w:rsidR="00E25052" w:rsidRPr="00EB3080" w:rsidRDefault="00BA036C">
            <w:pPr>
              <w:keepNext/>
              <w:rPr>
                <w:sz w:val="18"/>
                <w:szCs w:val="18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Primăria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0">
              <w:rPr>
                <w:b/>
                <w:sz w:val="18"/>
                <w:szCs w:val="18"/>
              </w:rPr>
              <w:t>Municipiului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0">
              <w:rPr>
                <w:b/>
                <w:sz w:val="18"/>
                <w:szCs w:val="18"/>
              </w:rPr>
              <w:t>Drobeta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0">
              <w:rPr>
                <w:b/>
                <w:sz w:val="18"/>
                <w:szCs w:val="18"/>
              </w:rPr>
              <w:t>Turnu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Severin</w:t>
            </w:r>
          </w:p>
          <w:p w14:paraId="1F71C78E" w14:textId="77777777" w:rsidR="00E25052" w:rsidRPr="00EB3080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14:paraId="7354B52B" w14:textId="77777777" w:rsidTr="002478BB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912" w:type="dxa"/>
            <w:shd w:val="clear" w:color="auto" w:fill="F0F0F0"/>
          </w:tcPr>
          <w:p w14:paraId="75894951" w14:textId="77777777" w:rsidR="00E25052" w:rsidRPr="00EB3080" w:rsidRDefault="00000000">
            <w:pPr>
              <w:keepNext/>
              <w:rPr>
                <w:b/>
                <w:sz w:val="18"/>
                <w:szCs w:val="18"/>
                <w:lang w:val="fr-FR"/>
              </w:rPr>
            </w:pPr>
            <w:r w:rsidRPr="00EB3080">
              <w:rPr>
                <w:b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EB3080">
              <w:rPr>
                <w:b/>
                <w:sz w:val="18"/>
                <w:szCs w:val="18"/>
                <w:lang w:val="fr-FR"/>
              </w:rPr>
              <w:t>identificare</w:t>
            </w:r>
            <w:proofErr w:type="spellEnd"/>
            <w:r w:rsidRPr="00EB3080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B3080">
              <w:rPr>
                <w:b/>
                <w:sz w:val="18"/>
                <w:szCs w:val="18"/>
                <w:lang w:val="fr-FR"/>
              </w:rPr>
              <w:t>fiscală</w:t>
            </w:r>
            <w:proofErr w:type="spellEnd"/>
            <w:r w:rsidRPr="00EB3080">
              <w:rPr>
                <w:b/>
                <w:sz w:val="18"/>
                <w:szCs w:val="18"/>
                <w:lang w:val="fr-FR"/>
              </w:rPr>
              <w:t xml:space="preserve"> (CIF)</w:t>
            </w:r>
          </w:p>
          <w:p w14:paraId="0DB061F3" w14:textId="2A4B7D90" w:rsidR="006463C4" w:rsidRPr="00EB3080" w:rsidRDefault="006463C4">
            <w:pPr>
              <w:keepNext/>
              <w:rPr>
                <w:sz w:val="18"/>
                <w:szCs w:val="18"/>
                <w:lang w:val="fr-FR"/>
              </w:rPr>
            </w:pPr>
            <w:r w:rsidRPr="00EB3080">
              <w:rPr>
                <w:b/>
                <w:sz w:val="18"/>
                <w:szCs w:val="18"/>
                <w:lang w:val="fr-FR"/>
              </w:rPr>
              <w:t>RO 44265584</w:t>
            </w:r>
          </w:p>
          <w:p w14:paraId="2ECEACE6" w14:textId="77777777" w:rsidR="00E25052" w:rsidRPr="00EB3080" w:rsidRDefault="00E25052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5118" w:type="dxa"/>
            <w:gridSpan w:val="2"/>
            <w:shd w:val="clear" w:color="auto" w:fill="F0F0F0"/>
          </w:tcPr>
          <w:p w14:paraId="75F4F2E0" w14:textId="77777777" w:rsidR="00291745" w:rsidRPr="00EB3080" w:rsidRDefault="00000000" w:rsidP="002F118A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Adresa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</w:t>
            </w:r>
            <w:r w:rsidR="002F118A" w:rsidRPr="00EB3080">
              <w:rPr>
                <w:b/>
                <w:sz w:val="18"/>
                <w:szCs w:val="18"/>
              </w:rPr>
              <w:t xml:space="preserve">Strada </w:t>
            </w:r>
            <w:proofErr w:type="spellStart"/>
            <w:r w:rsidR="002F118A" w:rsidRPr="00EB3080">
              <w:rPr>
                <w:b/>
                <w:sz w:val="18"/>
                <w:szCs w:val="18"/>
              </w:rPr>
              <w:t>Maresal</w:t>
            </w:r>
            <w:proofErr w:type="spellEnd"/>
            <w:r w:rsidR="002F118A" w:rsidRPr="00EB3080">
              <w:rPr>
                <w:b/>
                <w:sz w:val="18"/>
                <w:szCs w:val="18"/>
              </w:rPr>
              <w:t xml:space="preserve"> Averescu nr. 2 </w:t>
            </w:r>
          </w:p>
          <w:p w14:paraId="59C136A7" w14:textId="2054F2D7" w:rsidR="002F118A" w:rsidRPr="00EB3080" w:rsidRDefault="002F118A" w:rsidP="002F118A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Drobeta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B3080">
              <w:rPr>
                <w:b/>
                <w:sz w:val="18"/>
                <w:szCs w:val="18"/>
              </w:rPr>
              <w:t>Turnu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Severin, </w:t>
            </w:r>
            <w:proofErr w:type="spellStart"/>
            <w:r w:rsidRPr="00EB3080">
              <w:rPr>
                <w:b/>
                <w:sz w:val="18"/>
                <w:szCs w:val="18"/>
              </w:rPr>
              <w:t>Județul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Mehedinți, </w:t>
            </w:r>
            <w:proofErr w:type="spellStart"/>
            <w:r w:rsidRPr="00EB3080">
              <w:rPr>
                <w:b/>
                <w:sz w:val="18"/>
                <w:szCs w:val="18"/>
              </w:rPr>
              <w:t>România</w:t>
            </w:r>
            <w:proofErr w:type="spellEnd"/>
          </w:p>
          <w:p w14:paraId="7E833518" w14:textId="1275CF25" w:rsidR="002F118A" w:rsidRPr="00EB3080" w:rsidRDefault="002F118A" w:rsidP="002F118A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Telefon</w:t>
            </w:r>
            <w:proofErr w:type="spellEnd"/>
            <w:r w:rsidRPr="00EB3080">
              <w:rPr>
                <w:b/>
                <w:sz w:val="18"/>
                <w:szCs w:val="18"/>
              </w:rPr>
              <w:t>: 0252.31.43.79   Fax: 0252.31.63.17</w:t>
            </w:r>
          </w:p>
          <w:p w14:paraId="49CBD2CA" w14:textId="0A98D2CE" w:rsidR="00E25052" w:rsidRPr="00EB3080" w:rsidRDefault="002F118A" w:rsidP="002F118A">
            <w:pPr>
              <w:keepNext/>
              <w:rPr>
                <w:sz w:val="18"/>
                <w:szCs w:val="18"/>
              </w:rPr>
            </w:pPr>
            <w:r w:rsidRPr="00EB3080">
              <w:rPr>
                <w:b/>
                <w:sz w:val="18"/>
                <w:szCs w:val="18"/>
              </w:rPr>
              <w:t xml:space="preserve">E-mail: </w:t>
            </w:r>
            <w:r w:rsidRPr="00EB3080">
              <w:rPr>
                <w:b/>
                <w:color w:val="0070C0"/>
                <w:sz w:val="18"/>
                <w:szCs w:val="18"/>
                <w:u w:val="single"/>
              </w:rPr>
              <w:t>primaria@primariadrobeta.ro</w:t>
            </w:r>
          </w:p>
          <w:p w14:paraId="78A52A4D" w14:textId="77777777" w:rsidR="00E25052" w:rsidRPr="00EB3080" w:rsidRDefault="00E25052" w:rsidP="001531EA">
            <w:pPr>
              <w:keepNext/>
              <w:rPr>
                <w:sz w:val="18"/>
                <w:szCs w:val="18"/>
              </w:rPr>
            </w:pP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FC66944" w14:textId="77777777" w:rsidR="00A16C2B" w:rsidRPr="00EB3080" w:rsidRDefault="00A16C2B">
            <w:pPr>
              <w:keepNext/>
              <w:rPr>
                <w:b/>
                <w:sz w:val="18"/>
                <w:szCs w:val="18"/>
              </w:rPr>
            </w:pPr>
          </w:p>
          <w:p w14:paraId="06D320D5" w14:textId="55B60224" w:rsidR="00A16C2B" w:rsidRPr="00EB3080" w:rsidRDefault="00000000">
            <w:pPr>
              <w:keepNext/>
              <w:rPr>
                <w:b/>
                <w:sz w:val="18"/>
                <w:szCs w:val="18"/>
              </w:rPr>
            </w:pPr>
            <w:proofErr w:type="spellStart"/>
            <w:r w:rsidRPr="00EB3080">
              <w:rPr>
                <w:b/>
                <w:sz w:val="18"/>
                <w:szCs w:val="18"/>
              </w:rPr>
              <w:t>Număr</w:t>
            </w:r>
            <w:proofErr w:type="spellEnd"/>
            <w:r w:rsidRPr="00EB3080">
              <w:rPr>
                <w:b/>
                <w:sz w:val="18"/>
                <w:szCs w:val="18"/>
              </w:rPr>
              <w:t xml:space="preserve"> de </w:t>
            </w:r>
            <w:proofErr w:type="spellStart"/>
            <w:r w:rsidRPr="00EB3080">
              <w:rPr>
                <w:b/>
                <w:sz w:val="18"/>
                <w:szCs w:val="18"/>
              </w:rPr>
              <w:t>înregistrare</w:t>
            </w:r>
            <w:proofErr w:type="spellEnd"/>
            <w:r w:rsidR="00A16C2B" w:rsidRPr="00EB3080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46EE121A" w14:textId="77777777" w:rsidR="00E25052" w:rsidRPr="00EB3080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4EA2A9D6" w14:textId="77777777" w:rsidR="00A16C2B" w:rsidRPr="00EB3080" w:rsidRDefault="00A16C2B">
            <w:pPr>
              <w:keepNext/>
              <w:rPr>
                <w:b/>
                <w:sz w:val="18"/>
                <w:szCs w:val="18"/>
              </w:rPr>
            </w:pPr>
          </w:p>
          <w:p w14:paraId="36393E32" w14:textId="516B34ED" w:rsidR="00E25052" w:rsidRPr="00EB3080" w:rsidRDefault="00000000">
            <w:pPr>
              <w:keepNext/>
              <w:rPr>
                <w:sz w:val="18"/>
                <w:szCs w:val="18"/>
              </w:rPr>
            </w:pPr>
            <w:r w:rsidRPr="00EB3080">
              <w:rPr>
                <w:b/>
                <w:sz w:val="18"/>
                <w:szCs w:val="18"/>
              </w:rPr>
              <w:t>Data</w:t>
            </w:r>
            <w:r w:rsidR="00A16C2B" w:rsidRPr="00EB3080">
              <w:rPr>
                <w:b/>
                <w:sz w:val="18"/>
                <w:szCs w:val="18"/>
              </w:rPr>
              <w:t xml:space="preserve"> ………………………</w:t>
            </w:r>
          </w:p>
          <w:p w14:paraId="4D13DA55" w14:textId="77777777" w:rsidR="00E25052" w:rsidRPr="00EB3080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5B3D1BF3" w14:textId="49D13176" w:rsidR="00E25052" w:rsidRPr="002F5EAB" w:rsidRDefault="00037D28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1E6EE7">
              <w:rPr>
                <w:b/>
                <w:sz w:val="28"/>
                <w:szCs w:val="28"/>
              </w:rPr>
              <w:t>Primăria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Municipiului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Drobeta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1E6EE7">
              <w:rPr>
                <w:b/>
                <w:sz w:val="28"/>
                <w:szCs w:val="28"/>
              </w:rPr>
              <w:t>Turnu</w:t>
            </w:r>
            <w:proofErr w:type="spellEnd"/>
            <w:r w:rsidRPr="001E6EE7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1E2B3207" w:rsidR="00E25052" w:rsidRPr="00E44906" w:rsidRDefault="00000000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="0034235B" w:rsidRPr="00E44906">
              <w:rPr>
                <w:bCs/>
              </w:rPr>
              <w:t>Drobeta</w:t>
            </w:r>
            <w:proofErr w:type="spellEnd"/>
            <w:r w:rsidR="0034235B" w:rsidRPr="00E44906">
              <w:rPr>
                <w:bCs/>
              </w:rPr>
              <w:t xml:space="preserve"> </w:t>
            </w:r>
            <w:proofErr w:type="spellStart"/>
            <w:r w:rsidR="0034235B" w:rsidRPr="00E44906">
              <w:rPr>
                <w:bCs/>
              </w:rPr>
              <w:t>Turnu</w:t>
            </w:r>
            <w:proofErr w:type="spellEnd"/>
            <w:r w:rsidR="0034235B" w:rsidRPr="00E44906">
              <w:rPr>
                <w:bCs/>
              </w:rPr>
              <w:t xml:space="preserve"> Severin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2"/>
        <w:gridCol w:w="804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653582EE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50ECD17B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282D408A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CNP</w:t>
            </w:r>
          </w:p>
          <w:p w14:paraId="6B11B457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B240506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sz w:val="20"/>
                <w:szCs w:val="20"/>
              </w:rPr>
              <w:t xml:space="preserve"> Act de </w:t>
            </w:r>
            <w:proofErr w:type="spellStart"/>
            <w:r w:rsidRPr="00970FA5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Pr="00A80122" w:rsidRDefault="00000000">
            <w:pPr>
              <w:keepNext/>
              <w:rPr>
                <w:sz w:val="20"/>
                <w:szCs w:val="20"/>
              </w:rPr>
            </w:pPr>
            <w:r w:rsidRPr="00A80122">
              <w:rPr>
                <w:b/>
                <w:color w:val="0D5F78"/>
                <w:sz w:val="20"/>
                <w:szCs w:val="20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  <w:gridSpan w:val="2"/>
          </w:tcPr>
          <w:p w14:paraId="6C2D16F6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18D6DBDF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05BDC146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5BAC43F0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7AB74026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6324FC92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AC85D07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sz w:val="20"/>
                <w:szCs w:val="20"/>
              </w:rPr>
              <w:t xml:space="preserve"> </w:t>
            </w:r>
            <w:proofErr w:type="spellStart"/>
            <w:r w:rsidRPr="00970FA5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06B34F5D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27F852AB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7C882037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0D48E3BB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0553940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20822E8F" w14:textId="77777777" w:rsidR="00E25052" w:rsidRPr="00970FA5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C543EC" w14:paraId="5609577F" w14:textId="77777777" w:rsidTr="00BD6429">
        <w:trPr>
          <w:cantSplit/>
          <w:trHeight w:val="350"/>
        </w:trPr>
        <w:tc>
          <w:tcPr>
            <w:tcW w:w="2408" w:type="dxa"/>
            <w:gridSpan w:val="2"/>
            <w:tcBorders>
              <w:right w:val="single" w:sz="4" w:space="0" w:color="auto"/>
            </w:tcBorders>
          </w:tcPr>
          <w:p w14:paraId="7D612D93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141E58F7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4" w:type="dxa"/>
            <w:tcBorders>
              <w:left w:val="single" w:sz="4" w:space="0" w:color="auto"/>
            </w:tcBorders>
          </w:tcPr>
          <w:p w14:paraId="26A6E7D3" w14:textId="77777777" w:rsidR="00BD6429" w:rsidRPr="00970FA5" w:rsidRDefault="00BD6429" w:rsidP="00BD6429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Nr.</w:t>
            </w:r>
          </w:p>
          <w:p w14:paraId="1B6F7F01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99A8499" w14:textId="0005F557" w:rsidR="00C543EC" w:rsidRPr="00970FA5" w:rsidRDefault="00BD6429">
            <w:pPr>
              <w:keepNext/>
              <w:rPr>
                <w:sz w:val="20"/>
                <w:szCs w:val="20"/>
              </w:rPr>
            </w:pPr>
            <w:r>
              <w:rPr>
                <w:b/>
                <w:color w:val="0D5F78"/>
                <w:sz w:val="20"/>
                <w:szCs w:val="20"/>
              </w:rPr>
              <w:t>Bl</w:t>
            </w:r>
            <w:r w:rsidR="00C543EC" w:rsidRPr="00970FA5">
              <w:rPr>
                <w:b/>
                <w:color w:val="0D5F78"/>
                <w:sz w:val="20"/>
                <w:szCs w:val="20"/>
              </w:rPr>
              <w:t>.</w:t>
            </w:r>
          </w:p>
        </w:tc>
        <w:tc>
          <w:tcPr>
            <w:tcW w:w="803" w:type="dxa"/>
          </w:tcPr>
          <w:p w14:paraId="0E160ACF" w14:textId="771F1F70" w:rsidR="00C543EC" w:rsidRPr="00970FA5" w:rsidRDefault="00C543EC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Sc.</w:t>
            </w:r>
          </w:p>
        </w:tc>
        <w:tc>
          <w:tcPr>
            <w:tcW w:w="803" w:type="dxa"/>
          </w:tcPr>
          <w:p w14:paraId="43F6DA47" w14:textId="1E77DB27" w:rsidR="00C543EC" w:rsidRPr="00970FA5" w:rsidRDefault="00C543EC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Et.</w:t>
            </w:r>
          </w:p>
        </w:tc>
        <w:tc>
          <w:tcPr>
            <w:tcW w:w="803" w:type="dxa"/>
          </w:tcPr>
          <w:p w14:paraId="2E35CB99" w14:textId="2C50451B" w:rsidR="00C543EC" w:rsidRPr="00970FA5" w:rsidRDefault="00C543EC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Ap.</w:t>
            </w:r>
          </w:p>
        </w:tc>
        <w:tc>
          <w:tcPr>
            <w:tcW w:w="1606" w:type="dxa"/>
          </w:tcPr>
          <w:p w14:paraId="60D07855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38A54738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7AA103A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123D5598" w14:textId="77777777" w:rsidR="00C543EC" w:rsidRPr="00970FA5" w:rsidRDefault="00C543EC">
            <w:pPr>
              <w:keepNext/>
              <w:rPr>
                <w:sz w:val="20"/>
                <w:szCs w:val="20"/>
              </w:rPr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F6E9494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sz w:val="20"/>
                <w:szCs w:val="20"/>
              </w:rPr>
              <w:t xml:space="preserve"> Date de contact</w:t>
            </w:r>
          </w:p>
        </w:tc>
      </w:tr>
      <w:tr w:rsidR="00E25052" w14:paraId="3B92CD50" w14:textId="77777777" w:rsidTr="00A75939">
        <w:trPr>
          <w:cantSplit/>
          <w:trHeight w:val="269"/>
        </w:trPr>
        <w:tc>
          <w:tcPr>
            <w:tcW w:w="4015" w:type="dxa"/>
            <w:gridSpan w:val="4"/>
          </w:tcPr>
          <w:p w14:paraId="2DEDAC5B" w14:textId="2AECFAAB" w:rsidR="00E25052" w:rsidRPr="00970FA5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</w:tc>
        <w:tc>
          <w:tcPr>
            <w:tcW w:w="5621" w:type="dxa"/>
            <w:gridSpan w:val="5"/>
          </w:tcPr>
          <w:p w14:paraId="3C2D93FB" w14:textId="6D72CD7E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E-mail</w:t>
            </w: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9DB5AB2" w14:textId="77777777" w:rsidR="00E25052" w:rsidRPr="00970FA5" w:rsidRDefault="00000000">
            <w:pPr>
              <w:keepNext/>
              <w:rPr>
                <w:sz w:val="20"/>
                <w:szCs w:val="20"/>
              </w:rPr>
            </w:pPr>
            <w:r w:rsidRPr="00970FA5">
              <w:rPr>
                <w:sz w:val="20"/>
                <w:szCs w:val="20"/>
              </w:rPr>
              <w:t xml:space="preserve"> </w:t>
            </w:r>
            <w:proofErr w:type="spellStart"/>
            <w:r w:rsidRPr="00970FA5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E25052" w14:paraId="25D89C0C" w14:textId="77777777" w:rsidTr="00B84E8E">
        <w:trPr>
          <w:cantSplit/>
          <w:trHeight w:val="197"/>
        </w:trPr>
        <w:tc>
          <w:tcPr>
            <w:tcW w:w="6424" w:type="dxa"/>
            <w:gridSpan w:val="7"/>
          </w:tcPr>
          <w:p w14:paraId="6834604F" w14:textId="50468FE9" w:rsidR="00E25052" w:rsidRPr="00970FA5" w:rsidRDefault="00000000">
            <w:pPr>
              <w:rPr>
                <w:sz w:val="20"/>
                <w:szCs w:val="20"/>
              </w:rPr>
            </w:pP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970FA5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970FA5">
              <w:rPr>
                <w:b/>
                <w:color w:val="0D5F78"/>
                <w:sz w:val="20"/>
                <w:szCs w:val="20"/>
              </w:rPr>
              <w:t xml:space="preserve"> al</w:t>
            </w:r>
          </w:p>
        </w:tc>
        <w:tc>
          <w:tcPr>
            <w:tcW w:w="3212" w:type="dxa"/>
            <w:gridSpan w:val="2"/>
          </w:tcPr>
          <w:p w14:paraId="3B9A3463" w14:textId="331BE5AB" w:rsidR="00E25052" w:rsidRPr="00970FA5" w:rsidRDefault="00000000">
            <w:pPr>
              <w:rPr>
                <w:sz w:val="20"/>
                <w:szCs w:val="20"/>
              </w:rPr>
            </w:pPr>
            <w:r w:rsidRPr="00970FA5">
              <w:rPr>
                <w:b/>
                <w:color w:val="0D5F78"/>
                <w:sz w:val="20"/>
                <w:szCs w:val="20"/>
              </w:rPr>
              <w:t>CUI / CIF</w:t>
            </w:r>
          </w:p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 w:rsidP="00EF5832">
      <w:pPr>
        <w:spacing w:before="8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19701BBB" w14:textId="00B30AE2" w:rsidR="005B36BE" w:rsidRPr="00B34815" w:rsidRDefault="00000000" w:rsidP="00B34815">
      <w:pPr>
        <w:spacing w:before="80"/>
        <w:jc w:val="center"/>
        <w:rPr>
          <w:sz w:val="18"/>
        </w:rPr>
      </w:pPr>
      <w:r>
        <w:rPr>
          <w:sz w:val="18"/>
        </w:rPr>
        <w:t xml:space="preserve">solicit </w:t>
      </w:r>
      <w:proofErr w:type="spellStart"/>
      <w:r>
        <w:rPr>
          <w:sz w:val="18"/>
        </w:rPr>
        <w:t>emiterea</w:t>
      </w:r>
      <w:proofErr w:type="spellEnd"/>
    </w:p>
    <w:p w14:paraId="33797D79" w14:textId="79075601" w:rsidR="00E25052" w:rsidRPr="00B34815" w:rsidRDefault="00000000" w:rsidP="00EF5832">
      <w:pPr>
        <w:jc w:val="center"/>
        <w:rPr>
          <w:sz w:val="28"/>
          <w:szCs w:val="28"/>
          <w:lang w:val="fr-FR"/>
        </w:rPr>
      </w:pPr>
      <w:proofErr w:type="gramStart"/>
      <w:r w:rsidRPr="00B34815">
        <w:rPr>
          <w:b/>
          <w:sz w:val="28"/>
          <w:szCs w:val="28"/>
          <w:lang w:val="fr-FR"/>
        </w:rPr>
        <w:t xml:space="preserve">CERTIFICATULUI </w:t>
      </w:r>
      <w:r w:rsidR="00713290">
        <w:rPr>
          <w:b/>
          <w:sz w:val="28"/>
          <w:szCs w:val="28"/>
          <w:lang w:val="fr-FR"/>
        </w:rPr>
        <w:t xml:space="preserve"> </w:t>
      </w:r>
      <w:r w:rsidRPr="00B34815">
        <w:rPr>
          <w:b/>
          <w:sz w:val="28"/>
          <w:szCs w:val="28"/>
          <w:lang w:val="fr-FR"/>
        </w:rPr>
        <w:t>DE</w:t>
      </w:r>
      <w:proofErr w:type="gramEnd"/>
      <w:r w:rsidRPr="00B34815">
        <w:rPr>
          <w:b/>
          <w:sz w:val="28"/>
          <w:szCs w:val="28"/>
          <w:lang w:val="fr-FR"/>
        </w:rPr>
        <w:t xml:space="preserve"> </w:t>
      </w:r>
      <w:r w:rsidR="00713290">
        <w:rPr>
          <w:b/>
          <w:sz w:val="28"/>
          <w:szCs w:val="28"/>
          <w:lang w:val="fr-FR"/>
        </w:rPr>
        <w:t xml:space="preserve"> </w:t>
      </w:r>
      <w:proofErr w:type="gramStart"/>
      <w:r w:rsidRPr="00B34815">
        <w:rPr>
          <w:b/>
          <w:sz w:val="28"/>
          <w:szCs w:val="28"/>
          <w:lang w:val="fr-FR"/>
        </w:rPr>
        <w:t>URBANISM</w:t>
      </w:r>
      <w:r w:rsidR="00713290">
        <w:rPr>
          <w:b/>
          <w:sz w:val="28"/>
          <w:szCs w:val="28"/>
          <w:lang w:val="fr-FR"/>
        </w:rPr>
        <w:t xml:space="preserve"> </w:t>
      </w:r>
      <w:r w:rsidRPr="00B34815">
        <w:rPr>
          <w:b/>
          <w:sz w:val="28"/>
          <w:szCs w:val="28"/>
          <w:lang w:val="fr-FR"/>
        </w:rPr>
        <w:t xml:space="preserve"> DE</w:t>
      </w:r>
      <w:proofErr w:type="gramEnd"/>
      <w:r w:rsidR="00713290">
        <w:rPr>
          <w:b/>
          <w:sz w:val="28"/>
          <w:szCs w:val="28"/>
          <w:lang w:val="fr-FR"/>
        </w:rPr>
        <w:t xml:space="preserve"> </w:t>
      </w:r>
      <w:r w:rsidRPr="00B34815">
        <w:rPr>
          <w:b/>
          <w:sz w:val="28"/>
          <w:szCs w:val="28"/>
          <w:lang w:val="fr-FR"/>
        </w:rPr>
        <w:t xml:space="preserve">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:rsidRPr="00792356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sz w:val="20"/>
                <w:szCs w:val="20"/>
              </w:rPr>
              <w:t xml:space="preserve"> ☐ </w:t>
            </w:r>
            <w:proofErr w:type="spellStart"/>
            <w:r w:rsidRPr="00792356">
              <w:rPr>
                <w:sz w:val="20"/>
                <w:szCs w:val="20"/>
              </w:rPr>
              <w:t>teren</w:t>
            </w:r>
            <w:proofErr w:type="spellEnd"/>
            <w:r w:rsidRPr="00792356">
              <w:rPr>
                <w:sz w:val="20"/>
                <w:szCs w:val="20"/>
              </w:rPr>
              <w:t xml:space="preserve">     ☐ </w:t>
            </w:r>
            <w:proofErr w:type="spellStart"/>
            <w:r w:rsidRPr="00792356">
              <w:rPr>
                <w:sz w:val="20"/>
                <w:szCs w:val="20"/>
              </w:rPr>
              <w:t>construcții</w:t>
            </w:r>
            <w:proofErr w:type="spellEnd"/>
          </w:p>
        </w:tc>
      </w:tr>
      <w:tr w:rsidR="00E25052" w:rsidRPr="00792356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6D07226C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5C06A6B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01BF54FB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242BC6F3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3E7C20BC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:rsidRPr="00792356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0DC3F395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6FBE06C3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6816659E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>Nr.</w:t>
            </w:r>
          </w:p>
          <w:p w14:paraId="3E454520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279B798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1284E2F7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:rsidRPr="00792356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Suprafața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terenului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</w:rPr>
              <w:t xml:space="preserve"> (m²)</w:t>
            </w:r>
          </w:p>
          <w:p w14:paraId="375B3DAF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:rsidRPr="00792356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79235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46FDA082" w14:textId="7F0DF47D" w:rsidR="00E25052" w:rsidRPr="00792356" w:rsidRDefault="00000000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792356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</w:tc>
        <w:tc>
          <w:tcPr>
            <w:tcW w:w="4015" w:type="dxa"/>
            <w:gridSpan w:val="3"/>
          </w:tcPr>
          <w:p w14:paraId="0B037F56" w14:textId="77777777" w:rsidR="00E25052" w:rsidRPr="00792356" w:rsidRDefault="00000000">
            <w:pPr>
              <w:keepNext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792356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2038AD22" w14:textId="77777777" w:rsidR="00E25052" w:rsidRPr="00792356" w:rsidRDefault="00E25052">
            <w:pPr>
              <w:keepNext/>
              <w:rPr>
                <w:sz w:val="20"/>
                <w:szCs w:val="20"/>
              </w:rPr>
            </w:pPr>
          </w:p>
        </w:tc>
      </w:tr>
      <w:tr w:rsidR="00E25052" w:rsidRPr="00792356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792356" w:rsidRDefault="00000000">
            <w:pPr>
              <w:rPr>
                <w:sz w:val="20"/>
                <w:szCs w:val="20"/>
                <w:lang w:val="fr-FR"/>
              </w:rPr>
            </w:pPr>
            <w:r w:rsidRPr="00792356">
              <w:rPr>
                <w:sz w:val="20"/>
                <w:szCs w:val="20"/>
                <w:lang w:val="fr-FR"/>
              </w:rPr>
              <w:t xml:space="preserve"> ☐ extras de carte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funciară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actualizat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anexat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    </w:t>
            </w:r>
          </w:p>
          <w:p w14:paraId="4D8DB8B6" w14:textId="55696468" w:rsidR="00E25052" w:rsidRPr="00792356" w:rsidRDefault="00792356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 </w:t>
            </w:r>
            <w:r w:rsidR="00000000" w:rsidRPr="00792356">
              <w:rPr>
                <w:sz w:val="20"/>
                <w:szCs w:val="20"/>
                <w:lang w:val="fr-FR"/>
              </w:rPr>
              <w:t xml:space="preserve">☐ plan de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încadrare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în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zonă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în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sistem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Stereo</w:t>
            </w:r>
            <w:proofErr w:type="spellEnd"/>
            <w:r w:rsidR="00000000" w:rsidRPr="00792356">
              <w:rPr>
                <w:sz w:val="20"/>
                <w:szCs w:val="20"/>
                <w:lang w:val="fr-FR"/>
              </w:rPr>
              <w:t xml:space="preserve"> 70, </w:t>
            </w:r>
            <w:proofErr w:type="spellStart"/>
            <w:r w:rsidR="00000000" w:rsidRPr="00792356">
              <w:rPr>
                <w:sz w:val="20"/>
                <w:szCs w:val="20"/>
                <w:lang w:val="fr-FR"/>
              </w:rPr>
              <w:t>anexat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eliberat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, la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cerere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, de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către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Agenția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Națională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de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Cadastru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și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Publicitate</w:t>
            </w:r>
            <w:proofErr w:type="spellEnd"/>
            <w:r w:rsidR="00F8517F"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="00F8517F" w:rsidRPr="00792356">
              <w:rPr>
                <w:sz w:val="20"/>
                <w:szCs w:val="20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792356" w:rsidRDefault="00E25052">
      <w:pPr>
        <w:spacing w:line="168" w:lineRule="auto"/>
        <w:rPr>
          <w:sz w:val="20"/>
          <w:szCs w:val="20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792356" w:rsidRDefault="00000000">
            <w:pPr>
              <w:rPr>
                <w:sz w:val="20"/>
                <w:szCs w:val="20"/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</w:t>
            </w:r>
            <w:r w:rsidRPr="00792356">
              <w:rPr>
                <w:sz w:val="20"/>
                <w:szCs w:val="20"/>
                <w:lang w:val="fr-FR"/>
              </w:rPr>
              <w:t xml:space="preserve">☐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format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scris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, prin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poștă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în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format digital, la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adresa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</w:t>
            </w:r>
            <w:proofErr w:type="gramStart"/>
            <w:r w:rsidRPr="00792356">
              <w:rPr>
                <w:sz w:val="20"/>
                <w:szCs w:val="20"/>
                <w:lang w:val="fr-FR"/>
              </w:rPr>
              <w:t>de e-mail</w:t>
            </w:r>
            <w:proofErr w:type="gramEnd"/>
            <w:r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indicată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    ☐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ridicare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de la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sediul</w:t>
            </w:r>
            <w:proofErr w:type="spellEnd"/>
            <w:r w:rsidRPr="00792356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92356">
              <w:rPr>
                <w:sz w:val="20"/>
                <w:szCs w:val="20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792356" w:rsidRDefault="00000000" w:rsidP="00971E92">
            <w:pPr>
              <w:jc w:val="center"/>
              <w:rPr>
                <w:sz w:val="20"/>
                <w:szCs w:val="20"/>
              </w:rPr>
            </w:pPr>
            <w:r w:rsidRPr="00792356">
              <w:rPr>
                <w:b/>
                <w:color w:val="0D5F78"/>
                <w:sz w:val="20"/>
                <w:szCs w:val="20"/>
              </w:rPr>
              <w:t>Data</w:t>
            </w:r>
          </w:p>
          <w:p w14:paraId="725AA280" w14:textId="77777777" w:rsidR="00E25052" w:rsidRPr="00792356" w:rsidRDefault="00E25052" w:rsidP="00971E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1A18FEF7" w14:textId="77777777" w:rsidR="00E25052" w:rsidRPr="00792356" w:rsidRDefault="00000000" w:rsidP="00971E92">
            <w:pPr>
              <w:jc w:val="center"/>
              <w:rPr>
                <w:sz w:val="20"/>
                <w:szCs w:val="20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Solicitantul</w:t>
            </w:r>
            <w:proofErr w:type="spellEnd"/>
          </w:p>
          <w:p w14:paraId="4BFA03F3" w14:textId="77777777" w:rsidR="00E25052" w:rsidRPr="00792356" w:rsidRDefault="00E25052" w:rsidP="00971E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51766049" w14:textId="77777777" w:rsidR="00E25052" w:rsidRPr="00792356" w:rsidRDefault="00000000" w:rsidP="00971E92">
            <w:pPr>
              <w:jc w:val="center"/>
              <w:rPr>
                <w:sz w:val="20"/>
                <w:szCs w:val="20"/>
              </w:rPr>
            </w:pPr>
            <w:proofErr w:type="spellStart"/>
            <w:r w:rsidRPr="00792356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4558B6A6" w14:textId="77777777" w:rsidR="00E25052" w:rsidRPr="00792356" w:rsidRDefault="00E25052" w:rsidP="00971E9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45BD18CF" w14:textId="7E085DED" w:rsidR="00A92578" w:rsidRPr="00A92578" w:rsidRDefault="00A92578" w:rsidP="00A92578">
      <w:pPr>
        <w:tabs>
          <w:tab w:val="left" w:pos="3005"/>
        </w:tabs>
      </w:pPr>
    </w:p>
    <w:sectPr w:rsidR="00A92578" w:rsidRPr="00A92578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34CF" w14:textId="77777777" w:rsidR="0098206F" w:rsidRDefault="0098206F">
      <w:r>
        <w:separator/>
      </w:r>
    </w:p>
  </w:endnote>
  <w:endnote w:type="continuationSeparator" w:id="0">
    <w:p w14:paraId="73CEB119" w14:textId="77777777" w:rsidR="0098206F" w:rsidRDefault="0098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B6D1" w14:textId="77777777" w:rsidR="0098206F" w:rsidRDefault="0098206F">
      <w:r>
        <w:separator/>
      </w:r>
    </w:p>
  </w:footnote>
  <w:footnote w:type="continuationSeparator" w:id="0">
    <w:p w14:paraId="248739B0" w14:textId="77777777" w:rsidR="0098206F" w:rsidRDefault="00982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D28"/>
    <w:rsid w:val="0006063C"/>
    <w:rsid w:val="00086FEB"/>
    <w:rsid w:val="000A1997"/>
    <w:rsid w:val="000F55B4"/>
    <w:rsid w:val="0015074B"/>
    <w:rsid w:val="001531EA"/>
    <w:rsid w:val="00164557"/>
    <w:rsid w:val="001E6EE7"/>
    <w:rsid w:val="00202878"/>
    <w:rsid w:val="0021562A"/>
    <w:rsid w:val="002478BB"/>
    <w:rsid w:val="00291745"/>
    <w:rsid w:val="0029639D"/>
    <w:rsid w:val="002C7BC9"/>
    <w:rsid w:val="002F118A"/>
    <w:rsid w:val="002F5EAB"/>
    <w:rsid w:val="0032364D"/>
    <w:rsid w:val="00326F90"/>
    <w:rsid w:val="0034235B"/>
    <w:rsid w:val="003719B2"/>
    <w:rsid w:val="003C234F"/>
    <w:rsid w:val="004B18FE"/>
    <w:rsid w:val="004C2E87"/>
    <w:rsid w:val="0053594A"/>
    <w:rsid w:val="005572F0"/>
    <w:rsid w:val="005B36BE"/>
    <w:rsid w:val="00635FA9"/>
    <w:rsid w:val="006463C4"/>
    <w:rsid w:val="00687682"/>
    <w:rsid w:val="006C103E"/>
    <w:rsid w:val="00713290"/>
    <w:rsid w:val="00763A7C"/>
    <w:rsid w:val="00790153"/>
    <w:rsid w:val="00792356"/>
    <w:rsid w:val="007E348D"/>
    <w:rsid w:val="0084229A"/>
    <w:rsid w:val="0085469C"/>
    <w:rsid w:val="00861954"/>
    <w:rsid w:val="00960B38"/>
    <w:rsid w:val="00970FA5"/>
    <w:rsid w:val="00971E92"/>
    <w:rsid w:val="0098206F"/>
    <w:rsid w:val="009B5021"/>
    <w:rsid w:val="009F53DF"/>
    <w:rsid w:val="00A16C2B"/>
    <w:rsid w:val="00A747DB"/>
    <w:rsid w:val="00A75939"/>
    <w:rsid w:val="00A80122"/>
    <w:rsid w:val="00A81D85"/>
    <w:rsid w:val="00A912EB"/>
    <w:rsid w:val="00A92578"/>
    <w:rsid w:val="00AA1D8D"/>
    <w:rsid w:val="00AA40C1"/>
    <w:rsid w:val="00AA7426"/>
    <w:rsid w:val="00AC33B3"/>
    <w:rsid w:val="00AE1DD9"/>
    <w:rsid w:val="00B16250"/>
    <w:rsid w:val="00B34815"/>
    <w:rsid w:val="00B47730"/>
    <w:rsid w:val="00B84E8E"/>
    <w:rsid w:val="00B90444"/>
    <w:rsid w:val="00B9520C"/>
    <w:rsid w:val="00BA036C"/>
    <w:rsid w:val="00BD6429"/>
    <w:rsid w:val="00BD6660"/>
    <w:rsid w:val="00C15FAD"/>
    <w:rsid w:val="00C543EC"/>
    <w:rsid w:val="00C63BB3"/>
    <w:rsid w:val="00CB0664"/>
    <w:rsid w:val="00DC4AD1"/>
    <w:rsid w:val="00E12870"/>
    <w:rsid w:val="00E25052"/>
    <w:rsid w:val="00E44906"/>
    <w:rsid w:val="00E61A6B"/>
    <w:rsid w:val="00EB3080"/>
    <w:rsid w:val="00ED3173"/>
    <w:rsid w:val="00EF1903"/>
    <w:rsid w:val="00EF5832"/>
    <w:rsid w:val="00F46DDE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F11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250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72</cp:revision>
  <cp:lastPrinted>2026-09-01T09:33:00Z</cp:lastPrinted>
  <dcterms:created xsi:type="dcterms:W3CDTF">2013-12-23T23:15:00Z</dcterms:created>
  <dcterms:modified xsi:type="dcterms:W3CDTF">2026-10-07T07:21:00Z</dcterms:modified>
  <cp:category/>
</cp:coreProperties>
</file>