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3002"/>
        <w:gridCol w:w="1816"/>
        <w:gridCol w:w="3212"/>
      </w:tblGrid>
      <w:tr w:rsidR="005F1C17" w:rsidRPr="001241A0" w14:paraId="207A2C65" w14:textId="77777777" w:rsidTr="00D41B48">
        <w:trPr>
          <w:cantSplit/>
          <w:trHeight w:val="476"/>
        </w:trPr>
        <w:tc>
          <w:tcPr>
            <w:tcW w:w="1606" w:type="dxa"/>
            <w:vMerge w:val="restart"/>
            <w:vAlign w:val="center"/>
          </w:tcPr>
          <w:p w14:paraId="0652338B" w14:textId="77777777" w:rsidR="005F1C17" w:rsidRPr="001241A0" w:rsidRDefault="005F1C17" w:rsidP="002A17B4">
            <w:pPr>
              <w:keepNext/>
              <w:jc w:val="center"/>
              <w:rPr>
                <w:i/>
              </w:rPr>
            </w:pPr>
            <w:r w:rsidRPr="001241A0">
              <w:rPr>
                <w:i/>
                <w:noProof/>
              </w:rPr>
              <w:drawing>
                <wp:inline distT="0" distB="0" distL="0" distR="0" wp14:anchorId="0071F597" wp14:editId="2EE75482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A9006BB" w14:textId="77777777" w:rsidR="005F1C17" w:rsidRPr="001241A0" w:rsidRDefault="005F1C17" w:rsidP="002A17B4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25F065B" w14:textId="77777777" w:rsidR="005F1C17" w:rsidRPr="0033656C" w:rsidRDefault="005F1C17" w:rsidP="002A17B4">
            <w:pPr>
              <w:keepNext/>
              <w:rPr>
                <w:sz w:val="20"/>
                <w:szCs w:val="20"/>
              </w:rPr>
            </w:pPr>
          </w:p>
          <w:p w14:paraId="7F209828" w14:textId="03BFFE4E" w:rsidR="005F1C17" w:rsidRPr="00D41B48" w:rsidRDefault="005F1C17" w:rsidP="002A17B4">
            <w:pPr>
              <w:keepNext/>
              <w:rPr>
                <w:sz w:val="20"/>
                <w:szCs w:val="20"/>
                <w:lang w:val="ro-RO"/>
              </w:rPr>
            </w:pPr>
            <w:r w:rsidRPr="0033656C">
              <w:rPr>
                <w:b/>
                <w:sz w:val="20"/>
                <w:szCs w:val="20"/>
              </w:rPr>
              <w:t>Județul Mehedin</w:t>
            </w:r>
            <w:r w:rsidRPr="0033656C">
              <w:rPr>
                <w:b/>
                <w:sz w:val="20"/>
                <w:szCs w:val="20"/>
                <w:lang w:val="ro-RO"/>
              </w:rPr>
              <w:t>ți</w:t>
            </w:r>
          </w:p>
        </w:tc>
      </w:tr>
      <w:tr w:rsidR="005F1C17" w:rsidRPr="001241A0" w14:paraId="1DFB7756" w14:textId="77777777" w:rsidTr="002A17B4">
        <w:trPr>
          <w:cantSplit/>
          <w:trHeight w:val="510"/>
        </w:trPr>
        <w:tc>
          <w:tcPr>
            <w:tcW w:w="1606" w:type="dxa"/>
            <w:vMerge/>
          </w:tcPr>
          <w:p w14:paraId="0A05EDE5" w14:textId="77777777" w:rsidR="005F1C17" w:rsidRPr="001241A0" w:rsidRDefault="005F1C17" w:rsidP="002A17B4"/>
        </w:tc>
        <w:tc>
          <w:tcPr>
            <w:tcW w:w="8030" w:type="dxa"/>
            <w:gridSpan w:val="3"/>
            <w:shd w:val="clear" w:color="auto" w:fill="F0F0F0"/>
          </w:tcPr>
          <w:p w14:paraId="20841D72" w14:textId="77777777" w:rsidR="005F1C17" w:rsidRPr="0033656C" w:rsidRDefault="005F1C17" w:rsidP="002A17B4">
            <w:pPr>
              <w:keepNext/>
              <w:rPr>
                <w:b/>
                <w:sz w:val="20"/>
                <w:szCs w:val="20"/>
              </w:rPr>
            </w:pPr>
          </w:p>
          <w:p w14:paraId="1638D977" w14:textId="778BB798" w:rsidR="005F1C17" w:rsidRPr="0033656C" w:rsidRDefault="005F1C17" w:rsidP="002A17B4">
            <w:pPr>
              <w:keepNext/>
              <w:rPr>
                <w:sz w:val="20"/>
                <w:szCs w:val="20"/>
              </w:rPr>
            </w:pPr>
            <w:r w:rsidRPr="0033656C">
              <w:rPr>
                <w:b/>
                <w:sz w:val="20"/>
                <w:szCs w:val="20"/>
              </w:rPr>
              <w:t>Primăria Municipiului Drobeta Turnu Severin</w:t>
            </w:r>
          </w:p>
        </w:tc>
      </w:tr>
      <w:tr w:rsidR="005F1C17" w:rsidRPr="001241A0" w14:paraId="1B49902B" w14:textId="77777777" w:rsidTr="0033656C">
        <w:trPr>
          <w:cantSplit/>
          <w:trHeight w:val="510"/>
        </w:trPr>
        <w:tc>
          <w:tcPr>
            <w:tcW w:w="1606" w:type="dxa"/>
            <w:vMerge/>
          </w:tcPr>
          <w:p w14:paraId="531DCE32" w14:textId="77777777" w:rsidR="005F1C17" w:rsidRPr="001241A0" w:rsidRDefault="005F1C17" w:rsidP="002A17B4"/>
        </w:tc>
        <w:tc>
          <w:tcPr>
            <w:tcW w:w="3002" w:type="dxa"/>
            <w:shd w:val="clear" w:color="auto" w:fill="F0F0F0"/>
          </w:tcPr>
          <w:p w14:paraId="397C3798" w14:textId="77777777" w:rsidR="005F1C17" w:rsidRPr="0033656C" w:rsidRDefault="005F1C17" w:rsidP="002A17B4">
            <w:pPr>
              <w:keepNext/>
              <w:rPr>
                <w:b/>
                <w:sz w:val="20"/>
                <w:szCs w:val="20"/>
                <w:lang w:val="fr-FR"/>
              </w:rPr>
            </w:pPr>
            <w:r w:rsidRPr="0033656C">
              <w:rPr>
                <w:b/>
                <w:sz w:val="20"/>
                <w:szCs w:val="20"/>
                <w:lang w:val="fr-FR"/>
              </w:rPr>
              <w:t>Cod de identificare fiscală (CIF)</w:t>
            </w:r>
          </w:p>
          <w:p w14:paraId="6D6D9D7B" w14:textId="77777777" w:rsidR="005F1C17" w:rsidRPr="0033656C" w:rsidRDefault="005F1C17" w:rsidP="002A17B4">
            <w:pPr>
              <w:keepNext/>
              <w:rPr>
                <w:sz w:val="20"/>
                <w:szCs w:val="20"/>
                <w:lang w:val="fr-FR"/>
              </w:rPr>
            </w:pPr>
            <w:r w:rsidRPr="0033656C">
              <w:rPr>
                <w:b/>
                <w:sz w:val="20"/>
                <w:szCs w:val="20"/>
                <w:lang w:val="fr-FR"/>
              </w:rPr>
              <w:t>RO 44265584</w:t>
            </w:r>
          </w:p>
          <w:p w14:paraId="213F5AAB" w14:textId="77777777" w:rsidR="005F1C17" w:rsidRPr="0033656C" w:rsidRDefault="005F1C17" w:rsidP="002A17B4">
            <w:pPr>
              <w:keepNext/>
              <w:rPr>
                <w:sz w:val="20"/>
                <w:szCs w:val="20"/>
                <w:lang w:val="fr-FR"/>
              </w:rPr>
            </w:pPr>
          </w:p>
        </w:tc>
        <w:tc>
          <w:tcPr>
            <w:tcW w:w="5028" w:type="dxa"/>
            <w:gridSpan w:val="2"/>
            <w:shd w:val="clear" w:color="auto" w:fill="F0F0F0"/>
          </w:tcPr>
          <w:p w14:paraId="0D97C538" w14:textId="77777777" w:rsidR="00436C43" w:rsidRDefault="005F1C17" w:rsidP="002A17B4">
            <w:pPr>
              <w:keepNext/>
              <w:rPr>
                <w:b/>
                <w:sz w:val="20"/>
                <w:szCs w:val="20"/>
              </w:rPr>
            </w:pPr>
            <w:r w:rsidRPr="0033656C">
              <w:rPr>
                <w:b/>
                <w:sz w:val="20"/>
                <w:szCs w:val="20"/>
              </w:rPr>
              <w:t xml:space="preserve">Adresa Strada Maresal Averescu nr. 2 </w:t>
            </w:r>
          </w:p>
          <w:p w14:paraId="168603A7" w14:textId="02D702EC" w:rsidR="005F1C17" w:rsidRPr="0033656C" w:rsidRDefault="005F1C17" w:rsidP="002A17B4">
            <w:pPr>
              <w:keepNext/>
              <w:rPr>
                <w:b/>
                <w:sz w:val="20"/>
                <w:szCs w:val="20"/>
              </w:rPr>
            </w:pPr>
            <w:r w:rsidRPr="0033656C">
              <w:rPr>
                <w:b/>
                <w:sz w:val="20"/>
                <w:szCs w:val="20"/>
              </w:rPr>
              <w:t>Drobeta Turnu Severin, Județul Mehedinți, România</w:t>
            </w:r>
          </w:p>
          <w:p w14:paraId="2E46D39E" w14:textId="77777777" w:rsidR="005F1C17" w:rsidRPr="0033656C" w:rsidRDefault="005F1C17" w:rsidP="002A17B4">
            <w:pPr>
              <w:keepNext/>
              <w:rPr>
                <w:b/>
                <w:sz w:val="20"/>
                <w:szCs w:val="20"/>
              </w:rPr>
            </w:pPr>
            <w:r w:rsidRPr="0033656C">
              <w:rPr>
                <w:b/>
                <w:sz w:val="20"/>
                <w:szCs w:val="20"/>
              </w:rPr>
              <w:t>Telefon: 0252.31.43.79   Fax: 0252.31.63.17</w:t>
            </w:r>
          </w:p>
          <w:p w14:paraId="6E85BA50" w14:textId="4E33B569" w:rsidR="005F1C17" w:rsidRPr="0033656C" w:rsidRDefault="005F1C17" w:rsidP="002A17B4">
            <w:pPr>
              <w:keepNext/>
              <w:rPr>
                <w:sz w:val="20"/>
                <w:szCs w:val="20"/>
              </w:rPr>
            </w:pPr>
            <w:r w:rsidRPr="0033656C">
              <w:rPr>
                <w:b/>
                <w:sz w:val="20"/>
                <w:szCs w:val="20"/>
              </w:rPr>
              <w:t>E-mail: primaria@primariadrobeta.ro</w:t>
            </w:r>
          </w:p>
        </w:tc>
      </w:tr>
      <w:tr w:rsidR="005F1C17" w:rsidRPr="001241A0" w14:paraId="39AB0DDF" w14:textId="77777777" w:rsidTr="002A17B4">
        <w:trPr>
          <w:cantSplit/>
          <w:trHeight w:val="510"/>
        </w:trPr>
        <w:tc>
          <w:tcPr>
            <w:tcW w:w="1606" w:type="dxa"/>
            <w:vMerge/>
          </w:tcPr>
          <w:p w14:paraId="702C73E5" w14:textId="77777777" w:rsidR="005F1C17" w:rsidRPr="001241A0" w:rsidRDefault="005F1C17" w:rsidP="002A17B4"/>
        </w:tc>
        <w:tc>
          <w:tcPr>
            <w:tcW w:w="4818" w:type="dxa"/>
            <w:gridSpan w:val="2"/>
            <w:shd w:val="clear" w:color="auto" w:fill="F0F0F0"/>
          </w:tcPr>
          <w:p w14:paraId="746713D2" w14:textId="77777777" w:rsidR="005F1C17" w:rsidRPr="0033656C" w:rsidRDefault="005F1C17" w:rsidP="002A17B4">
            <w:pPr>
              <w:keepNext/>
              <w:rPr>
                <w:b/>
                <w:sz w:val="20"/>
                <w:szCs w:val="20"/>
              </w:rPr>
            </w:pPr>
          </w:p>
          <w:p w14:paraId="3D62C9A9" w14:textId="460F4A70" w:rsidR="005F1C17" w:rsidRPr="00D41B48" w:rsidRDefault="005F1C17" w:rsidP="002A17B4">
            <w:pPr>
              <w:keepNext/>
              <w:rPr>
                <w:b/>
                <w:sz w:val="20"/>
                <w:szCs w:val="20"/>
              </w:rPr>
            </w:pPr>
            <w:r w:rsidRPr="0033656C">
              <w:rPr>
                <w:b/>
                <w:sz w:val="20"/>
                <w:szCs w:val="20"/>
              </w:rPr>
              <w:t>Număr de înregistrare ………………………</w:t>
            </w:r>
          </w:p>
        </w:tc>
        <w:tc>
          <w:tcPr>
            <w:tcW w:w="3212" w:type="dxa"/>
            <w:shd w:val="clear" w:color="auto" w:fill="F0F0F0"/>
          </w:tcPr>
          <w:p w14:paraId="11DF34DC" w14:textId="77777777" w:rsidR="005F1C17" w:rsidRPr="0033656C" w:rsidRDefault="005F1C17" w:rsidP="002A17B4">
            <w:pPr>
              <w:keepNext/>
              <w:rPr>
                <w:b/>
                <w:sz w:val="20"/>
                <w:szCs w:val="20"/>
              </w:rPr>
            </w:pPr>
          </w:p>
          <w:p w14:paraId="608DC428" w14:textId="53A78D38" w:rsidR="005F1C17" w:rsidRPr="0033656C" w:rsidRDefault="005F1C17" w:rsidP="002A17B4">
            <w:pPr>
              <w:keepNext/>
              <w:rPr>
                <w:sz w:val="20"/>
                <w:szCs w:val="20"/>
              </w:rPr>
            </w:pPr>
            <w:r w:rsidRPr="0033656C">
              <w:rPr>
                <w:b/>
                <w:sz w:val="20"/>
                <w:szCs w:val="20"/>
              </w:rPr>
              <w:t>Data ………………………</w:t>
            </w:r>
          </w:p>
        </w:tc>
      </w:tr>
      <w:tr w:rsidR="005F1C17" w:rsidRPr="001241A0" w14:paraId="18A4AC48" w14:textId="77777777" w:rsidTr="002A17B4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23FE798" w14:textId="77777777" w:rsidR="005F1C17" w:rsidRPr="001241A0" w:rsidRDefault="005F1C17" w:rsidP="002A17B4">
            <w:pPr>
              <w:rPr>
                <w:lang w:val="fr-FR"/>
              </w:rPr>
            </w:pPr>
            <w:r w:rsidRPr="001241A0">
              <w:rPr>
                <w:i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50B76AD0" w14:textId="06F8B298" w:rsidR="00925139" w:rsidRDefault="00000000" w:rsidP="00925139">
      <w:pPr>
        <w:spacing w:before="140" w:after="40"/>
        <w:jc w:val="center"/>
        <w:rPr>
          <w:b/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F694B" w14:paraId="2BE1F687" w14:textId="77777777" w:rsidTr="00BC0293">
        <w:trPr>
          <w:cantSplit/>
        </w:trPr>
        <w:tc>
          <w:tcPr>
            <w:tcW w:w="9636" w:type="dxa"/>
            <w:shd w:val="clear" w:color="auto" w:fill="F4F4F4"/>
          </w:tcPr>
          <w:p w14:paraId="745CEC4B" w14:textId="77777777" w:rsidR="008F694B" w:rsidRDefault="008F694B" w:rsidP="00BC0293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F694B" w:rsidRPr="0021562A" w14:paraId="2E7E2D6F" w14:textId="77777777" w:rsidTr="00BC0293">
        <w:trPr>
          <w:cantSplit/>
          <w:trHeight w:val="510"/>
        </w:trPr>
        <w:tc>
          <w:tcPr>
            <w:tcW w:w="9636" w:type="dxa"/>
          </w:tcPr>
          <w:p w14:paraId="16BB677F" w14:textId="77777777" w:rsidR="008F694B" w:rsidRPr="002F5EAB" w:rsidRDefault="008F694B" w:rsidP="00BC0293">
            <w:pPr>
              <w:keepNext/>
              <w:rPr>
                <w:b/>
                <w:color w:val="0D5F78"/>
                <w:sz w:val="28"/>
                <w:szCs w:val="28"/>
              </w:rPr>
            </w:pPr>
            <w:r w:rsidRPr="004516C3">
              <w:rPr>
                <w:b/>
                <w:sz w:val="28"/>
                <w:szCs w:val="28"/>
              </w:rPr>
              <w:t>Primăria Municipiului Drobeta Turnu Severin</w:t>
            </w:r>
          </w:p>
        </w:tc>
      </w:tr>
      <w:tr w:rsidR="008F694B" w:rsidRPr="0021562A" w14:paraId="0C8D6B32" w14:textId="77777777" w:rsidTr="00BC0293">
        <w:trPr>
          <w:cantSplit/>
        </w:trPr>
        <w:tc>
          <w:tcPr>
            <w:tcW w:w="9636" w:type="dxa"/>
            <w:shd w:val="clear" w:color="auto" w:fill="F4F4F4"/>
          </w:tcPr>
          <w:p w14:paraId="39A1BAF0" w14:textId="77777777" w:rsidR="008F694B" w:rsidRPr="00E44906" w:rsidRDefault="008F694B" w:rsidP="00BC0293">
            <w:pPr>
              <w:spacing w:line="228" w:lineRule="auto"/>
            </w:pPr>
            <w:r w:rsidRPr="00F801F2">
              <w:rPr>
                <w:lang w:val="fr-FR"/>
              </w:rPr>
              <w:t xml:space="preserve">Cererea va fi transmisă către primarul municipiului </w:t>
            </w:r>
            <w:r w:rsidRPr="00E44906">
              <w:rPr>
                <w:bCs/>
              </w:rPr>
              <w:t>Drobeta Turnu Severin</w:t>
            </w:r>
          </w:p>
        </w:tc>
      </w:tr>
    </w:tbl>
    <w:p w14:paraId="60E2FA2F" w14:textId="77777777" w:rsidR="00925139" w:rsidRPr="006257CA" w:rsidRDefault="0092513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141"/>
        <w:gridCol w:w="569"/>
        <w:gridCol w:w="270"/>
        <w:gridCol w:w="757"/>
        <w:gridCol w:w="803"/>
        <w:gridCol w:w="870"/>
        <w:gridCol w:w="720"/>
        <w:gridCol w:w="16"/>
        <w:gridCol w:w="1334"/>
        <w:gridCol w:w="360"/>
        <w:gridCol w:w="1518"/>
      </w:tblGrid>
      <w:tr w:rsidR="001E1635" w14:paraId="5854020C" w14:textId="77777777">
        <w:trPr>
          <w:cantSplit/>
        </w:trPr>
        <w:tc>
          <w:tcPr>
            <w:tcW w:w="9636" w:type="dxa"/>
            <w:gridSpan w:val="12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 w:rsidTr="00CD6053">
        <w:trPr>
          <w:cantSplit/>
          <w:trHeight w:val="510"/>
        </w:trPr>
        <w:tc>
          <w:tcPr>
            <w:tcW w:w="6408" w:type="dxa"/>
            <w:gridSpan w:val="8"/>
          </w:tcPr>
          <w:p w14:paraId="29DF6AD7" w14:textId="77777777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Nume și prenume</w:t>
            </w:r>
          </w:p>
          <w:p w14:paraId="7B1283D5" w14:textId="77777777" w:rsidR="001E1635" w:rsidRPr="00C47B23" w:rsidRDefault="001E163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28" w:type="dxa"/>
            <w:gridSpan w:val="4"/>
          </w:tcPr>
          <w:p w14:paraId="10587865" w14:textId="77777777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CNP</w:t>
            </w:r>
          </w:p>
          <w:p w14:paraId="2D0F7177" w14:textId="77777777" w:rsidR="001E1635" w:rsidRPr="00C47B23" w:rsidRDefault="001E1635">
            <w:pPr>
              <w:keepNext/>
              <w:rPr>
                <w:sz w:val="20"/>
                <w:szCs w:val="20"/>
              </w:rPr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12"/>
            <w:shd w:val="clear" w:color="auto" w:fill="F4F4F4"/>
          </w:tcPr>
          <w:p w14:paraId="1876FED4" w14:textId="77777777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sz w:val="20"/>
                <w:szCs w:val="20"/>
              </w:rPr>
              <w:t xml:space="preserve"> Act de identitate</w:t>
            </w:r>
          </w:p>
        </w:tc>
      </w:tr>
      <w:tr w:rsidR="001E1635" w14:paraId="3790C6C1" w14:textId="77777777" w:rsidTr="00635ED6">
        <w:trPr>
          <w:cantSplit/>
          <w:trHeight w:val="251"/>
        </w:trPr>
        <w:tc>
          <w:tcPr>
            <w:tcW w:w="1278" w:type="dxa"/>
          </w:tcPr>
          <w:p w14:paraId="275A06B3" w14:textId="4525CA5C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Seria</w:t>
            </w:r>
          </w:p>
        </w:tc>
        <w:tc>
          <w:tcPr>
            <w:tcW w:w="1710" w:type="dxa"/>
            <w:gridSpan w:val="2"/>
          </w:tcPr>
          <w:p w14:paraId="2E65348D" w14:textId="1E9E9779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Numărul</w:t>
            </w:r>
          </w:p>
        </w:tc>
        <w:tc>
          <w:tcPr>
            <w:tcW w:w="4770" w:type="dxa"/>
            <w:gridSpan w:val="7"/>
          </w:tcPr>
          <w:p w14:paraId="70F0CC96" w14:textId="55D0F740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Eliberat de</w:t>
            </w:r>
          </w:p>
        </w:tc>
        <w:tc>
          <w:tcPr>
            <w:tcW w:w="1878" w:type="dxa"/>
            <w:gridSpan w:val="2"/>
          </w:tcPr>
          <w:p w14:paraId="6300FA57" w14:textId="4CAA2532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La data</w:t>
            </w: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12"/>
            <w:shd w:val="clear" w:color="auto" w:fill="F4F4F4"/>
          </w:tcPr>
          <w:p w14:paraId="4825AA36" w14:textId="77777777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sz w:val="20"/>
                <w:szCs w:val="20"/>
              </w:rPr>
              <w:t xml:space="preserve"> Domiciliul</w:t>
            </w:r>
          </w:p>
        </w:tc>
      </w:tr>
      <w:tr w:rsidR="001E1635" w14:paraId="5A3E1F29" w14:textId="77777777" w:rsidTr="00A45DA4">
        <w:trPr>
          <w:cantSplit/>
          <w:trHeight w:val="510"/>
        </w:trPr>
        <w:tc>
          <w:tcPr>
            <w:tcW w:w="2988" w:type="dxa"/>
            <w:gridSpan w:val="3"/>
          </w:tcPr>
          <w:p w14:paraId="589435AA" w14:textId="77777777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Județul</w:t>
            </w:r>
          </w:p>
          <w:p w14:paraId="48DBA502" w14:textId="77777777" w:rsidR="001E1635" w:rsidRPr="00C47B23" w:rsidRDefault="001E163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436" w:type="dxa"/>
            <w:gridSpan w:val="6"/>
          </w:tcPr>
          <w:p w14:paraId="2D5606EF" w14:textId="77777777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Municipiul / orașul / comuna</w:t>
            </w:r>
          </w:p>
          <w:p w14:paraId="5854C40F" w14:textId="77777777" w:rsidR="001E1635" w:rsidRPr="00C47B23" w:rsidRDefault="001E163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3"/>
          </w:tcPr>
          <w:p w14:paraId="46F246FF" w14:textId="77777777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Satul / sectorul</w:t>
            </w:r>
          </w:p>
          <w:p w14:paraId="579A6C6B" w14:textId="77777777" w:rsidR="001E1635" w:rsidRPr="00C47B23" w:rsidRDefault="001E1635">
            <w:pPr>
              <w:keepNext/>
              <w:rPr>
                <w:sz w:val="20"/>
                <w:szCs w:val="20"/>
              </w:rPr>
            </w:pPr>
          </w:p>
        </w:tc>
      </w:tr>
      <w:tr w:rsidR="00061128" w14:paraId="476479AF" w14:textId="77777777" w:rsidTr="00635ED6">
        <w:trPr>
          <w:cantSplit/>
          <w:trHeight w:val="314"/>
        </w:trPr>
        <w:tc>
          <w:tcPr>
            <w:tcW w:w="2419" w:type="dxa"/>
            <w:gridSpan w:val="2"/>
            <w:tcBorders>
              <w:right w:val="single" w:sz="4" w:space="0" w:color="auto"/>
            </w:tcBorders>
          </w:tcPr>
          <w:p w14:paraId="1AB7831E" w14:textId="1407A9E4" w:rsidR="00061128" w:rsidRPr="00C47B23" w:rsidRDefault="00061128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Strada</w:t>
            </w:r>
          </w:p>
        </w:tc>
        <w:tc>
          <w:tcPr>
            <w:tcW w:w="839" w:type="dxa"/>
            <w:gridSpan w:val="2"/>
            <w:tcBorders>
              <w:left w:val="single" w:sz="4" w:space="0" w:color="auto"/>
            </w:tcBorders>
          </w:tcPr>
          <w:p w14:paraId="41B524D4" w14:textId="301C8397" w:rsidR="00061128" w:rsidRPr="00C47B23" w:rsidRDefault="006717D8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Nr.</w:t>
            </w:r>
          </w:p>
        </w:tc>
        <w:tc>
          <w:tcPr>
            <w:tcW w:w="757" w:type="dxa"/>
          </w:tcPr>
          <w:p w14:paraId="34EBA780" w14:textId="50F11537" w:rsidR="00061128" w:rsidRPr="00C47B23" w:rsidRDefault="006717D8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="00061128" w:rsidRPr="00C47B23">
              <w:rPr>
                <w:b/>
                <w:color w:val="0D5F78"/>
                <w:sz w:val="20"/>
                <w:szCs w:val="20"/>
              </w:rPr>
              <w:t>.</w:t>
            </w:r>
          </w:p>
        </w:tc>
        <w:tc>
          <w:tcPr>
            <w:tcW w:w="803" w:type="dxa"/>
          </w:tcPr>
          <w:p w14:paraId="53E268F2" w14:textId="4BC7C542" w:rsidR="00061128" w:rsidRPr="00C47B23" w:rsidRDefault="00061128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Sc.</w:t>
            </w:r>
          </w:p>
        </w:tc>
        <w:tc>
          <w:tcPr>
            <w:tcW w:w="870" w:type="dxa"/>
          </w:tcPr>
          <w:p w14:paraId="627907AC" w14:textId="49E74C7E" w:rsidR="00061128" w:rsidRPr="00C47B23" w:rsidRDefault="00061128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Et.</w:t>
            </w:r>
          </w:p>
        </w:tc>
        <w:tc>
          <w:tcPr>
            <w:tcW w:w="736" w:type="dxa"/>
            <w:gridSpan w:val="2"/>
          </w:tcPr>
          <w:p w14:paraId="1888BB86" w14:textId="496E5D9B" w:rsidR="00061128" w:rsidRPr="00C47B23" w:rsidRDefault="00061128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Ap.</w:t>
            </w:r>
          </w:p>
        </w:tc>
        <w:tc>
          <w:tcPr>
            <w:tcW w:w="1694" w:type="dxa"/>
            <w:gridSpan w:val="2"/>
          </w:tcPr>
          <w:p w14:paraId="1170C48A" w14:textId="2A09E95D" w:rsidR="00061128" w:rsidRPr="00C47B23" w:rsidRDefault="00061128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Cod poștal</w:t>
            </w:r>
          </w:p>
        </w:tc>
        <w:tc>
          <w:tcPr>
            <w:tcW w:w="1518" w:type="dxa"/>
          </w:tcPr>
          <w:p w14:paraId="1827BC03" w14:textId="594A5765" w:rsidR="00061128" w:rsidRPr="00C47B23" w:rsidRDefault="00061128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Țara</w:t>
            </w: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12"/>
            <w:shd w:val="clear" w:color="auto" w:fill="F4F4F4"/>
          </w:tcPr>
          <w:p w14:paraId="749D0A0F" w14:textId="77777777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sz w:val="20"/>
                <w:szCs w:val="20"/>
              </w:rPr>
              <w:t xml:space="preserve"> Date de contact</w:t>
            </w:r>
          </w:p>
        </w:tc>
      </w:tr>
      <w:tr w:rsidR="001E1635" w14:paraId="10DC5DDE" w14:textId="77777777" w:rsidTr="00570D0B">
        <w:trPr>
          <w:cantSplit/>
          <w:trHeight w:val="242"/>
        </w:trPr>
        <w:tc>
          <w:tcPr>
            <w:tcW w:w="4015" w:type="dxa"/>
            <w:gridSpan w:val="5"/>
          </w:tcPr>
          <w:p w14:paraId="7BBE1A21" w14:textId="767ED06C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Telefon / fax</w:t>
            </w:r>
          </w:p>
        </w:tc>
        <w:tc>
          <w:tcPr>
            <w:tcW w:w="5621" w:type="dxa"/>
            <w:gridSpan w:val="7"/>
          </w:tcPr>
          <w:p w14:paraId="7FC05727" w14:textId="7A0EB086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12"/>
            <w:shd w:val="clear" w:color="auto" w:fill="F4F4F4"/>
          </w:tcPr>
          <w:p w14:paraId="7109DA4C" w14:textId="77777777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sz w:val="20"/>
                <w:szCs w:val="20"/>
              </w:rPr>
              <w:t xml:space="preserve"> Reprezentare</w:t>
            </w:r>
          </w:p>
        </w:tc>
      </w:tr>
      <w:tr w:rsidR="001E1635" w14:paraId="10CEC702" w14:textId="77777777" w:rsidTr="00570D0B">
        <w:trPr>
          <w:cantSplit/>
          <w:trHeight w:val="197"/>
        </w:trPr>
        <w:tc>
          <w:tcPr>
            <w:tcW w:w="6424" w:type="dxa"/>
            <w:gridSpan w:val="9"/>
          </w:tcPr>
          <w:p w14:paraId="2BCE0519" w14:textId="4F032B10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În calitate de reprezentant al</w:t>
            </w:r>
          </w:p>
        </w:tc>
        <w:tc>
          <w:tcPr>
            <w:tcW w:w="3212" w:type="dxa"/>
            <w:gridSpan w:val="3"/>
          </w:tcPr>
          <w:p w14:paraId="1DC7B09A" w14:textId="4797DB6E" w:rsidR="001E1635" w:rsidRPr="00C47B23" w:rsidRDefault="00000000">
            <w:pPr>
              <w:keepNext/>
              <w:rPr>
                <w:sz w:val="20"/>
                <w:szCs w:val="20"/>
              </w:rPr>
            </w:pPr>
            <w:r w:rsidRPr="00C47B23">
              <w:rPr>
                <w:b/>
                <w:color w:val="0D5F78"/>
                <w:sz w:val="20"/>
                <w:szCs w:val="20"/>
              </w:rPr>
              <w:t>CUI / CIF</w:t>
            </w: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12"/>
          </w:tcPr>
          <w:p w14:paraId="67B56101" w14:textId="77777777" w:rsidR="001E1635" w:rsidRPr="00C47B23" w:rsidRDefault="00000000">
            <w:pPr>
              <w:rPr>
                <w:sz w:val="20"/>
                <w:szCs w:val="20"/>
                <w:lang w:val="fr-FR"/>
              </w:rPr>
            </w:pPr>
            <w:r w:rsidRPr="00C47B23">
              <w:rPr>
                <w:sz w:val="20"/>
                <w:szCs w:val="20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15885AE3" w14:textId="77777777" w:rsidR="001E1635" w:rsidRPr="004B179B" w:rsidRDefault="001E1635" w:rsidP="000C5B9C">
      <w:pPr>
        <w:spacing w:line="168" w:lineRule="auto"/>
        <w:rPr>
          <w:sz w:val="2"/>
          <w:szCs w:val="2"/>
          <w:lang w:val="fr-FR"/>
        </w:rPr>
      </w:pPr>
    </w:p>
    <w:p w14:paraId="25ED7088" w14:textId="06BD82D7" w:rsidR="001E1635" w:rsidRPr="006257CA" w:rsidRDefault="00000000" w:rsidP="000C5B9C">
      <w:pPr>
        <w:spacing w:before="80"/>
        <w:jc w:val="both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construcțiilor,solicit emiterea</w:t>
      </w:r>
    </w:p>
    <w:p w14:paraId="043C0D46" w14:textId="11C5074D" w:rsidR="001E1635" w:rsidRDefault="00000000" w:rsidP="000C5B9C">
      <w:pPr>
        <w:jc w:val="center"/>
        <w:rPr>
          <w:b/>
          <w:sz w:val="24"/>
          <w:szCs w:val="24"/>
          <w:lang w:val="fr-FR"/>
        </w:rPr>
      </w:pPr>
      <w:r w:rsidRPr="006658F3">
        <w:rPr>
          <w:b/>
          <w:sz w:val="24"/>
          <w:szCs w:val="24"/>
          <w:lang w:val="fr-FR"/>
        </w:rPr>
        <w:t xml:space="preserve">CERTIFICATULUI </w:t>
      </w:r>
      <w:r w:rsidR="00B263EF" w:rsidRPr="006658F3">
        <w:rPr>
          <w:b/>
          <w:sz w:val="24"/>
          <w:szCs w:val="24"/>
          <w:lang w:val="fr-FR"/>
        </w:rPr>
        <w:t xml:space="preserve"> </w:t>
      </w:r>
      <w:r w:rsidRPr="006658F3">
        <w:rPr>
          <w:b/>
          <w:sz w:val="24"/>
          <w:szCs w:val="24"/>
          <w:lang w:val="fr-FR"/>
        </w:rPr>
        <w:t xml:space="preserve">DE </w:t>
      </w:r>
      <w:r w:rsidR="00B263EF" w:rsidRPr="006658F3">
        <w:rPr>
          <w:b/>
          <w:sz w:val="24"/>
          <w:szCs w:val="24"/>
          <w:lang w:val="fr-FR"/>
        </w:rPr>
        <w:t xml:space="preserve"> </w:t>
      </w:r>
      <w:r w:rsidRPr="006658F3">
        <w:rPr>
          <w:b/>
          <w:sz w:val="24"/>
          <w:szCs w:val="24"/>
          <w:lang w:val="fr-FR"/>
        </w:rPr>
        <w:t>URBANISM</w:t>
      </w:r>
      <w:r w:rsidR="00B263EF" w:rsidRPr="006658F3">
        <w:rPr>
          <w:sz w:val="24"/>
          <w:szCs w:val="24"/>
          <w:lang w:val="fr-FR"/>
        </w:rPr>
        <w:t xml:space="preserve">  </w:t>
      </w:r>
      <w:r w:rsidRPr="006658F3">
        <w:rPr>
          <w:b/>
          <w:sz w:val="24"/>
          <w:szCs w:val="24"/>
          <w:lang w:val="fr-FR"/>
        </w:rPr>
        <w:t xml:space="preserve">PENTRU OPERAȚIUNI </w:t>
      </w:r>
      <w:r w:rsidR="00B263EF" w:rsidRPr="006658F3">
        <w:rPr>
          <w:b/>
          <w:sz w:val="24"/>
          <w:szCs w:val="24"/>
          <w:lang w:val="fr-FR"/>
        </w:rPr>
        <w:t xml:space="preserve"> </w:t>
      </w:r>
      <w:r w:rsidRPr="006658F3">
        <w:rPr>
          <w:b/>
          <w:sz w:val="24"/>
          <w:szCs w:val="24"/>
          <w:lang w:val="fr-FR"/>
        </w:rPr>
        <w:t>CADASTRALE</w:t>
      </w:r>
    </w:p>
    <w:p w14:paraId="1FF9217F" w14:textId="77777777" w:rsidR="00BE78C8" w:rsidRPr="00BE78C8" w:rsidRDefault="00BE78C8" w:rsidP="000C5B9C">
      <w:pPr>
        <w:jc w:val="center"/>
        <w:rPr>
          <w:sz w:val="10"/>
          <w:szCs w:val="10"/>
          <w:lang w:val="fr-FR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484F28" w:rsidRDefault="006257CA" w:rsidP="00C245EC">
            <w:pPr>
              <w:rPr>
                <w:sz w:val="20"/>
                <w:szCs w:val="20"/>
                <w:lang w:val="fr-FR"/>
              </w:rPr>
            </w:pPr>
            <w:r w:rsidRPr="00484F28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484F28">
              <w:rPr>
                <w:sz w:val="20"/>
                <w:szCs w:val="20"/>
                <w:lang w:val="fr-FR"/>
              </w:rPr>
              <w:t xml:space="preserve"> comasare (alipire)     </w:t>
            </w:r>
            <w:r w:rsidRPr="00484F28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484F28">
              <w:rPr>
                <w:sz w:val="20"/>
                <w:szCs w:val="20"/>
                <w:lang w:val="fr-FR"/>
              </w:rPr>
              <w:t xml:space="preserve"> dezmembrare (dezlipire)     </w:t>
            </w:r>
            <w:r w:rsidRPr="00484F28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484F28">
              <w:rPr>
                <w:sz w:val="20"/>
                <w:szCs w:val="20"/>
                <w:lang w:val="fr-FR"/>
              </w:rPr>
              <w:t xml:space="preserve"> </w:t>
            </w:r>
            <w:r w:rsidRPr="00484F28">
              <w:rPr>
                <w:rFonts w:cs="Times New Roman"/>
                <w:sz w:val="20"/>
                <w:szCs w:val="20"/>
                <w:lang w:val="fr-FR"/>
              </w:rPr>
              <w:t>î</w:t>
            </w:r>
            <w:r w:rsidRPr="00484F28">
              <w:rPr>
                <w:sz w:val="20"/>
                <w:szCs w:val="20"/>
                <w:lang w:val="fr-FR"/>
              </w:rPr>
              <w:t>nscrierea unor servitu</w:t>
            </w:r>
            <w:r w:rsidRPr="00484F28">
              <w:rPr>
                <w:rFonts w:cs="Times New Roman"/>
                <w:sz w:val="20"/>
                <w:szCs w:val="20"/>
                <w:lang w:val="fr-FR"/>
              </w:rPr>
              <w:t>ț</w:t>
            </w:r>
            <w:r w:rsidRPr="00484F28">
              <w:rPr>
                <w:sz w:val="20"/>
                <w:szCs w:val="20"/>
                <w:lang w:val="fr-FR"/>
              </w:rPr>
              <w:t>i de trecere</w:t>
            </w:r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AF6BD05" w:rsidR="006257CA" w:rsidRPr="00484F28" w:rsidRDefault="006257CA" w:rsidP="00C245EC">
            <w:pPr>
              <w:rPr>
                <w:sz w:val="20"/>
                <w:szCs w:val="20"/>
                <w:lang w:val="fr-FR"/>
              </w:rPr>
            </w:pPr>
            <w:r w:rsidRPr="00484F28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484F28">
              <w:rPr>
                <w:sz w:val="20"/>
                <w:szCs w:val="20"/>
                <w:lang w:val="fr-FR"/>
              </w:rPr>
              <w:t xml:space="preserve"> eviden</w:t>
            </w:r>
            <w:r w:rsidRPr="00484F28">
              <w:rPr>
                <w:rFonts w:cs="Times New Roman"/>
                <w:sz w:val="20"/>
                <w:szCs w:val="20"/>
                <w:lang w:val="fr-FR"/>
              </w:rPr>
              <w:t>ț</w:t>
            </w:r>
            <w:r w:rsidRPr="00484F28">
              <w:rPr>
                <w:sz w:val="20"/>
                <w:szCs w:val="20"/>
                <w:lang w:val="fr-FR"/>
              </w:rPr>
              <w:t xml:space="preserve">ieri de imobile </w:t>
            </w:r>
            <w:r w:rsidRPr="00484F28">
              <w:rPr>
                <w:rFonts w:cs="Times New Roman"/>
                <w:sz w:val="20"/>
                <w:szCs w:val="20"/>
                <w:lang w:val="fr-FR"/>
              </w:rPr>
              <w:t>î</w:t>
            </w:r>
            <w:r w:rsidRPr="00484F28">
              <w:rPr>
                <w:sz w:val="20"/>
                <w:szCs w:val="20"/>
                <w:lang w:val="fr-FR"/>
              </w:rPr>
              <w:t>n cartea funciar</w:t>
            </w:r>
            <w:r w:rsidRPr="00484F28">
              <w:rPr>
                <w:rFonts w:cs="Times New Roman"/>
                <w:sz w:val="20"/>
                <w:szCs w:val="20"/>
                <w:lang w:val="fr-FR"/>
              </w:rPr>
              <w:t>ă</w:t>
            </w:r>
            <w:r w:rsidRPr="00484F28">
              <w:rPr>
                <w:sz w:val="20"/>
                <w:szCs w:val="20"/>
                <w:lang w:val="fr-FR"/>
              </w:rPr>
              <w:t xml:space="preserve">     </w:t>
            </w:r>
            <w:r w:rsidRPr="00484F28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Pr="00484F28">
              <w:rPr>
                <w:sz w:val="20"/>
                <w:szCs w:val="20"/>
                <w:lang w:val="fr-FR"/>
              </w:rPr>
              <w:t xml:space="preserve"> reeviden</w:t>
            </w:r>
            <w:r w:rsidRPr="00484F28">
              <w:rPr>
                <w:rFonts w:cs="Times New Roman"/>
                <w:sz w:val="20"/>
                <w:szCs w:val="20"/>
                <w:lang w:val="fr-FR"/>
              </w:rPr>
              <w:t>ț</w:t>
            </w:r>
            <w:r w:rsidRPr="00484F28">
              <w:rPr>
                <w:sz w:val="20"/>
                <w:szCs w:val="20"/>
                <w:lang w:val="fr-FR"/>
              </w:rPr>
              <w:t xml:space="preserve">ieri de imobile </w:t>
            </w:r>
            <w:r w:rsidRPr="00484F28">
              <w:rPr>
                <w:rFonts w:cs="Times New Roman"/>
                <w:sz w:val="20"/>
                <w:szCs w:val="20"/>
                <w:lang w:val="fr-FR"/>
              </w:rPr>
              <w:t>î</w:t>
            </w:r>
            <w:r w:rsidRPr="00484F28">
              <w:rPr>
                <w:sz w:val="20"/>
                <w:szCs w:val="20"/>
                <w:lang w:val="fr-FR"/>
              </w:rPr>
              <w:t>n cartea funciar</w:t>
            </w:r>
            <w:r w:rsidRPr="00484F28">
              <w:rPr>
                <w:rFonts w:cs="Times New Roman"/>
                <w:sz w:val="20"/>
                <w:szCs w:val="20"/>
                <w:lang w:val="fr-FR"/>
              </w:rPr>
              <w:t>ă</w:t>
            </w:r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Pr="00484F28" w:rsidRDefault="006257CA">
            <w:pPr>
              <w:keepNext/>
              <w:rPr>
                <w:sz w:val="20"/>
                <w:szCs w:val="20"/>
              </w:rPr>
            </w:pPr>
            <w:r w:rsidRPr="00484F28">
              <w:rPr>
                <w:sz w:val="20"/>
                <w:szCs w:val="20"/>
                <w:lang w:val="fr-FR"/>
              </w:rPr>
              <w:t>Descrierea operațiunii cadastrale propuse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62"/>
        <w:gridCol w:w="2430"/>
        <w:gridCol w:w="1726"/>
        <w:gridCol w:w="794"/>
        <w:gridCol w:w="9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7"/>
          </w:tcPr>
          <w:p w14:paraId="20BF109A" w14:textId="77777777" w:rsidR="001E1635" w:rsidRPr="00484F28" w:rsidRDefault="00000000">
            <w:pPr>
              <w:keepNext/>
              <w:rPr>
                <w:sz w:val="20"/>
                <w:szCs w:val="20"/>
              </w:rPr>
            </w:pPr>
            <w:r w:rsidRPr="00484F28">
              <w:rPr>
                <w:sz w:val="20"/>
                <w:szCs w:val="20"/>
              </w:rPr>
              <w:t xml:space="preserve"> ☐ teren     ☐ construcții</w:t>
            </w:r>
          </w:p>
        </w:tc>
      </w:tr>
      <w:tr w:rsidR="001E1635" w14:paraId="45CA87BD" w14:textId="77777777" w:rsidTr="00EE333E">
        <w:trPr>
          <w:cantSplit/>
          <w:trHeight w:val="278"/>
        </w:trPr>
        <w:tc>
          <w:tcPr>
            <w:tcW w:w="2268" w:type="dxa"/>
            <w:gridSpan w:val="2"/>
          </w:tcPr>
          <w:p w14:paraId="5D01A21B" w14:textId="1D0DF098" w:rsidR="001E1635" w:rsidRPr="00484F28" w:rsidRDefault="00000000">
            <w:pPr>
              <w:keepNext/>
              <w:rPr>
                <w:sz w:val="20"/>
                <w:szCs w:val="20"/>
              </w:rPr>
            </w:pPr>
            <w:r w:rsidRPr="00484F28">
              <w:rPr>
                <w:b/>
                <w:color w:val="0D5F78"/>
                <w:sz w:val="20"/>
                <w:szCs w:val="20"/>
              </w:rPr>
              <w:t>Județ</w:t>
            </w:r>
          </w:p>
        </w:tc>
        <w:tc>
          <w:tcPr>
            <w:tcW w:w="4950" w:type="dxa"/>
            <w:gridSpan w:val="3"/>
          </w:tcPr>
          <w:p w14:paraId="0D007FC5" w14:textId="3AD3C5F8" w:rsidR="001E1635" w:rsidRPr="00484F28" w:rsidRDefault="00000000">
            <w:pPr>
              <w:keepNext/>
              <w:rPr>
                <w:sz w:val="20"/>
                <w:szCs w:val="20"/>
              </w:rPr>
            </w:pPr>
            <w:r w:rsidRPr="00484F28">
              <w:rPr>
                <w:b/>
                <w:color w:val="0D5F78"/>
                <w:sz w:val="20"/>
                <w:szCs w:val="20"/>
              </w:rPr>
              <w:t>Municipiu / oraș / comună</w:t>
            </w:r>
          </w:p>
        </w:tc>
        <w:tc>
          <w:tcPr>
            <w:tcW w:w="2418" w:type="dxa"/>
            <w:gridSpan w:val="2"/>
          </w:tcPr>
          <w:p w14:paraId="14240B19" w14:textId="695E9142" w:rsidR="001E1635" w:rsidRPr="00484F28" w:rsidRDefault="00000000">
            <w:pPr>
              <w:keepNext/>
              <w:rPr>
                <w:sz w:val="20"/>
                <w:szCs w:val="20"/>
              </w:rPr>
            </w:pPr>
            <w:r w:rsidRPr="00484F28">
              <w:rPr>
                <w:b/>
                <w:color w:val="0D5F78"/>
                <w:sz w:val="20"/>
                <w:szCs w:val="20"/>
              </w:rPr>
              <w:t>Sat / sector</w:t>
            </w: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Pr="00484F28" w:rsidRDefault="00000000">
            <w:pPr>
              <w:keepNext/>
              <w:rPr>
                <w:sz w:val="20"/>
                <w:szCs w:val="20"/>
              </w:rPr>
            </w:pPr>
            <w:r w:rsidRPr="00484F28">
              <w:rPr>
                <w:b/>
                <w:color w:val="0D5F78"/>
                <w:sz w:val="20"/>
                <w:szCs w:val="20"/>
              </w:rPr>
              <w:t>Cod poștal</w:t>
            </w:r>
          </w:p>
          <w:p w14:paraId="1DB9B8CA" w14:textId="77777777" w:rsidR="001E1635" w:rsidRPr="00484F28" w:rsidRDefault="001E163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78F2E769" w14:textId="77777777" w:rsidR="001E1635" w:rsidRPr="00484F28" w:rsidRDefault="00000000">
            <w:pPr>
              <w:keepNext/>
              <w:rPr>
                <w:sz w:val="20"/>
                <w:szCs w:val="20"/>
              </w:rPr>
            </w:pPr>
            <w:r w:rsidRPr="00484F28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19A492AB" w14:textId="77777777" w:rsidR="001E1635" w:rsidRPr="00484F28" w:rsidRDefault="001E163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  <w:gridSpan w:val="2"/>
          </w:tcPr>
          <w:p w14:paraId="599B76C6" w14:textId="77777777" w:rsidR="001E1635" w:rsidRPr="00484F28" w:rsidRDefault="00000000">
            <w:pPr>
              <w:keepNext/>
              <w:rPr>
                <w:sz w:val="20"/>
                <w:szCs w:val="20"/>
              </w:rPr>
            </w:pPr>
            <w:r w:rsidRPr="00484F28">
              <w:rPr>
                <w:b/>
                <w:color w:val="0D5F78"/>
                <w:sz w:val="20"/>
                <w:szCs w:val="20"/>
              </w:rPr>
              <w:t>Nr.</w:t>
            </w:r>
          </w:p>
          <w:p w14:paraId="3C285CCD" w14:textId="77777777" w:rsidR="001E1635" w:rsidRPr="00484F28" w:rsidRDefault="001E163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37CFA43" w14:textId="77777777" w:rsidR="001E1635" w:rsidRPr="00484F28" w:rsidRDefault="00000000">
            <w:pPr>
              <w:keepNext/>
              <w:rPr>
                <w:sz w:val="20"/>
                <w:szCs w:val="20"/>
              </w:rPr>
            </w:pPr>
            <w:r w:rsidRPr="00484F28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1C99DBB8" w14:textId="77777777" w:rsidR="001E1635" w:rsidRPr="00484F28" w:rsidRDefault="001E1635">
            <w:pPr>
              <w:keepNext/>
              <w:rPr>
                <w:sz w:val="20"/>
                <w:szCs w:val="20"/>
              </w:rPr>
            </w:pPr>
          </w:p>
        </w:tc>
      </w:tr>
      <w:tr w:rsidR="001E1635" w14:paraId="7C749B99" w14:textId="77777777" w:rsidTr="003F7D9E">
        <w:trPr>
          <w:cantSplit/>
          <w:trHeight w:val="510"/>
        </w:trPr>
        <w:tc>
          <w:tcPr>
            <w:tcW w:w="4698" w:type="dxa"/>
            <w:gridSpan w:val="3"/>
          </w:tcPr>
          <w:p w14:paraId="6823C836" w14:textId="77777777" w:rsidR="001E1635" w:rsidRPr="00484F28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484F28">
              <w:rPr>
                <w:b/>
                <w:color w:val="0D5F78"/>
                <w:sz w:val="20"/>
                <w:szCs w:val="20"/>
                <w:lang w:val="fr-FR"/>
              </w:rPr>
              <w:t>Număr cadastral</w:t>
            </w:r>
          </w:p>
          <w:p w14:paraId="77A4081E" w14:textId="7C327CEF" w:rsidR="001E1635" w:rsidRPr="00484F28" w:rsidRDefault="00000000">
            <w:pPr>
              <w:keepNext/>
              <w:rPr>
                <w:sz w:val="20"/>
                <w:szCs w:val="20"/>
                <w:lang w:val="fr-FR"/>
              </w:rPr>
            </w:pPr>
            <w:r w:rsidRPr="00484F28">
              <w:rPr>
                <w:i/>
                <w:color w:val="7A7A7A"/>
                <w:sz w:val="20"/>
                <w:szCs w:val="20"/>
                <w:lang w:val="fr-FR"/>
              </w:rPr>
              <w:t>dacă imobilul e înscris în e-Terra</w:t>
            </w:r>
          </w:p>
        </w:tc>
        <w:tc>
          <w:tcPr>
            <w:tcW w:w="4938" w:type="dxa"/>
            <w:gridSpan w:val="4"/>
          </w:tcPr>
          <w:p w14:paraId="6AD855B7" w14:textId="77777777" w:rsidR="001E1635" w:rsidRPr="00484F28" w:rsidRDefault="00000000">
            <w:pPr>
              <w:keepNext/>
              <w:rPr>
                <w:sz w:val="20"/>
                <w:szCs w:val="20"/>
              </w:rPr>
            </w:pPr>
            <w:r w:rsidRPr="00484F28">
              <w:rPr>
                <w:b/>
                <w:color w:val="0D5F78"/>
                <w:sz w:val="20"/>
                <w:szCs w:val="20"/>
              </w:rPr>
              <w:t>Carte funciară nr.</w:t>
            </w:r>
          </w:p>
          <w:p w14:paraId="085D4033" w14:textId="77777777" w:rsidR="001E1635" w:rsidRPr="00484F28" w:rsidRDefault="001E1635">
            <w:pPr>
              <w:keepNext/>
              <w:rPr>
                <w:sz w:val="20"/>
                <w:szCs w:val="20"/>
              </w:rPr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1E257AD" w:rsidR="006257CA" w:rsidRPr="0075380E" w:rsidRDefault="00000000">
            <w:pPr>
              <w:rPr>
                <w:sz w:val="20"/>
                <w:szCs w:val="20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 w:rsidR="00B02167">
              <w:rPr>
                <w:sz w:val="16"/>
                <w:lang w:val="fr-FR"/>
              </w:rPr>
              <w:t xml:space="preserve">  </w:t>
            </w:r>
            <w:r w:rsidRPr="0075380E">
              <w:rPr>
                <w:sz w:val="20"/>
                <w:szCs w:val="20"/>
                <w:lang w:val="fr-FR"/>
              </w:rPr>
              <w:t xml:space="preserve">☐ documentația cadastrală     </w:t>
            </w:r>
            <w:r w:rsidR="006257CA" w:rsidRPr="0075380E">
              <w:rPr>
                <w:sz w:val="20"/>
                <w:szCs w:val="20"/>
                <w:lang w:val="fr-FR"/>
              </w:rPr>
              <w:t xml:space="preserve">                         </w:t>
            </w:r>
            <w:r w:rsidR="006257CA" w:rsidRPr="0075380E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 xml:space="preserve">☐ </w:t>
            </w:r>
            <w:r w:rsidR="006257CA" w:rsidRPr="0075380E">
              <w:rPr>
                <w:sz w:val="20"/>
                <w:szCs w:val="20"/>
                <w:lang w:val="fr-FR"/>
              </w:rPr>
              <w:t>plan cu o propunere de comasare/dezmembrare</w:t>
            </w:r>
          </w:p>
          <w:p w14:paraId="5BE3805B" w14:textId="77777777" w:rsidR="00B02167" w:rsidRDefault="006257CA">
            <w:pPr>
              <w:rPr>
                <w:sz w:val="20"/>
                <w:szCs w:val="20"/>
                <w:lang w:val="fr-FR"/>
              </w:rPr>
            </w:pPr>
            <w:r w:rsidRPr="0075380E">
              <w:rPr>
                <w:sz w:val="20"/>
                <w:szCs w:val="20"/>
                <w:lang w:val="fr-FR"/>
              </w:rPr>
              <w:t xml:space="preserve">  ☐ extras de carte funciară actualizat             </w:t>
            </w:r>
            <w:r w:rsidR="00B02167">
              <w:rPr>
                <w:sz w:val="20"/>
                <w:szCs w:val="20"/>
                <w:lang w:val="fr-FR"/>
              </w:rPr>
              <w:t xml:space="preserve"> </w:t>
            </w:r>
            <w:r w:rsidRPr="0075380E">
              <w:rPr>
                <w:sz w:val="20"/>
                <w:szCs w:val="20"/>
                <w:lang w:val="fr-FR"/>
              </w:rPr>
              <w:t xml:space="preserve"> ☐ plan de încadrare în zonă în sistem Stereo 70                    </w:t>
            </w:r>
          </w:p>
          <w:p w14:paraId="2445E5EB" w14:textId="002A34A4" w:rsidR="001E1635" w:rsidRPr="006257CA" w:rsidRDefault="00B02167">
            <w:pPr>
              <w:rPr>
                <w:sz w:val="16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 </w:t>
            </w:r>
            <w:r w:rsidR="006257CA" w:rsidRPr="0075380E">
              <w:rPr>
                <w:rFonts w:ascii="Segoe UI Symbol" w:hAnsi="Segoe UI Symbol" w:cs="Segoe UI Symbol"/>
                <w:sz w:val="20"/>
                <w:szCs w:val="20"/>
                <w:lang w:val="fr-FR"/>
              </w:rPr>
              <w:t>☐</w:t>
            </w:r>
            <w:r w:rsidR="006257CA" w:rsidRPr="0075380E">
              <w:rPr>
                <w:sz w:val="20"/>
                <w:szCs w:val="20"/>
                <w:lang w:val="fr-FR"/>
              </w:rPr>
              <w:t xml:space="preserve"> împuternicirea, dacă este cazul</w:t>
            </w:r>
            <w:r w:rsidR="006257CA"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75380E" w14:paraId="49112FAF" w14:textId="77777777">
        <w:trPr>
          <w:cantSplit/>
        </w:trPr>
        <w:tc>
          <w:tcPr>
            <w:tcW w:w="9636" w:type="dxa"/>
          </w:tcPr>
          <w:p w14:paraId="0C0C25C2" w14:textId="00C95242" w:rsidR="001E1635" w:rsidRPr="0075380E" w:rsidRDefault="00000000">
            <w:pPr>
              <w:rPr>
                <w:sz w:val="20"/>
                <w:szCs w:val="20"/>
                <w:lang w:val="fr-FR"/>
              </w:rPr>
            </w:pPr>
            <w:r w:rsidRPr="0075380E">
              <w:rPr>
                <w:sz w:val="20"/>
                <w:szCs w:val="20"/>
                <w:lang w:val="fr-FR"/>
              </w:rPr>
              <w:t xml:space="preserve"> </w:t>
            </w:r>
            <w:r w:rsidR="0080594B">
              <w:rPr>
                <w:sz w:val="20"/>
                <w:szCs w:val="20"/>
                <w:lang w:val="fr-FR"/>
              </w:rPr>
              <w:t xml:space="preserve"> </w:t>
            </w:r>
            <w:r w:rsidRPr="0075380E">
              <w:rPr>
                <w:sz w:val="20"/>
                <w:szCs w:val="20"/>
                <w:lang w:val="fr-FR"/>
              </w:rPr>
              <w:t>☐ în format scris, prin poștă     ☐ în format digital, la adresa de e-mail indicată     ☐ ridicare de la sediul autorității</w:t>
            </w:r>
          </w:p>
        </w:tc>
      </w:tr>
    </w:tbl>
    <w:p w14:paraId="335F2CDC" w14:textId="77777777" w:rsidR="001E1635" w:rsidRPr="0075380E" w:rsidRDefault="001E1635">
      <w:pPr>
        <w:spacing w:line="168" w:lineRule="auto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Pr="0075380E" w:rsidRDefault="00000000" w:rsidP="0075380E">
            <w:pPr>
              <w:jc w:val="center"/>
              <w:rPr>
                <w:sz w:val="20"/>
                <w:szCs w:val="20"/>
              </w:rPr>
            </w:pPr>
            <w:r w:rsidRPr="0075380E">
              <w:rPr>
                <w:b/>
                <w:color w:val="0D5F78"/>
                <w:sz w:val="20"/>
                <w:szCs w:val="20"/>
              </w:rPr>
              <w:t>Data</w:t>
            </w:r>
          </w:p>
          <w:p w14:paraId="05BFAAF9" w14:textId="77777777" w:rsidR="001E1635" w:rsidRPr="0075380E" w:rsidRDefault="001E1635" w:rsidP="007538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250ED718" w14:textId="77777777" w:rsidR="001E1635" w:rsidRPr="0075380E" w:rsidRDefault="00000000" w:rsidP="0075380E">
            <w:pPr>
              <w:jc w:val="center"/>
              <w:rPr>
                <w:sz w:val="20"/>
                <w:szCs w:val="20"/>
              </w:rPr>
            </w:pPr>
            <w:r w:rsidRPr="0075380E">
              <w:rPr>
                <w:b/>
                <w:color w:val="0D5F78"/>
                <w:sz w:val="20"/>
                <w:szCs w:val="20"/>
              </w:rPr>
              <w:t>Solicitantul</w:t>
            </w:r>
          </w:p>
          <w:p w14:paraId="455E75E1" w14:textId="77777777" w:rsidR="001E1635" w:rsidRPr="0075380E" w:rsidRDefault="001E1635" w:rsidP="007538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53DD217D" w14:textId="77777777" w:rsidR="001E1635" w:rsidRPr="0075380E" w:rsidRDefault="00000000" w:rsidP="0075380E">
            <w:pPr>
              <w:jc w:val="center"/>
              <w:rPr>
                <w:sz w:val="20"/>
                <w:szCs w:val="20"/>
              </w:rPr>
            </w:pPr>
            <w:r w:rsidRPr="0075380E">
              <w:rPr>
                <w:b/>
                <w:color w:val="0D5F78"/>
                <w:sz w:val="20"/>
                <w:szCs w:val="20"/>
              </w:rPr>
              <w:t>Semnătura</w:t>
            </w:r>
          </w:p>
          <w:p w14:paraId="655A8FB3" w14:textId="77777777" w:rsidR="001E1635" w:rsidRPr="0075380E" w:rsidRDefault="001E1635" w:rsidP="0075380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05090D8" w14:textId="77777777" w:rsidR="001E1635" w:rsidRDefault="001E1635" w:rsidP="001665BB">
      <w:pPr>
        <w:spacing w:line="168" w:lineRule="auto"/>
      </w:pPr>
    </w:p>
    <w:sectPr w:rsidR="001E1635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B11A9" w14:textId="77777777" w:rsidR="00C06C46" w:rsidRDefault="00C06C46">
      <w:r>
        <w:separator/>
      </w:r>
    </w:p>
  </w:endnote>
  <w:endnote w:type="continuationSeparator" w:id="0">
    <w:p w14:paraId="1AE10729" w14:textId="77777777" w:rsidR="00C06C46" w:rsidRDefault="00C06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490F2" w14:textId="77777777" w:rsidR="00C06C46" w:rsidRDefault="00C06C46">
      <w:r>
        <w:separator/>
      </w:r>
    </w:p>
  </w:footnote>
  <w:footnote w:type="continuationSeparator" w:id="0">
    <w:p w14:paraId="22426546" w14:textId="77777777" w:rsidR="00C06C46" w:rsidRDefault="00C06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E9EF" w14:textId="77777777" w:rsidR="005401CD" w:rsidRDefault="005401CD" w:rsidP="005401CD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r>
      <w:rPr>
        <w:b/>
        <w:bCs/>
        <w:i/>
        <w:iCs/>
        <w:color w:val="595959"/>
        <w:sz w:val="24"/>
        <w:szCs w:val="24"/>
        <w:u w:val="single"/>
      </w:rPr>
      <w:t xml:space="preserve">Anexa nr.1  </w:t>
    </w:r>
  </w:p>
  <w:p w14:paraId="63834634" w14:textId="2DE9E819" w:rsidR="005401CD" w:rsidRPr="008829A2" w:rsidRDefault="008829A2">
    <w:pPr>
      <w:pStyle w:val="Header"/>
      <w:rPr>
        <w:b/>
        <w:bCs/>
        <w:color w:val="595959"/>
      </w:rPr>
    </w:pPr>
    <w:r>
      <w:rPr>
        <w:color w:val="595959"/>
      </w:rPr>
      <w:t>F_CU_0</w:t>
    </w:r>
    <w:r w:rsidR="00C07547">
      <w:rPr>
        <w:color w:val="595959"/>
      </w:rPr>
      <w:t>2</w:t>
    </w:r>
    <w:r>
      <w:rPr>
        <w:color w:val="595959"/>
      </w:rPr>
      <w:t xml:space="preserve">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263"/>
    <w:rsid w:val="00034616"/>
    <w:rsid w:val="00034C61"/>
    <w:rsid w:val="0006063C"/>
    <w:rsid w:val="00061128"/>
    <w:rsid w:val="000754E3"/>
    <w:rsid w:val="00086FEB"/>
    <w:rsid w:val="000B4A8A"/>
    <w:rsid w:val="000C5B9C"/>
    <w:rsid w:val="001241A0"/>
    <w:rsid w:val="0012487A"/>
    <w:rsid w:val="001249DB"/>
    <w:rsid w:val="0015074B"/>
    <w:rsid w:val="00157450"/>
    <w:rsid w:val="001665BB"/>
    <w:rsid w:val="00167D31"/>
    <w:rsid w:val="001744D7"/>
    <w:rsid w:val="001E1635"/>
    <w:rsid w:val="00292000"/>
    <w:rsid w:val="0029639D"/>
    <w:rsid w:val="002967C1"/>
    <w:rsid w:val="00326F90"/>
    <w:rsid w:val="0033656C"/>
    <w:rsid w:val="003C41A4"/>
    <w:rsid w:val="003D1E16"/>
    <w:rsid w:val="003F7D9E"/>
    <w:rsid w:val="004007A7"/>
    <w:rsid w:val="00436C43"/>
    <w:rsid w:val="004516C3"/>
    <w:rsid w:val="0047220F"/>
    <w:rsid w:val="00484F28"/>
    <w:rsid w:val="004B179B"/>
    <w:rsid w:val="004B19D0"/>
    <w:rsid w:val="005401CD"/>
    <w:rsid w:val="00570D0B"/>
    <w:rsid w:val="005B6CE4"/>
    <w:rsid w:val="005D4ED0"/>
    <w:rsid w:val="005F1C17"/>
    <w:rsid w:val="006140D1"/>
    <w:rsid w:val="006257CA"/>
    <w:rsid w:val="00635ED6"/>
    <w:rsid w:val="006658F3"/>
    <w:rsid w:val="0067059A"/>
    <w:rsid w:val="006717D8"/>
    <w:rsid w:val="006C103E"/>
    <w:rsid w:val="00715D89"/>
    <w:rsid w:val="007211AD"/>
    <w:rsid w:val="0075380E"/>
    <w:rsid w:val="0078578E"/>
    <w:rsid w:val="0080594B"/>
    <w:rsid w:val="00837E0E"/>
    <w:rsid w:val="008829A2"/>
    <w:rsid w:val="008F694B"/>
    <w:rsid w:val="00906C8A"/>
    <w:rsid w:val="00925139"/>
    <w:rsid w:val="009D782F"/>
    <w:rsid w:val="009E0980"/>
    <w:rsid w:val="00A23188"/>
    <w:rsid w:val="00A37FAC"/>
    <w:rsid w:val="00A45DA4"/>
    <w:rsid w:val="00A80DF7"/>
    <w:rsid w:val="00AA1D8D"/>
    <w:rsid w:val="00AC5F99"/>
    <w:rsid w:val="00AC6FD3"/>
    <w:rsid w:val="00AE1C99"/>
    <w:rsid w:val="00B02167"/>
    <w:rsid w:val="00B263EF"/>
    <w:rsid w:val="00B379DC"/>
    <w:rsid w:val="00B47730"/>
    <w:rsid w:val="00BC77E9"/>
    <w:rsid w:val="00BE217B"/>
    <w:rsid w:val="00BE78C8"/>
    <w:rsid w:val="00BF443C"/>
    <w:rsid w:val="00C06C46"/>
    <w:rsid w:val="00C07547"/>
    <w:rsid w:val="00C47B23"/>
    <w:rsid w:val="00C75ED9"/>
    <w:rsid w:val="00CB0664"/>
    <w:rsid w:val="00CD6053"/>
    <w:rsid w:val="00CF5294"/>
    <w:rsid w:val="00D41B48"/>
    <w:rsid w:val="00D7748E"/>
    <w:rsid w:val="00E03398"/>
    <w:rsid w:val="00E3651D"/>
    <w:rsid w:val="00E877CE"/>
    <w:rsid w:val="00EC2F3A"/>
    <w:rsid w:val="00EE333E"/>
    <w:rsid w:val="00F633D6"/>
    <w:rsid w:val="00FC693F"/>
    <w:rsid w:val="00FE0506"/>
    <w:rsid w:val="00FF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312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138</cp:revision>
  <cp:lastPrinted>2026-09-01T10:36:00Z</cp:lastPrinted>
  <dcterms:created xsi:type="dcterms:W3CDTF">2013-12-23T23:15:00Z</dcterms:created>
  <dcterms:modified xsi:type="dcterms:W3CDTF">2026-10-07T10:12:00Z</dcterms:modified>
  <cp:category/>
</cp:coreProperties>
</file>