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3002"/>
        <w:gridCol w:w="1816"/>
        <w:gridCol w:w="3212"/>
      </w:tblGrid>
      <w:tr w:rsidR="007E1BF1" w:rsidRPr="001241A0" w14:paraId="65AF9920" w14:textId="77777777" w:rsidTr="00BC0293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09C571A" w14:textId="77777777" w:rsidR="007E1BF1" w:rsidRPr="001241A0" w:rsidRDefault="007E1BF1" w:rsidP="00BC0293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7C31A7F4" wp14:editId="18052FA2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C66D8A" w14:textId="77777777" w:rsidR="007E1BF1" w:rsidRPr="001241A0" w:rsidRDefault="007E1BF1" w:rsidP="00BC0293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1F6532F5" w14:textId="77777777" w:rsidR="007E1BF1" w:rsidRPr="00256B8E" w:rsidRDefault="007E1BF1" w:rsidP="00BC0293">
            <w:pPr>
              <w:keepNext/>
              <w:rPr>
                <w:sz w:val="18"/>
                <w:szCs w:val="18"/>
              </w:rPr>
            </w:pPr>
          </w:p>
          <w:p w14:paraId="7E5D8B22" w14:textId="4B00DFDB" w:rsidR="007E1BF1" w:rsidRPr="00536021" w:rsidRDefault="007E1BF1" w:rsidP="00BC0293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256B8E">
              <w:rPr>
                <w:b/>
                <w:sz w:val="18"/>
                <w:szCs w:val="18"/>
              </w:rPr>
              <w:t>Județul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Mehedin</w:t>
            </w:r>
            <w:r w:rsidRPr="00256B8E">
              <w:rPr>
                <w:b/>
                <w:sz w:val="18"/>
                <w:szCs w:val="18"/>
                <w:lang w:val="ro-RO"/>
              </w:rPr>
              <w:t>ți</w:t>
            </w:r>
          </w:p>
        </w:tc>
      </w:tr>
      <w:tr w:rsidR="007E1BF1" w:rsidRPr="001241A0" w14:paraId="751F087F" w14:textId="77777777" w:rsidTr="00BC0293">
        <w:trPr>
          <w:cantSplit/>
          <w:trHeight w:val="510"/>
        </w:trPr>
        <w:tc>
          <w:tcPr>
            <w:tcW w:w="1606" w:type="dxa"/>
            <w:vMerge/>
          </w:tcPr>
          <w:p w14:paraId="1C92518B" w14:textId="77777777" w:rsidR="007E1BF1" w:rsidRPr="001241A0" w:rsidRDefault="007E1BF1" w:rsidP="00BC0293"/>
        </w:tc>
        <w:tc>
          <w:tcPr>
            <w:tcW w:w="8030" w:type="dxa"/>
            <w:gridSpan w:val="3"/>
            <w:shd w:val="clear" w:color="auto" w:fill="F0F0F0"/>
          </w:tcPr>
          <w:p w14:paraId="344F1112" w14:textId="77777777" w:rsidR="007E1BF1" w:rsidRPr="00256B8E" w:rsidRDefault="007E1BF1" w:rsidP="00BC0293">
            <w:pPr>
              <w:keepNext/>
              <w:rPr>
                <w:b/>
                <w:sz w:val="18"/>
                <w:szCs w:val="18"/>
              </w:rPr>
            </w:pPr>
          </w:p>
          <w:p w14:paraId="5E9AD660" w14:textId="74DFDBD1" w:rsidR="007E1BF1" w:rsidRPr="00256B8E" w:rsidRDefault="007E1BF1" w:rsidP="00BC0293">
            <w:pPr>
              <w:keepNext/>
              <w:rPr>
                <w:sz w:val="18"/>
                <w:szCs w:val="18"/>
              </w:rPr>
            </w:pPr>
            <w:proofErr w:type="spellStart"/>
            <w:r w:rsidRPr="00256B8E">
              <w:rPr>
                <w:b/>
                <w:sz w:val="18"/>
                <w:szCs w:val="18"/>
              </w:rPr>
              <w:t>Primăria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56B8E">
              <w:rPr>
                <w:b/>
                <w:sz w:val="18"/>
                <w:szCs w:val="18"/>
              </w:rPr>
              <w:t>Municipiului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56B8E">
              <w:rPr>
                <w:b/>
                <w:sz w:val="18"/>
                <w:szCs w:val="18"/>
              </w:rPr>
              <w:t>Drobeta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56B8E">
              <w:rPr>
                <w:b/>
                <w:sz w:val="18"/>
                <w:szCs w:val="18"/>
              </w:rPr>
              <w:t>Turnu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Severin</w:t>
            </w:r>
          </w:p>
        </w:tc>
      </w:tr>
      <w:tr w:rsidR="007E1BF1" w:rsidRPr="001241A0" w14:paraId="08EAD4D4" w14:textId="77777777" w:rsidTr="00EF3F71">
        <w:trPr>
          <w:cantSplit/>
          <w:trHeight w:val="510"/>
        </w:trPr>
        <w:tc>
          <w:tcPr>
            <w:tcW w:w="1606" w:type="dxa"/>
            <w:vMerge/>
          </w:tcPr>
          <w:p w14:paraId="4295F85B" w14:textId="77777777" w:rsidR="007E1BF1" w:rsidRPr="001241A0" w:rsidRDefault="007E1BF1" w:rsidP="00BC0293"/>
        </w:tc>
        <w:tc>
          <w:tcPr>
            <w:tcW w:w="3002" w:type="dxa"/>
            <w:shd w:val="clear" w:color="auto" w:fill="F0F0F0"/>
          </w:tcPr>
          <w:p w14:paraId="0E659D98" w14:textId="77777777" w:rsidR="007E1BF1" w:rsidRPr="00256B8E" w:rsidRDefault="007E1BF1" w:rsidP="00BC0293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256B8E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256B8E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256B8E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56B8E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256B8E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6B5B7E39" w14:textId="77777777" w:rsidR="007E1BF1" w:rsidRPr="00256B8E" w:rsidRDefault="007E1BF1" w:rsidP="00BC0293">
            <w:pPr>
              <w:keepNext/>
              <w:rPr>
                <w:sz w:val="18"/>
                <w:szCs w:val="18"/>
                <w:lang w:val="fr-FR"/>
              </w:rPr>
            </w:pPr>
            <w:r w:rsidRPr="00256B8E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30063EC7" w14:textId="77777777" w:rsidR="007E1BF1" w:rsidRPr="00256B8E" w:rsidRDefault="007E1BF1" w:rsidP="00BC0293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028" w:type="dxa"/>
            <w:gridSpan w:val="2"/>
            <w:shd w:val="clear" w:color="auto" w:fill="F0F0F0"/>
          </w:tcPr>
          <w:p w14:paraId="2DD40E2C" w14:textId="77777777" w:rsidR="00EF3F71" w:rsidRDefault="007E1BF1" w:rsidP="00BC0293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256B8E">
              <w:rPr>
                <w:b/>
                <w:sz w:val="18"/>
                <w:szCs w:val="18"/>
              </w:rPr>
              <w:t>Adresa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256B8E">
              <w:rPr>
                <w:b/>
                <w:sz w:val="18"/>
                <w:szCs w:val="18"/>
              </w:rPr>
              <w:t>Maresal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Averescu nr. 2 </w:t>
            </w:r>
          </w:p>
          <w:p w14:paraId="7AA32BAF" w14:textId="25D9C129" w:rsidR="007E1BF1" w:rsidRPr="00256B8E" w:rsidRDefault="007E1BF1" w:rsidP="00BC0293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256B8E">
              <w:rPr>
                <w:b/>
                <w:sz w:val="18"/>
                <w:szCs w:val="18"/>
              </w:rPr>
              <w:t>Drobeta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56B8E">
              <w:rPr>
                <w:b/>
                <w:sz w:val="18"/>
                <w:szCs w:val="18"/>
              </w:rPr>
              <w:t>Turnu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256B8E">
              <w:rPr>
                <w:b/>
                <w:sz w:val="18"/>
                <w:szCs w:val="18"/>
              </w:rPr>
              <w:t>Județul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256B8E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60CFDF25" w14:textId="77777777" w:rsidR="007E1BF1" w:rsidRPr="00256B8E" w:rsidRDefault="007E1BF1" w:rsidP="00BC0293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256B8E">
              <w:rPr>
                <w:b/>
                <w:sz w:val="18"/>
                <w:szCs w:val="18"/>
              </w:rPr>
              <w:t>Telefon</w:t>
            </w:r>
            <w:proofErr w:type="spellEnd"/>
            <w:r w:rsidRPr="00256B8E">
              <w:rPr>
                <w:b/>
                <w:sz w:val="18"/>
                <w:szCs w:val="18"/>
              </w:rPr>
              <w:t>: 0252.31.43.79   Fax: 0252.31.63.17</w:t>
            </w:r>
          </w:p>
          <w:p w14:paraId="21B070F9" w14:textId="77777777" w:rsidR="007E1BF1" w:rsidRPr="00256B8E" w:rsidRDefault="007E1BF1" w:rsidP="00BC0293">
            <w:pPr>
              <w:keepNext/>
              <w:rPr>
                <w:sz w:val="18"/>
                <w:szCs w:val="18"/>
              </w:rPr>
            </w:pPr>
            <w:r w:rsidRPr="00256B8E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7E1BF1" w:rsidRPr="001241A0" w14:paraId="57DCA6FB" w14:textId="77777777" w:rsidTr="00BC0293">
        <w:trPr>
          <w:cantSplit/>
          <w:trHeight w:val="510"/>
        </w:trPr>
        <w:tc>
          <w:tcPr>
            <w:tcW w:w="1606" w:type="dxa"/>
            <w:vMerge/>
          </w:tcPr>
          <w:p w14:paraId="33F390B9" w14:textId="77777777" w:rsidR="007E1BF1" w:rsidRPr="001241A0" w:rsidRDefault="007E1BF1" w:rsidP="00BC0293"/>
        </w:tc>
        <w:tc>
          <w:tcPr>
            <w:tcW w:w="4818" w:type="dxa"/>
            <w:gridSpan w:val="2"/>
            <w:shd w:val="clear" w:color="auto" w:fill="F0F0F0"/>
          </w:tcPr>
          <w:p w14:paraId="2203DC88" w14:textId="77777777" w:rsidR="007E1BF1" w:rsidRPr="00256B8E" w:rsidRDefault="007E1BF1" w:rsidP="00BC0293">
            <w:pPr>
              <w:keepNext/>
              <w:rPr>
                <w:b/>
                <w:sz w:val="18"/>
                <w:szCs w:val="18"/>
              </w:rPr>
            </w:pPr>
          </w:p>
          <w:p w14:paraId="1187B0D0" w14:textId="615DAA1E" w:rsidR="007E1BF1" w:rsidRPr="00536021" w:rsidRDefault="007E1BF1" w:rsidP="00BC0293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256B8E">
              <w:rPr>
                <w:b/>
                <w:sz w:val="18"/>
                <w:szCs w:val="18"/>
              </w:rPr>
              <w:t>Număr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256B8E">
              <w:rPr>
                <w:b/>
                <w:sz w:val="18"/>
                <w:szCs w:val="18"/>
              </w:rPr>
              <w:t>înregistrare</w:t>
            </w:r>
            <w:proofErr w:type="spellEnd"/>
            <w:r w:rsidRPr="00256B8E">
              <w:rPr>
                <w:b/>
                <w:sz w:val="18"/>
                <w:szCs w:val="18"/>
              </w:rPr>
              <w:t xml:space="preserve"> ………………………</w:t>
            </w:r>
          </w:p>
        </w:tc>
        <w:tc>
          <w:tcPr>
            <w:tcW w:w="3212" w:type="dxa"/>
            <w:shd w:val="clear" w:color="auto" w:fill="F0F0F0"/>
          </w:tcPr>
          <w:p w14:paraId="1D96C932" w14:textId="77777777" w:rsidR="007E1BF1" w:rsidRPr="00256B8E" w:rsidRDefault="007E1BF1" w:rsidP="00BC0293">
            <w:pPr>
              <w:keepNext/>
              <w:rPr>
                <w:b/>
                <w:sz w:val="18"/>
                <w:szCs w:val="18"/>
              </w:rPr>
            </w:pPr>
          </w:p>
          <w:p w14:paraId="79193A40" w14:textId="61542A19" w:rsidR="007E1BF1" w:rsidRPr="00256B8E" w:rsidRDefault="007E1BF1" w:rsidP="00BC0293">
            <w:pPr>
              <w:keepNext/>
              <w:rPr>
                <w:sz w:val="18"/>
                <w:szCs w:val="18"/>
              </w:rPr>
            </w:pPr>
            <w:r w:rsidRPr="00256B8E">
              <w:rPr>
                <w:b/>
                <w:sz w:val="18"/>
                <w:szCs w:val="18"/>
              </w:rPr>
              <w:t>Data ………………………</w:t>
            </w:r>
          </w:p>
        </w:tc>
      </w:tr>
      <w:tr w:rsidR="007E1BF1" w:rsidRPr="001241A0" w14:paraId="35AE564D" w14:textId="77777777" w:rsidTr="00BC029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6FEBD3B" w14:textId="77777777" w:rsidR="007E1BF1" w:rsidRPr="001241A0" w:rsidRDefault="007E1BF1" w:rsidP="00BC0293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</w:t>
            </w:r>
            <w:proofErr w:type="gramStart"/>
            <w:r w:rsidRPr="001241A0">
              <w:rPr>
                <w:i/>
                <w:lang w:val="fr-FR"/>
              </w:rPr>
              <w:t>se</w:t>
            </w:r>
            <w:proofErr w:type="gram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completează</w:t>
            </w:r>
            <w:proofErr w:type="spellEnd"/>
            <w:r w:rsidRPr="001241A0">
              <w:rPr>
                <w:i/>
                <w:lang w:val="fr-FR"/>
              </w:rPr>
              <w:t xml:space="preserve"> de </w:t>
            </w:r>
            <w:proofErr w:type="spellStart"/>
            <w:r w:rsidRPr="001241A0">
              <w:rPr>
                <w:i/>
                <w:lang w:val="fr-FR"/>
              </w:rPr>
              <w:t>autoritate</w:t>
            </w:r>
            <w:proofErr w:type="spellEnd"/>
            <w:r w:rsidRPr="001241A0">
              <w:rPr>
                <w:i/>
                <w:lang w:val="fr-FR"/>
              </w:rPr>
              <w:t xml:space="preserve"> — </w:t>
            </w:r>
            <w:proofErr w:type="spellStart"/>
            <w:r w:rsidRPr="001241A0">
              <w:rPr>
                <w:i/>
                <w:lang w:val="fr-FR"/>
              </w:rPr>
              <w:t>solicitantul</w:t>
            </w:r>
            <w:proofErr w:type="spellEnd"/>
            <w:r w:rsidRPr="001241A0">
              <w:rPr>
                <w:i/>
                <w:lang w:val="fr-FR"/>
              </w:rPr>
              <w:t xml:space="preserve"> nu </w:t>
            </w:r>
            <w:proofErr w:type="spellStart"/>
            <w:r w:rsidRPr="001241A0">
              <w:rPr>
                <w:i/>
                <w:lang w:val="fr-FR"/>
              </w:rPr>
              <w:t>scrie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în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această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07825C53" w14:textId="767B2707" w:rsidR="004B5F77" w:rsidRPr="00C1638A" w:rsidRDefault="00000000" w:rsidP="00C1638A">
      <w:pPr>
        <w:spacing w:before="140" w:after="40"/>
        <w:jc w:val="center"/>
        <w:rPr>
          <w:b/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2B41E2" w14:paraId="6A715865" w14:textId="77777777" w:rsidTr="00BC0293">
        <w:trPr>
          <w:cantSplit/>
        </w:trPr>
        <w:tc>
          <w:tcPr>
            <w:tcW w:w="9636" w:type="dxa"/>
            <w:shd w:val="clear" w:color="auto" w:fill="F4F4F4"/>
          </w:tcPr>
          <w:p w14:paraId="4760DFAA" w14:textId="77777777" w:rsidR="002B41E2" w:rsidRDefault="002B41E2" w:rsidP="00BC0293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2B41E2" w:rsidRPr="0021562A" w14:paraId="05816D62" w14:textId="77777777" w:rsidTr="00BC0293">
        <w:trPr>
          <w:cantSplit/>
          <w:trHeight w:val="510"/>
        </w:trPr>
        <w:tc>
          <w:tcPr>
            <w:tcW w:w="9636" w:type="dxa"/>
          </w:tcPr>
          <w:p w14:paraId="1958FA27" w14:textId="77777777" w:rsidR="002B41E2" w:rsidRPr="002F5EAB" w:rsidRDefault="002B41E2" w:rsidP="00BC0293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4516C3">
              <w:rPr>
                <w:b/>
                <w:sz w:val="28"/>
                <w:szCs w:val="28"/>
              </w:rPr>
              <w:t>Primăria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Municipiului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Drobeta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Turnu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2B41E2" w:rsidRPr="0021562A" w14:paraId="3767C177" w14:textId="77777777" w:rsidTr="00BC0293">
        <w:trPr>
          <w:cantSplit/>
        </w:trPr>
        <w:tc>
          <w:tcPr>
            <w:tcW w:w="9636" w:type="dxa"/>
            <w:shd w:val="clear" w:color="auto" w:fill="F4F4F4"/>
          </w:tcPr>
          <w:p w14:paraId="514DF974" w14:textId="77777777" w:rsidR="002B41E2" w:rsidRPr="00E44906" w:rsidRDefault="002B41E2" w:rsidP="00BC0293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E44906">
              <w:rPr>
                <w:bCs/>
              </w:rPr>
              <w:t>Drobeta</w:t>
            </w:r>
            <w:proofErr w:type="spellEnd"/>
            <w:r w:rsidRPr="00E44906">
              <w:rPr>
                <w:bCs/>
              </w:rPr>
              <w:t xml:space="preserve"> </w:t>
            </w:r>
            <w:proofErr w:type="spellStart"/>
            <w:r w:rsidRPr="00E44906">
              <w:rPr>
                <w:bCs/>
              </w:rPr>
              <w:t>Turnu</w:t>
            </w:r>
            <w:proofErr w:type="spellEnd"/>
            <w:r w:rsidRPr="00E44906">
              <w:rPr>
                <w:bCs/>
              </w:rPr>
              <w:t xml:space="preserve"> Severin</w:t>
            </w:r>
          </w:p>
        </w:tc>
      </w:tr>
    </w:tbl>
    <w:p w14:paraId="798DBC4F" w14:textId="77777777" w:rsidR="002B41E2" w:rsidRPr="00343BBA" w:rsidRDefault="002B41E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36"/>
        <w:gridCol w:w="770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73C78B15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C1638A">
              <w:rPr>
                <w:b/>
                <w:color w:val="0D5F78"/>
                <w:sz w:val="20"/>
                <w:szCs w:val="20"/>
              </w:rPr>
              <w:t xml:space="preserve"> și </w:t>
            </w: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492F91CD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40F931FA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CNP</w:t>
            </w:r>
          </w:p>
          <w:p w14:paraId="32FF08C1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8623411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r w:rsidRPr="00C1638A">
              <w:rPr>
                <w:sz w:val="20"/>
                <w:szCs w:val="20"/>
              </w:rPr>
              <w:t xml:space="preserve"> Act de </w:t>
            </w:r>
            <w:proofErr w:type="spellStart"/>
            <w:r w:rsidRPr="00C1638A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Pr="009A7E13" w:rsidRDefault="00000000">
            <w:pPr>
              <w:keepNext/>
              <w:rPr>
                <w:sz w:val="20"/>
                <w:szCs w:val="20"/>
              </w:rPr>
            </w:pPr>
            <w:r w:rsidRPr="009A7E13">
              <w:rPr>
                <w:b/>
                <w:color w:val="0D5F78"/>
                <w:sz w:val="20"/>
                <w:szCs w:val="20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  <w:gridSpan w:val="2"/>
          </w:tcPr>
          <w:p w14:paraId="54E4DCF4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  <w:p w14:paraId="6AFD4CBD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1275CF2C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C1638A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4C997CA9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75049A5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La data</w:t>
            </w:r>
          </w:p>
          <w:p w14:paraId="1E260826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631D62D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r w:rsidRPr="00C1638A">
              <w:rPr>
                <w:sz w:val="20"/>
                <w:szCs w:val="20"/>
              </w:rPr>
              <w:t xml:space="preserve"> </w:t>
            </w:r>
            <w:proofErr w:type="spellStart"/>
            <w:r w:rsidRPr="00C1638A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0EEC3E11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1815C0EF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1597517E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C1638A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C1638A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691DF8E2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3DE1D317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C1638A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1B6BDCCB" w14:textId="77777777" w:rsidR="00377113" w:rsidRPr="00C1638A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2C4245" w14:paraId="35FE036F" w14:textId="77777777" w:rsidTr="00B0344B">
        <w:trPr>
          <w:cantSplit/>
          <w:trHeight w:val="431"/>
        </w:trPr>
        <w:tc>
          <w:tcPr>
            <w:tcW w:w="2442" w:type="dxa"/>
            <w:gridSpan w:val="2"/>
            <w:tcBorders>
              <w:right w:val="single" w:sz="4" w:space="0" w:color="auto"/>
            </w:tcBorders>
          </w:tcPr>
          <w:p w14:paraId="3032BBD3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255C5EF4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sz="4" w:space="0" w:color="auto"/>
            </w:tcBorders>
          </w:tcPr>
          <w:p w14:paraId="5957E2D0" w14:textId="77777777" w:rsidR="00B0344B" w:rsidRPr="00C1638A" w:rsidRDefault="00B0344B" w:rsidP="00B0344B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Nr.</w:t>
            </w:r>
          </w:p>
          <w:p w14:paraId="3872B3C1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3B36D30" w14:textId="5C16E4DE" w:rsidR="002C4245" w:rsidRPr="00C1638A" w:rsidRDefault="00B0344B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2C4245" w:rsidRPr="00C1638A">
              <w:rPr>
                <w:b/>
                <w:color w:val="0D5F78"/>
                <w:sz w:val="20"/>
                <w:szCs w:val="20"/>
              </w:rPr>
              <w:t>.</w:t>
            </w:r>
          </w:p>
          <w:p w14:paraId="7570AD44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EB3F9F1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Sc.</w:t>
            </w:r>
          </w:p>
          <w:p w14:paraId="598896A6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8084122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Et.</w:t>
            </w:r>
          </w:p>
          <w:p w14:paraId="1FB7A599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35895CD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Ap.</w:t>
            </w:r>
          </w:p>
          <w:p w14:paraId="5877D4A7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825FC30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34487808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B31A664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1AC94237" w14:textId="77777777" w:rsidR="002C4245" w:rsidRPr="00C1638A" w:rsidRDefault="002C4245">
            <w:pPr>
              <w:keepNext/>
              <w:rPr>
                <w:sz w:val="20"/>
                <w:szCs w:val="20"/>
              </w:rPr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CD68FCA" w14:textId="77777777" w:rsidR="00377113" w:rsidRPr="00C1638A" w:rsidRDefault="00000000">
            <w:pPr>
              <w:keepNext/>
              <w:rPr>
                <w:sz w:val="20"/>
                <w:szCs w:val="20"/>
              </w:rPr>
            </w:pPr>
            <w:r w:rsidRPr="00C1638A">
              <w:rPr>
                <w:sz w:val="20"/>
                <w:szCs w:val="20"/>
              </w:rPr>
              <w:t xml:space="preserve"> Date de contact</w:t>
            </w:r>
          </w:p>
        </w:tc>
      </w:tr>
      <w:tr w:rsidR="00377113" w14:paraId="66B951DB" w14:textId="77777777" w:rsidTr="00866E74">
        <w:trPr>
          <w:cantSplit/>
          <w:trHeight w:val="215"/>
        </w:trPr>
        <w:tc>
          <w:tcPr>
            <w:tcW w:w="4015" w:type="dxa"/>
            <w:gridSpan w:val="4"/>
          </w:tcPr>
          <w:p w14:paraId="488DB23E" w14:textId="6CBAA1CC" w:rsidR="00377113" w:rsidRPr="00C1638A" w:rsidRDefault="00000000">
            <w:pPr>
              <w:rPr>
                <w:sz w:val="20"/>
                <w:szCs w:val="20"/>
              </w:rPr>
            </w:pPr>
            <w:proofErr w:type="spellStart"/>
            <w:r w:rsidRPr="00C1638A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C1638A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1C3CE210" w14:textId="4EDE0EC9" w:rsidR="00377113" w:rsidRPr="00C1638A" w:rsidRDefault="00000000">
            <w:pPr>
              <w:rPr>
                <w:sz w:val="20"/>
                <w:szCs w:val="20"/>
              </w:rPr>
            </w:pPr>
            <w:r w:rsidRPr="00C1638A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</w:tbl>
    <w:p w14:paraId="6E863ACA" w14:textId="77777777" w:rsidR="00377113" w:rsidRDefault="00377113" w:rsidP="00EF0A6B">
      <w:pPr>
        <w:spacing w:line="168" w:lineRule="auto"/>
      </w:pPr>
    </w:p>
    <w:p w14:paraId="2E8A375E" w14:textId="77777777" w:rsidR="00377113" w:rsidRDefault="00000000" w:rsidP="00EF0A6B">
      <w:pPr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021E7E88" w14:textId="77777777" w:rsidR="00351B83" w:rsidRDefault="00351B83" w:rsidP="00EF0A6B">
      <w:pPr>
        <w:jc w:val="center"/>
      </w:pPr>
    </w:p>
    <w:p w14:paraId="21143514" w14:textId="735CFE67" w:rsidR="00004412" w:rsidRPr="00954638" w:rsidRDefault="00000000" w:rsidP="00EF0A6B">
      <w:pPr>
        <w:jc w:val="center"/>
        <w:rPr>
          <w:b/>
          <w:bCs/>
          <w:color w:val="000000"/>
          <w:sz w:val="24"/>
          <w:szCs w:val="24"/>
          <w:lang w:val="fr-FR"/>
        </w:rPr>
      </w:pPr>
      <w:proofErr w:type="spellStart"/>
      <w:proofErr w:type="gramStart"/>
      <w:r w:rsidRPr="00954638">
        <w:rPr>
          <w:b/>
          <w:bCs/>
          <w:sz w:val="24"/>
          <w:szCs w:val="24"/>
          <w:lang w:val="fr-FR"/>
        </w:rPr>
        <w:t>solicit</w:t>
      </w:r>
      <w:proofErr w:type="spellEnd"/>
      <w:proofErr w:type="gramEnd"/>
      <w:r w:rsidRPr="00954638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954638">
        <w:rPr>
          <w:b/>
          <w:bCs/>
          <w:sz w:val="24"/>
          <w:szCs w:val="24"/>
          <w:lang w:val="fr-FR"/>
        </w:rPr>
        <w:t>prelungirea</w:t>
      </w:r>
      <w:proofErr w:type="spellEnd"/>
      <w:r w:rsidRPr="00954638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954638">
        <w:rPr>
          <w:b/>
          <w:bCs/>
          <w:sz w:val="24"/>
          <w:szCs w:val="24"/>
          <w:lang w:val="fr-FR"/>
        </w:rPr>
        <w:t>valabilității</w:t>
      </w:r>
      <w:proofErr w:type="spellEnd"/>
    </w:p>
    <w:p w14:paraId="29A61466" w14:textId="77777777" w:rsidR="004B5F77" w:rsidRDefault="004B5F77" w:rsidP="00EF0A6B">
      <w:pPr>
        <w:jc w:val="center"/>
        <w:rPr>
          <w:b/>
          <w:color w:val="000000"/>
          <w:sz w:val="18"/>
          <w:lang w:val="fr-FR"/>
        </w:rPr>
      </w:pPr>
    </w:p>
    <w:p w14:paraId="077ADEDA" w14:textId="6567200C" w:rsidR="00377113" w:rsidRPr="006D6C39" w:rsidRDefault="00004412" w:rsidP="00EF0A6B">
      <w:pPr>
        <w:jc w:val="center"/>
        <w:rPr>
          <w:b/>
          <w:color w:val="000000"/>
          <w:sz w:val="24"/>
          <w:szCs w:val="24"/>
          <w:lang w:val="fr-FR"/>
        </w:rPr>
      </w:pPr>
      <w:proofErr w:type="gramStart"/>
      <w:r w:rsidRPr="006D6C39">
        <w:rPr>
          <w:b/>
          <w:color w:val="000000"/>
          <w:sz w:val="24"/>
          <w:szCs w:val="24"/>
          <w:lang w:val="fr-FR"/>
        </w:rPr>
        <w:t xml:space="preserve">CERTIFICATULUI </w:t>
      </w:r>
      <w:r w:rsidR="004C38BF">
        <w:rPr>
          <w:b/>
          <w:color w:val="000000"/>
          <w:sz w:val="24"/>
          <w:szCs w:val="24"/>
          <w:lang w:val="fr-FR"/>
        </w:rPr>
        <w:t xml:space="preserve"> </w:t>
      </w:r>
      <w:r w:rsidRPr="006D6C39">
        <w:rPr>
          <w:b/>
          <w:color w:val="000000"/>
          <w:sz w:val="24"/>
          <w:szCs w:val="24"/>
          <w:lang w:val="fr-FR"/>
        </w:rPr>
        <w:t>DE</w:t>
      </w:r>
      <w:proofErr w:type="gramEnd"/>
      <w:r w:rsidR="004C38BF">
        <w:rPr>
          <w:b/>
          <w:color w:val="000000"/>
          <w:sz w:val="24"/>
          <w:szCs w:val="24"/>
          <w:lang w:val="fr-FR"/>
        </w:rPr>
        <w:t xml:space="preserve"> </w:t>
      </w:r>
      <w:r w:rsidRPr="006D6C39">
        <w:rPr>
          <w:b/>
          <w:color w:val="000000"/>
          <w:sz w:val="24"/>
          <w:szCs w:val="24"/>
          <w:lang w:val="fr-FR"/>
        </w:rPr>
        <w:t xml:space="preserve"> URBANISM</w:t>
      </w:r>
    </w:p>
    <w:p w14:paraId="5C302149" w14:textId="77777777" w:rsidR="004B5F77" w:rsidRPr="00004412" w:rsidRDefault="004B5F77" w:rsidP="00EF0A6B">
      <w:pPr>
        <w:jc w:val="center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Nr.</w:t>
            </w:r>
          </w:p>
          <w:p w14:paraId="1491A8A0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2FEB634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Din data</w:t>
            </w:r>
          </w:p>
          <w:p w14:paraId="70A0A594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2"/>
          </w:tcPr>
          <w:p w14:paraId="5DFD23E9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Emis de</w:t>
            </w:r>
          </w:p>
          <w:p w14:paraId="5357994E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Pr="00C1360B" w:rsidRDefault="00000000">
            <w:pPr>
              <w:rPr>
                <w:sz w:val="20"/>
                <w:szCs w:val="20"/>
              </w:rPr>
            </w:pP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Prelungirea</w:t>
            </w:r>
            <w:proofErr w:type="spellEnd"/>
            <w:r w:rsidRPr="00C1360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solicitată</w:t>
            </w:r>
            <w:proofErr w:type="spellEnd"/>
            <w:r w:rsidRPr="00C1360B">
              <w:rPr>
                <w:b/>
                <w:color w:val="0D5F78"/>
                <w:sz w:val="20"/>
                <w:szCs w:val="20"/>
              </w:rPr>
              <w:t xml:space="preserve"> — de la data</w:t>
            </w:r>
          </w:p>
          <w:p w14:paraId="073435BA" w14:textId="77777777" w:rsidR="00377113" w:rsidRPr="00C1360B" w:rsidRDefault="00377113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8FDD7CA" w14:textId="77777777" w:rsidR="00377113" w:rsidRPr="00C1360B" w:rsidRDefault="00000000">
            <w:pPr>
              <w:rPr>
                <w:sz w:val="20"/>
                <w:szCs w:val="20"/>
              </w:rPr>
            </w:pP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până</w:t>
            </w:r>
            <w:proofErr w:type="spellEnd"/>
            <w:r w:rsidRPr="00C1360B">
              <w:rPr>
                <w:b/>
                <w:color w:val="0D5F78"/>
                <w:sz w:val="20"/>
                <w:szCs w:val="20"/>
              </w:rPr>
              <w:t xml:space="preserve"> la data</w:t>
            </w:r>
          </w:p>
          <w:p w14:paraId="3D4C5B91" w14:textId="77777777" w:rsidR="00377113" w:rsidRPr="00C1360B" w:rsidRDefault="00377113">
            <w:pPr>
              <w:rPr>
                <w:sz w:val="20"/>
                <w:szCs w:val="20"/>
              </w:rPr>
            </w:pPr>
          </w:p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sz w:val="20"/>
                <w:szCs w:val="20"/>
              </w:rPr>
              <w:t xml:space="preserve"> ☐ </w:t>
            </w:r>
            <w:proofErr w:type="spellStart"/>
            <w:r w:rsidRPr="00C1360B">
              <w:rPr>
                <w:sz w:val="20"/>
                <w:szCs w:val="20"/>
              </w:rPr>
              <w:t>teren</w:t>
            </w:r>
            <w:proofErr w:type="spellEnd"/>
            <w:r w:rsidRPr="00C1360B">
              <w:rPr>
                <w:sz w:val="20"/>
                <w:szCs w:val="20"/>
              </w:rPr>
              <w:t xml:space="preserve">     ☐ </w:t>
            </w:r>
            <w:proofErr w:type="spellStart"/>
            <w:r w:rsidRPr="00C1360B">
              <w:rPr>
                <w:sz w:val="20"/>
                <w:szCs w:val="20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Județ</w:t>
            </w:r>
            <w:proofErr w:type="spellEnd"/>
          </w:p>
          <w:p w14:paraId="545515E0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F352457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Municipiu</w:t>
            </w:r>
            <w:proofErr w:type="spellEnd"/>
            <w:r w:rsidRPr="00C1360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oraș</w:t>
            </w:r>
            <w:proofErr w:type="spellEnd"/>
            <w:r w:rsidRPr="00C1360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comună</w:t>
            </w:r>
            <w:proofErr w:type="spellEnd"/>
          </w:p>
          <w:p w14:paraId="14C00203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519EFDA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6F1351F6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0E9D7B3A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20FA361F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9FAFBFC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Nr.</w:t>
            </w:r>
          </w:p>
          <w:p w14:paraId="6CA1B947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34DC49E" w14:textId="77777777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297CA390" w14:textId="77777777" w:rsidR="00377113" w:rsidRPr="00C1360B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C1360B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C1360B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C1360B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3E14DDE5" w14:textId="435AFF92" w:rsidR="00377113" w:rsidRPr="00C1360B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C1360B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0636B066" w14:textId="150B5B69" w:rsidR="00377113" w:rsidRPr="00C1360B" w:rsidRDefault="00000000">
            <w:pPr>
              <w:keepNext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C1360B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C1360B" w:rsidRDefault="00000000">
            <w:pPr>
              <w:rPr>
                <w:sz w:val="20"/>
                <w:szCs w:val="20"/>
                <w:lang w:val="fr-FR"/>
              </w:rPr>
            </w:pPr>
            <w:r w:rsidRPr="00C1360B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C1360B">
              <w:rPr>
                <w:sz w:val="20"/>
                <w:szCs w:val="20"/>
                <w:lang w:val="fr-FR"/>
              </w:rPr>
              <w:t>certificatul</w:t>
            </w:r>
            <w:proofErr w:type="spellEnd"/>
            <w:r w:rsidRPr="00C1360B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1360B">
              <w:rPr>
                <w:sz w:val="20"/>
                <w:szCs w:val="20"/>
                <w:lang w:val="fr-FR"/>
              </w:rPr>
              <w:t>urbanism</w:t>
            </w:r>
            <w:proofErr w:type="spellEnd"/>
            <w:r w:rsidRPr="00C1360B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C1360B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C1360B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C1360B">
              <w:rPr>
                <w:sz w:val="20"/>
                <w:szCs w:val="20"/>
                <w:lang w:val="fr-FR"/>
              </w:rPr>
              <w:t xml:space="preserve">original)   </w:t>
            </w:r>
            <w:proofErr w:type="gramEnd"/>
            <w:r w:rsidRPr="00C1360B">
              <w:rPr>
                <w:sz w:val="20"/>
                <w:szCs w:val="20"/>
                <w:lang w:val="fr-FR"/>
              </w:rPr>
              <w:t xml:space="preserve">  ☐ </w:t>
            </w:r>
            <w:proofErr w:type="spellStart"/>
            <w:r w:rsidRPr="00C1360B">
              <w:rPr>
                <w:sz w:val="20"/>
                <w:szCs w:val="20"/>
                <w:lang w:val="fr-FR"/>
              </w:rPr>
              <w:t>documentul</w:t>
            </w:r>
            <w:proofErr w:type="spellEnd"/>
            <w:r w:rsidRPr="00C1360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1360B">
              <w:rPr>
                <w:sz w:val="20"/>
                <w:szCs w:val="20"/>
                <w:lang w:val="fr-FR"/>
              </w:rPr>
              <w:t>privind</w:t>
            </w:r>
            <w:proofErr w:type="spellEnd"/>
            <w:r w:rsidRPr="00C1360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1360B">
              <w:rPr>
                <w:sz w:val="20"/>
                <w:szCs w:val="20"/>
                <w:lang w:val="fr-FR"/>
              </w:rPr>
              <w:t>achitarea</w:t>
            </w:r>
            <w:proofErr w:type="spellEnd"/>
            <w:r w:rsidRPr="00C1360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1360B">
              <w:rPr>
                <w:sz w:val="20"/>
                <w:szCs w:val="20"/>
                <w:lang w:val="fr-FR"/>
              </w:rPr>
              <w:t>taxei</w:t>
            </w:r>
            <w:proofErr w:type="spellEnd"/>
            <w:r w:rsidRPr="00C1360B">
              <w:rPr>
                <w:sz w:val="20"/>
                <w:szCs w:val="20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Pr="00C1360B" w:rsidRDefault="00000000" w:rsidP="00C1360B">
            <w:pPr>
              <w:jc w:val="center"/>
              <w:rPr>
                <w:sz w:val="20"/>
                <w:szCs w:val="20"/>
              </w:rPr>
            </w:pPr>
            <w:r w:rsidRPr="00C1360B">
              <w:rPr>
                <w:b/>
                <w:color w:val="0D5F78"/>
                <w:sz w:val="20"/>
                <w:szCs w:val="20"/>
              </w:rPr>
              <w:t>Data</w:t>
            </w:r>
          </w:p>
          <w:p w14:paraId="6A45905A" w14:textId="77777777" w:rsidR="00377113" w:rsidRPr="00C1360B" w:rsidRDefault="00377113" w:rsidP="00C136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09BFB97F" w14:textId="77777777" w:rsidR="00377113" w:rsidRDefault="00000000" w:rsidP="00C1360B">
            <w:pPr>
              <w:jc w:val="center"/>
              <w:rPr>
                <w:b/>
                <w:color w:val="0D5F78"/>
                <w:sz w:val="20"/>
                <w:szCs w:val="20"/>
              </w:rPr>
            </w:pP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Solicitantul</w:t>
            </w:r>
            <w:proofErr w:type="spellEnd"/>
          </w:p>
          <w:p w14:paraId="00C86076" w14:textId="77777777" w:rsidR="007B3621" w:rsidRPr="00C1360B" w:rsidRDefault="007B3621" w:rsidP="00C1360B">
            <w:pPr>
              <w:jc w:val="center"/>
              <w:rPr>
                <w:sz w:val="20"/>
                <w:szCs w:val="20"/>
              </w:rPr>
            </w:pPr>
          </w:p>
          <w:p w14:paraId="1B3BE6B9" w14:textId="77777777" w:rsidR="00377113" w:rsidRPr="00C1360B" w:rsidRDefault="00377113" w:rsidP="00C136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640F19C7" w14:textId="77777777" w:rsidR="00377113" w:rsidRPr="00C1360B" w:rsidRDefault="00000000" w:rsidP="00C1360B">
            <w:pPr>
              <w:jc w:val="center"/>
              <w:rPr>
                <w:sz w:val="20"/>
                <w:szCs w:val="20"/>
              </w:rPr>
            </w:pPr>
            <w:proofErr w:type="spellStart"/>
            <w:r w:rsidRPr="00C1360B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325CC794" w14:textId="77777777" w:rsidR="00377113" w:rsidRPr="00C1360B" w:rsidRDefault="00377113" w:rsidP="00C1360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8051" w14:textId="77777777" w:rsidR="00950471" w:rsidRDefault="00950471">
      <w:r>
        <w:separator/>
      </w:r>
    </w:p>
  </w:endnote>
  <w:endnote w:type="continuationSeparator" w:id="0">
    <w:p w14:paraId="2F881767" w14:textId="77777777" w:rsidR="00950471" w:rsidRDefault="0095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15D5" w14:textId="77777777" w:rsidR="00950471" w:rsidRDefault="00950471">
      <w:r>
        <w:separator/>
      </w:r>
    </w:p>
  </w:footnote>
  <w:footnote w:type="continuationSeparator" w:id="0">
    <w:p w14:paraId="18DE7F0C" w14:textId="77777777" w:rsidR="00950471" w:rsidRDefault="0095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F8EC" w14:textId="77777777" w:rsidR="00EA1936" w:rsidRDefault="00EA1936" w:rsidP="00EA1936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4CC361E7" w14:textId="49F3224B" w:rsidR="00EA1936" w:rsidRPr="00EA1936" w:rsidRDefault="00EA1936">
    <w:pPr>
      <w:pStyle w:val="Header"/>
      <w:rPr>
        <w:b/>
        <w:bCs/>
        <w:color w:val="595959"/>
      </w:rPr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062A90"/>
    <w:rsid w:val="00113C01"/>
    <w:rsid w:val="0015074B"/>
    <w:rsid w:val="00200236"/>
    <w:rsid w:val="002412AE"/>
    <w:rsid w:val="00256B8E"/>
    <w:rsid w:val="0029639D"/>
    <w:rsid w:val="002B41E2"/>
    <w:rsid w:val="002C4245"/>
    <w:rsid w:val="00311B73"/>
    <w:rsid w:val="00326F90"/>
    <w:rsid w:val="00343BBA"/>
    <w:rsid w:val="00351B83"/>
    <w:rsid w:val="00377113"/>
    <w:rsid w:val="004B5F77"/>
    <w:rsid w:val="004C38BF"/>
    <w:rsid w:val="00536021"/>
    <w:rsid w:val="005574AB"/>
    <w:rsid w:val="005840B2"/>
    <w:rsid w:val="006C103E"/>
    <w:rsid w:val="006D6C39"/>
    <w:rsid w:val="006F4345"/>
    <w:rsid w:val="00715D89"/>
    <w:rsid w:val="007B3621"/>
    <w:rsid w:val="007E1BF1"/>
    <w:rsid w:val="00866E74"/>
    <w:rsid w:val="00950471"/>
    <w:rsid w:val="00954638"/>
    <w:rsid w:val="009A7E13"/>
    <w:rsid w:val="00A34ECB"/>
    <w:rsid w:val="00A6783E"/>
    <w:rsid w:val="00AA1D8D"/>
    <w:rsid w:val="00B0344B"/>
    <w:rsid w:val="00B47730"/>
    <w:rsid w:val="00C1360B"/>
    <w:rsid w:val="00C140A2"/>
    <w:rsid w:val="00C1638A"/>
    <w:rsid w:val="00C96903"/>
    <w:rsid w:val="00CB0664"/>
    <w:rsid w:val="00CD60E9"/>
    <w:rsid w:val="00DC2020"/>
    <w:rsid w:val="00DD217F"/>
    <w:rsid w:val="00DE2D9E"/>
    <w:rsid w:val="00DF1BA2"/>
    <w:rsid w:val="00E76D86"/>
    <w:rsid w:val="00E87932"/>
    <w:rsid w:val="00EA1936"/>
    <w:rsid w:val="00EE05F0"/>
    <w:rsid w:val="00EF0A6B"/>
    <w:rsid w:val="00EF3F71"/>
    <w:rsid w:val="00FC53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37</cp:revision>
  <dcterms:created xsi:type="dcterms:W3CDTF">2013-12-23T23:15:00Z</dcterms:created>
  <dcterms:modified xsi:type="dcterms:W3CDTF">2026-10-07T10:28:00Z</dcterms:modified>
  <cp:category/>
</cp:coreProperties>
</file>