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732"/>
        <w:gridCol w:w="2086"/>
        <w:gridCol w:w="3212"/>
      </w:tblGrid>
      <w:tr w:rsidR="00486565" w:rsidRPr="001241A0" w14:paraId="1B5C71EE" w14:textId="77777777" w:rsidTr="006B7FD5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A634E66" w14:textId="77777777" w:rsidR="00486565" w:rsidRPr="001241A0" w:rsidRDefault="00486565" w:rsidP="006B7FD5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17619B32" wp14:editId="168B9A7E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C37A2A" w14:textId="77777777" w:rsidR="00486565" w:rsidRPr="001241A0" w:rsidRDefault="00486565" w:rsidP="006B7FD5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C3298AB" w14:textId="77777777" w:rsidR="00486565" w:rsidRPr="00F7400F" w:rsidRDefault="00486565" w:rsidP="006B7FD5">
            <w:pPr>
              <w:keepNext/>
              <w:rPr>
                <w:sz w:val="18"/>
                <w:szCs w:val="18"/>
              </w:rPr>
            </w:pPr>
          </w:p>
          <w:p w14:paraId="7F41D384" w14:textId="54DE03F0" w:rsidR="00486565" w:rsidRPr="00F7400F" w:rsidRDefault="00486565" w:rsidP="006B7FD5">
            <w:pPr>
              <w:keepNext/>
              <w:rPr>
                <w:sz w:val="18"/>
                <w:szCs w:val="18"/>
                <w:lang w:val="ro-RO"/>
              </w:rPr>
            </w:pPr>
            <w:r w:rsidRPr="00F7400F">
              <w:rPr>
                <w:b/>
                <w:sz w:val="18"/>
                <w:szCs w:val="18"/>
              </w:rPr>
              <w:t>Județul Mehedin</w:t>
            </w:r>
            <w:r w:rsidRPr="00F7400F">
              <w:rPr>
                <w:b/>
                <w:sz w:val="18"/>
                <w:szCs w:val="18"/>
                <w:lang w:val="ro-RO"/>
              </w:rPr>
              <w:t>ți</w:t>
            </w:r>
          </w:p>
        </w:tc>
      </w:tr>
      <w:tr w:rsidR="00486565" w:rsidRPr="001241A0" w14:paraId="3F87E893" w14:textId="77777777" w:rsidTr="006B7FD5">
        <w:trPr>
          <w:cantSplit/>
          <w:trHeight w:val="510"/>
        </w:trPr>
        <w:tc>
          <w:tcPr>
            <w:tcW w:w="1606" w:type="dxa"/>
            <w:vMerge/>
          </w:tcPr>
          <w:p w14:paraId="448B7E6B" w14:textId="77777777" w:rsidR="00486565" w:rsidRPr="001241A0" w:rsidRDefault="00486565" w:rsidP="006B7FD5"/>
        </w:tc>
        <w:tc>
          <w:tcPr>
            <w:tcW w:w="8030" w:type="dxa"/>
            <w:gridSpan w:val="3"/>
            <w:shd w:val="clear" w:color="auto" w:fill="F0F0F0"/>
          </w:tcPr>
          <w:p w14:paraId="367DA93C" w14:textId="77777777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</w:p>
          <w:p w14:paraId="0DD23EE3" w14:textId="77777777" w:rsidR="00486565" w:rsidRPr="00F7400F" w:rsidRDefault="00486565" w:rsidP="006B7FD5">
            <w:pPr>
              <w:keepNext/>
              <w:rPr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Primăria Municipiului Drobeta Turnu Severin</w:t>
            </w:r>
          </w:p>
          <w:p w14:paraId="55C34702" w14:textId="77777777" w:rsidR="00486565" w:rsidRPr="00F7400F" w:rsidRDefault="00486565" w:rsidP="006B7FD5">
            <w:pPr>
              <w:keepNext/>
              <w:rPr>
                <w:sz w:val="18"/>
                <w:szCs w:val="18"/>
              </w:rPr>
            </w:pPr>
          </w:p>
        </w:tc>
      </w:tr>
      <w:tr w:rsidR="00486565" w:rsidRPr="001241A0" w14:paraId="353950E1" w14:textId="77777777" w:rsidTr="00F7400F">
        <w:trPr>
          <w:cantSplit/>
          <w:trHeight w:val="510"/>
        </w:trPr>
        <w:tc>
          <w:tcPr>
            <w:tcW w:w="1606" w:type="dxa"/>
            <w:vMerge/>
          </w:tcPr>
          <w:p w14:paraId="5BF228DE" w14:textId="77777777" w:rsidR="00486565" w:rsidRPr="001241A0" w:rsidRDefault="00486565" w:rsidP="006B7FD5"/>
        </w:tc>
        <w:tc>
          <w:tcPr>
            <w:tcW w:w="2732" w:type="dxa"/>
            <w:shd w:val="clear" w:color="auto" w:fill="F0F0F0"/>
          </w:tcPr>
          <w:p w14:paraId="7416A1D7" w14:textId="77777777" w:rsidR="00486565" w:rsidRPr="00F7400F" w:rsidRDefault="00486565" w:rsidP="006B7FD5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F7400F">
              <w:rPr>
                <w:b/>
                <w:sz w:val="18"/>
                <w:szCs w:val="18"/>
                <w:lang w:val="fr-FR"/>
              </w:rPr>
              <w:t>Cod de identificare fiscală (CIF)</w:t>
            </w:r>
          </w:p>
          <w:p w14:paraId="234BA31A" w14:textId="77777777" w:rsidR="00486565" w:rsidRPr="00F7400F" w:rsidRDefault="00486565" w:rsidP="006B7FD5">
            <w:pPr>
              <w:keepNext/>
              <w:rPr>
                <w:sz w:val="18"/>
                <w:szCs w:val="18"/>
                <w:lang w:val="fr-FR"/>
              </w:rPr>
            </w:pPr>
            <w:r w:rsidRPr="00F7400F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27BCE8CD" w14:textId="77777777" w:rsidR="00486565" w:rsidRPr="00F7400F" w:rsidRDefault="00486565" w:rsidP="006B7FD5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298" w:type="dxa"/>
            <w:gridSpan w:val="2"/>
            <w:shd w:val="clear" w:color="auto" w:fill="F0F0F0"/>
          </w:tcPr>
          <w:p w14:paraId="51CD2E02" w14:textId="77777777" w:rsidR="0058648F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 xml:space="preserve">Adresa Strada Maresal Averescu nr. 2 </w:t>
            </w:r>
          </w:p>
          <w:p w14:paraId="153BB779" w14:textId="337605E7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Drobeta Turnu Severin, Județul Mehedinți, România</w:t>
            </w:r>
          </w:p>
          <w:p w14:paraId="2EFA5CDF" w14:textId="77777777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Telefon: 0252.31.43.79   Fax: 0252.31.63.17</w:t>
            </w:r>
          </w:p>
          <w:p w14:paraId="55C9AE87" w14:textId="77777777" w:rsidR="00486565" w:rsidRPr="00F7400F" w:rsidRDefault="00486565" w:rsidP="006B7FD5">
            <w:pPr>
              <w:keepNext/>
              <w:rPr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486565" w:rsidRPr="001241A0" w14:paraId="0A419F4B" w14:textId="77777777" w:rsidTr="006B7FD5">
        <w:trPr>
          <w:cantSplit/>
          <w:trHeight w:val="510"/>
        </w:trPr>
        <w:tc>
          <w:tcPr>
            <w:tcW w:w="1606" w:type="dxa"/>
            <w:vMerge/>
          </w:tcPr>
          <w:p w14:paraId="72E0876D" w14:textId="77777777" w:rsidR="00486565" w:rsidRPr="001241A0" w:rsidRDefault="00486565" w:rsidP="006B7FD5"/>
        </w:tc>
        <w:tc>
          <w:tcPr>
            <w:tcW w:w="4818" w:type="dxa"/>
            <w:gridSpan w:val="2"/>
            <w:shd w:val="clear" w:color="auto" w:fill="F0F0F0"/>
          </w:tcPr>
          <w:p w14:paraId="2AB84993" w14:textId="77777777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</w:p>
          <w:p w14:paraId="30C18C99" w14:textId="06306EAB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Număr de înregistrare ……………………</w:t>
            </w:r>
          </w:p>
        </w:tc>
        <w:tc>
          <w:tcPr>
            <w:tcW w:w="3212" w:type="dxa"/>
            <w:shd w:val="clear" w:color="auto" w:fill="F0F0F0"/>
          </w:tcPr>
          <w:p w14:paraId="0C3B92A4" w14:textId="77777777" w:rsidR="00486565" w:rsidRPr="00F7400F" w:rsidRDefault="00486565" w:rsidP="006B7FD5">
            <w:pPr>
              <w:keepNext/>
              <w:rPr>
                <w:b/>
                <w:sz w:val="18"/>
                <w:szCs w:val="18"/>
              </w:rPr>
            </w:pPr>
          </w:p>
          <w:p w14:paraId="0445F12B" w14:textId="0B12373E" w:rsidR="00486565" w:rsidRPr="00F7400F" w:rsidRDefault="00486565" w:rsidP="006B7FD5">
            <w:pPr>
              <w:keepNext/>
              <w:rPr>
                <w:sz w:val="18"/>
                <w:szCs w:val="18"/>
              </w:rPr>
            </w:pPr>
            <w:r w:rsidRPr="00F7400F">
              <w:rPr>
                <w:b/>
                <w:sz w:val="18"/>
                <w:szCs w:val="18"/>
              </w:rPr>
              <w:t>Data ………………………</w:t>
            </w:r>
          </w:p>
        </w:tc>
      </w:tr>
      <w:tr w:rsidR="00486565" w:rsidRPr="001241A0" w14:paraId="228304F3" w14:textId="77777777" w:rsidTr="006B7FD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288BB38" w14:textId="77777777" w:rsidR="00486565" w:rsidRPr="001241A0" w:rsidRDefault="00486565" w:rsidP="006B7FD5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118016BF" w14:textId="77777777" w:rsidR="00BD4241" w:rsidRPr="00A256C2" w:rsidRDefault="00BD4241" w:rsidP="006562B8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 w:rsidP="006562B8">
      <w:pPr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C0F1F" w14:paraId="22A3CDB5" w14:textId="77777777" w:rsidTr="006B7FD5">
        <w:trPr>
          <w:cantSplit/>
        </w:trPr>
        <w:tc>
          <w:tcPr>
            <w:tcW w:w="9636" w:type="dxa"/>
            <w:shd w:val="clear" w:color="auto" w:fill="F4F4F4"/>
          </w:tcPr>
          <w:p w14:paraId="0A420AC5" w14:textId="77777777" w:rsidR="007C0F1F" w:rsidRDefault="007C0F1F" w:rsidP="006B7FD5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C0F1F" w:rsidRPr="0021562A" w14:paraId="787206F8" w14:textId="77777777" w:rsidTr="006B7FD5">
        <w:trPr>
          <w:cantSplit/>
          <w:trHeight w:val="510"/>
        </w:trPr>
        <w:tc>
          <w:tcPr>
            <w:tcW w:w="9636" w:type="dxa"/>
          </w:tcPr>
          <w:p w14:paraId="01175DB1" w14:textId="77777777" w:rsidR="007C0F1F" w:rsidRPr="002F5EAB" w:rsidRDefault="007C0F1F" w:rsidP="006B7FD5">
            <w:pPr>
              <w:keepNext/>
              <w:rPr>
                <w:b/>
                <w:color w:val="0D5F78"/>
                <w:sz w:val="28"/>
                <w:szCs w:val="28"/>
              </w:rPr>
            </w:pPr>
            <w:r w:rsidRPr="004516C3">
              <w:rPr>
                <w:b/>
                <w:sz w:val="28"/>
                <w:szCs w:val="28"/>
              </w:rPr>
              <w:t>Primăria Municipiului Drobeta Turnu Severin</w:t>
            </w:r>
          </w:p>
        </w:tc>
      </w:tr>
      <w:tr w:rsidR="007C0F1F" w:rsidRPr="0021562A" w14:paraId="2845DB8A" w14:textId="77777777" w:rsidTr="006B7FD5">
        <w:trPr>
          <w:cantSplit/>
        </w:trPr>
        <w:tc>
          <w:tcPr>
            <w:tcW w:w="9636" w:type="dxa"/>
            <w:shd w:val="clear" w:color="auto" w:fill="F4F4F4"/>
          </w:tcPr>
          <w:p w14:paraId="498256B9" w14:textId="77777777" w:rsidR="007C0F1F" w:rsidRPr="00E44906" w:rsidRDefault="007C0F1F" w:rsidP="006B7FD5">
            <w:pPr>
              <w:spacing w:line="228" w:lineRule="auto"/>
            </w:pPr>
            <w:r w:rsidRPr="00F801F2">
              <w:rPr>
                <w:lang w:val="fr-FR"/>
              </w:rPr>
              <w:t xml:space="preserve">Cererea va fi transmisă către primarul municipiului </w:t>
            </w:r>
            <w:r w:rsidRPr="00E44906">
              <w:rPr>
                <w:bCs/>
              </w:rPr>
              <w:t>Drobeta Turnu Severin</w:t>
            </w:r>
          </w:p>
        </w:tc>
      </w:tr>
    </w:tbl>
    <w:p w14:paraId="4A1A8C50" w14:textId="77777777" w:rsidR="00BD4241" w:rsidRDefault="00BD4241">
      <w:pPr>
        <w:spacing w:line="168" w:lineRule="auto"/>
        <w:rPr>
          <w:lang w:val="fr-FR"/>
        </w:rPr>
      </w:pPr>
    </w:p>
    <w:p w14:paraId="36237B68" w14:textId="77777777" w:rsidR="007C0F1F" w:rsidRPr="00A256C2" w:rsidRDefault="007C0F1F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585"/>
        <w:gridCol w:w="135"/>
        <w:gridCol w:w="668"/>
        <w:gridCol w:w="803"/>
        <w:gridCol w:w="689"/>
        <w:gridCol w:w="114"/>
        <w:gridCol w:w="606"/>
        <w:gridCol w:w="197"/>
        <w:gridCol w:w="1513"/>
        <w:gridCol w:w="1699"/>
      </w:tblGrid>
      <w:tr w:rsidR="00BD4241" w14:paraId="6254D53F" w14:textId="77777777" w:rsidTr="00BE3CEE">
        <w:trPr>
          <w:cantSplit/>
        </w:trPr>
        <w:tc>
          <w:tcPr>
            <w:tcW w:w="9637" w:type="dxa"/>
            <w:gridSpan w:val="12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 w:rsidTr="00BE3CEE">
        <w:trPr>
          <w:cantSplit/>
          <w:trHeight w:val="269"/>
        </w:trPr>
        <w:tc>
          <w:tcPr>
            <w:tcW w:w="5622" w:type="dxa"/>
            <w:gridSpan w:val="8"/>
          </w:tcPr>
          <w:p w14:paraId="576F2F53" w14:textId="77777777" w:rsidR="00BD4241" w:rsidRDefault="00000000">
            <w:pPr>
              <w:keepNext/>
              <w:rPr>
                <w:b/>
                <w:color w:val="0D5F78"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Nume și prenume</w:t>
            </w:r>
          </w:p>
          <w:p w14:paraId="06BA1AF7" w14:textId="656144BF" w:rsidR="00F65377" w:rsidRPr="008C1136" w:rsidRDefault="00F65377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4015" w:type="dxa"/>
            <w:gridSpan w:val="4"/>
          </w:tcPr>
          <w:p w14:paraId="6F17B983" w14:textId="03837662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CNP</w:t>
            </w:r>
          </w:p>
        </w:tc>
      </w:tr>
      <w:tr w:rsidR="00BD4241" w14:paraId="59B3BBBA" w14:textId="77777777" w:rsidTr="00BE3CEE">
        <w:trPr>
          <w:cantSplit/>
        </w:trPr>
        <w:tc>
          <w:tcPr>
            <w:tcW w:w="9637" w:type="dxa"/>
            <w:gridSpan w:val="12"/>
            <w:shd w:val="clear" w:color="auto" w:fill="F4F4F4"/>
          </w:tcPr>
          <w:p w14:paraId="0FD0D623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sz w:val="20"/>
                <w:szCs w:val="20"/>
              </w:rPr>
              <w:t xml:space="preserve"> Act de identitate</w:t>
            </w:r>
          </w:p>
        </w:tc>
      </w:tr>
      <w:tr w:rsidR="00BD4241" w14:paraId="642D4D2F" w14:textId="77777777" w:rsidTr="00163839">
        <w:trPr>
          <w:cantSplit/>
          <w:trHeight w:val="287"/>
        </w:trPr>
        <w:tc>
          <w:tcPr>
            <w:tcW w:w="1368" w:type="dxa"/>
          </w:tcPr>
          <w:p w14:paraId="2CE8C383" w14:textId="451C31EF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845" w:type="dxa"/>
            <w:gridSpan w:val="2"/>
          </w:tcPr>
          <w:p w14:paraId="5B4C6C87" w14:textId="23D53342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Numărul</w:t>
            </w:r>
          </w:p>
        </w:tc>
        <w:tc>
          <w:tcPr>
            <w:tcW w:w="4725" w:type="dxa"/>
            <w:gridSpan w:val="8"/>
          </w:tcPr>
          <w:p w14:paraId="0D7A84B1" w14:textId="008C5CEA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Eliberat de</w:t>
            </w:r>
          </w:p>
        </w:tc>
        <w:tc>
          <w:tcPr>
            <w:tcW w:w="1699" w:type="dxa"/>
          </w:tcPr>
          <w:p w14:paraId="4FED784F" w14:textId="65B483B0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BD4241" w14:paraId="71F40872" w14:textId="77777777" w:rsidTr="00BE3CEE">
        <w:trPr>
          <w:cantSplit/>
        </w:trPr>
        <w:tc>
          <w:tcPr>
            <w:tcW w:w="9637" w:type="dxa"/>
            <w:gridSpan w:val="12"/>
            <w:shd w:val="clear" w:color="auto" w:fill="F4F4F4"/>
          </w:tcPr>
          <w:p w14:paraId="38F6DFCA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sz w:val="20"/>
                <w:szCs w:val="20"/>
              </w:rPr>
              <w:t xml:space="preserve"> Domiciliul</w:t>
            </w:r>
          </w:p>
        </w:tc>
      </w:tr>
      <w:tr w:rsidR="00BD4241" w14:paraId="3933B7C8" w14:textId="77777777" w:rsidTr="00BE3CEE">
        <w:trPr>
          <w:cantSplit/>
          <w:trHeight w:val="510"/>
        </w:trPr>
        <w:tc>
          <w:tcPr>
            <w:tcW w:w="2628" w:type="dxa"/>
            <w:gridSpan w:val="2"/>
          </w:tcPr>
          <w:p w14:paraId="39F4E2DE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Județul</w:t>
            </w:r>
          </w:p>
          <w:p w14:paraId="02B03665" w14:textId="7E479C90" w:rsidR="00BD4241" w:rsidRPr="008C1136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3797" w:type="dxa"/>
            <w:gridSpan w:val="8"/>
          </w:tcPr>
          <w:p w14:paraId="3D2368B4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Municipiul / orașul / comuna</w:t>
            </w:r>
          </w:p>
          <w:p w14:paraId="12749B16" w14:textId="1C4E3521" w:rsidR="00BD4241" w:rsidRPr="008C1136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Satul / sectorul</w:t>
            </w:r>
          </w:p>
          <w:p w14:paraId="08E7A1B8" w14:textId="7F58ED5B" w:rsidR="00BD4241" w:rsidRPr="008C1136" w:rsidRDefault="00BD4241">
            <w:pPr>
              <w:keepNext/>
              <w:rPr>
                <w:b/>
                <w:sz w:val="20"/>
                <w:szCs w:val="20"/>
              </w:rPr>
            </w:pPr>
          </w:p>
        </w:tc>
      </w:tr>
      <w:tr w:rsidR="000E7E40" w14:paraId="207F9BCC" w14:textId="77777777" w:rsidTr="00163839">
        <w:trPr>
          <w:cantSplit/>
          <w:trHeight w:val="269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14:paraId="747EBF17" w14:textId="6E104E0A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Strada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14:paraId="5A2A999F" w14:textId="642CAD42" w:rsidR="000E7E40" w:rsidRPr="008C1136" w:rsidRDefault="00BE3CEE" w:rsidP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Nr.</w:t>
            </w:r>
          </w:p>
        </w:tc>
        <w:tc>
          <w:tcPr>
            <w:tcW w:w="668" w:type="dxa"/>
          </w:tcPr>
          <w:p w14:paraId="6DAB33F7" w14:textId="2632DBC4" w:rsidR="000E7E40" w:rsidRPr="008C1136" w:rsidRDefault="00BE3CEE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0E7E40" w:rsidRPr="008C1136">
              <w:rPr>
                <w:b/>
                <w:color w:val="0D5F78"/>
                <w:sz w:val="20"/>
                <w:szCs w:val="20"/>
              </w:rPr>
              <w:t>.</w:t>
            </w:r>
          </w:p>
        </w:tc>
        <w:tc>
          <w:tcPr>
            <w:tcW w:w="803" w:type="dxa"/>
          </w:tcPr>
          <w:p w14:paraId="743EF765" w14:textId="19BEEDA1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Sc.</w:t>
            </w:r>
          </w:p>
        </w:tc>
        <w:tc>
          <w:tcPr>
            <w:tcW w:w="689" w:type="dxa"/>
          </w:tcPr>
          <w:p w14:paraId="2BD410CD" w14:textId="721E9173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Et.</w:t>
            </w:r>
          </w:p>
        </w:tc>
        <w:tc>
          <w:tcPr>
            <w:tcW w:w="720" w:type="dxa"/>
            <w:gridSpan w:val="2"/>
          </w:tcPr>
          <w:p w14:paraId="5709B55A" w14:textId="647831E2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Ap.</w:t>
            </w:r>
          </w:p>
        </w:tc>
        <w:tc>
          <w:tcPr>
            <w:tcW w:w="1710" w:type="dxa"/>
            <w:gridSpan w:val="2"/>
          </w:tcPr>
          <w:p w14:paraId="68FE9CAC" w14:textId="4A9F832D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Cod poștal</w:t>
            </w:r>
          </w:p>
        </w:tc>
        <w:tc>
          <w:tcPr>
            <w:tcW w:w="1699" w:type="dxa"/>
          </w:tcPr>
          <w:p w14:paraId="017FD79F" w14:textId="7E8EE2CB" w:rsidR="000E7E40" w:rsidRPr="008C1136" w:rsidRDefault="000E7E4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Țara</w:t>
            </w:r>
          </w:p>
        </w:tc>
      </w:tr>
      <w:tr w:rsidR="00BD4241" w14:paraId="45AD70AC" w14:textId="77777777" w:rsidTr="00BE3CEE">
        <w:trPr>
          <w:cantSplit/>
        </w:trPr>
        <w:tc>
          <w:tcPr>
            <w:tcW w:w="9637" w:type="dxa"/>
            <w:gridSpan w:val="12"/>
            <w:shd w:val="clear" w:color="auto" w:fill="F4F4F4"/>
          </w:tcPr>
          <w:p w14:paraId="5A889AF4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sz w:val="20"/>
                <w:szCs w:val="20"/>
              </w:rPr>
              <w:t xml:space="preserve"> Date de contact</w:t>
            </w:r>
          </w:p>
        </w:tc>
      </w:tr>
      <w:tr w:rsidR="00BD4241" w14:paraId="0056C1DA" w14:textId="77777777" w:rsidTr="00BE3CEE">
        <w:trPr>
          <w:cantSplit/>
          <w:trHeight w:val="278"/>
        </w:trPr>
        <w:tc>
          <w:tcPr>
            <w:tcW w:w="4016" w:type="dxa"/>
            <w:gridSpan w:val="5"/>
          </w:tcPr>
          <w:p w14:paraId="061FE1EC" w14:textId="0BF2CA16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Telefon / fax</w:t>
            </w:r>
          </w:p>
        </w:tc>
        <w:tc>
          <w:tcPr>
            <w:tcW w:w="5621" w:type="dxa"/>
            <w:gridSpan w:val="7"/>
          </w:tcPr>
          <w:p w14:paraId="53EB2E29" w14:textId="5B0C8FBA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BD4241" w14:paraId="03BDA35B" w14:textId="77777777" w:rsidTr="00BE3CEE">
        <w:trPr>
          <w:cantSplit/>
        </w:trPr>
        <w:tc>
          <w:tcPr>
            <w:tcW w:w="9637" w:type="dxa"/>
            <w:gridSpan w:val="12"/>
            <w:shd w:val="clear" w:color="auto" w:fill="F4F4F4"/>
          </w:tcPr>
          <w:p w14:paraId="1B576B57" w14:textId="77777777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sz w:val="20"/>
                <w:szCs w:val="20"/>
              </w:rPr>
              <w:t xml:space="preserve"> Reprezentare</w:t>
            </w:r>
          </w:p>
        </w:tc>
      </w:tr>
      <w:tr w:rsidR="00BD4241" w14:paraId="652BC137" w14:textId="77777777" w:rsidTr="00BE3CEE">
        <w:trPr>
          <w:cantSplit/>
          <w:trHeight w:val="323"/>
        </w:trPr>
        <w:tc>
          <w:tcPr>
            <w:tcW w:w="6425" w:type="dxa"/>
            <w:gridSpan w:val="10"/>
          </w:tcPr>
          <w:p w14:paraId="6970A0EC" w14:textId="5F2DEA3D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În calitate de reprezentant a</w:t>
            </w:r>
            <w:r w:rsidR="00451939" w:rsidRPr="008C1136">
              <w:rPr>
                <w:b/>
                <w:color w:val="0D5F78"/>
                <w:sz w:val="20"/>
                <w:szCs w:val="20"/>
              </w:rPr>
              <w:t>l</w:t>
            </w:r>
          </w:p>
        </w:tc>
        <w:tc>
          <w:tcPr>
            <w:tcW w:w="3212" w:type="dxa"/>
            <w:gridSpan w:val="2"/>
          </w:tcPr>
          <w:p w14:paraId="793AF090" w14:textId="7F800431" w:rsidR="00BD4241" w:rsidRPr="008C1136" w:rsidRDefault="00000000">
            <w:pPr>
              <w:keepNext/>
              <w:rPr>
                <w:b/>
                <w:sz w:val="20"/>
                <w:szCs w:val="20"/>
              </w:rPr>
            </w:pPr>
            <w:r w:rsidRPr="008C1136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  <w:tr w:rsidR="00BD4241" w:rsidRPr="00917520" w14:paraId="53ABF932" w14:textId="77777777" w:rsidTr="00BE3CEE">
        <w:trPr>
          <w:cantSplit/>
        </w:trPr>
        <w:tc>
          <w:tcPr>
            <w:tcW w:w="9637" w:type="dxa"/>
            <w:gridSpan w:val="12"/>
          </w:tcPr>
          <w:p w14:paraId="5AA05364" w14:textId="77777777" w:rsidR="00BD4241" w:rsidRPr="008C1136" w:rsidRDefault="00000000">
            <w:pPr>
              <w:rPr>
                <w:sz w:val="20"/>
                <w:szCs w:val="20"/>
                <w:lang w:val="fr-FR"/>
              </w:rPr>
            </w:pPr>
            <w:r w:rsidRPr="008C1136">
              <w:rPr>
                <w:sz w:val="20"/>
                <w:szCs w:val="20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 w:rsidP="00066208">
      <w:pPr>
        <w:spacing w:before="80"/>
        <w:jc w:val="center"/>
        <w:rPr>
          <w:lang w:val="fr-FR"/>
        </w:rPr>
      </w:pPr>
      <w:proofErr w:type="gramStart"/>
      <w:r w:rsidRPr="00232B9E">
        <w:rPr>
          <w:sz w:val="18"/>
          <w:lang w:val="fr-FR"/>
        </w:rPr>
        <w:t>în</w:t>
      </w:r>
      <w:proofErr w:type="gramEnd"/>
      <w:r w:rsidRPr="00232B9E">
        <w:rPr>
          <w:sz w:val="18"/>
          <w:lang w:val="fr-FR"/>
        </w:rPr>
        <w:t xml:space="preserve"> conformitate cu prevederile Legii nr. 169/2026 privind Codul amenajării teritoriului, urbanismului și construcțiilor,</w:t>
      </w:r>
    </w:p>
    <w:p w14:paraId="55F72AB1" w14:textId="77777777" w:rsidR="00BD4241" w:rsidRPr="00232B9E" w:rsidRDefault="00000000" w:rsidP="00066208">
      <w:pPr>
        <w:spacing w:before="80"/>
        <w:jc w:val="center"/>
        <w:rPr>
          <w:lang w:val="fr-FR"/>
        </w:rPr>
      </w:pPr>
      <w:proofErr w:type="gramStart"/>
      <w:r w:rsidRPr="00232B9E">
        <w:rPr>
          <w:sz w:val="18"/>
          <w:lang w:val="fr-FR"/>
        </w:rPr>
        <w:t>solicit</w:t>
      </w:r>
      <w:proofErr w:type="gramEnd"/>
      <w:r w:rsidRPr="00232B9E">
        <w:rPr>
          <w:sz w:val="18"/>
          <w:lang w:val="fr-FR"/>
        </w:rPr>
        <w:t xml:space="preserve"> emiterea</w:t>
      </w:r>
    </w:p>
    <w:p w14:paraId="458BA7BA" w14:textId="77777777" w:rsidR="00917520" w:rsidRPr="00610C72" w:rsidRDefault="00000000" w:rsidP="00066208">
      <w:pPr>
        <w:jc w:val="center"/>
        <w:rPr>
          <w:b/>
          <w:sz w:val="24"/>
          <w:szCs w:val="24"/>
          <w:lang w:val="fr-FR"/>
        </w:rPr>
      </w:pPr>
      <w:r w:rsidRPr="00610C72">
        <w:rPr>
          <w:b/>
          <w:sz w:val="24"/>
          <w:szCs w:val="24"/>
          <w:lang w:val="fr-FR"/>
        </w:rPr>
        <w:t>CERTIFICATULUI DE URBANISM</w:t>
      </w:r>
    </w:p>
    <w:p w14:paraId="062DB540" w14:textId="00B1F188" w:rsidR="00BD4241" w:rsidRPr="00610C72" w:rsidRDefault="00000000" w:rsidP="00066208">
      <w:pPr>
        <w:jc w:val="center"/>
        <w:rPr>
          <w:b/>
          <w:sz w:val="24"/>
          <w:szCs w:val="24"/>
          <w:lang w:val="fr-FR"/>
        </w:rPr>
      </w:pPr>
      <w:r w:rsidRPr="00610C72">
        <w:rPr>
          <w:b/>
          <w:sz w:val="24"/>
          <w:szCs w:val="24"/>
          <w:lang w:val="fr-FR"/>
        </w:rPr>
        <w:t xml:space="preserve"> PENTRU</w:t>
      </w:r>
    </w:p>
    <w:p w14:paraId="44A1332E" w14:textId="12DABAD3" w:rsidR="00462384" w:rsidRPr="00610C72" w:rsidRDefault="00917520" w:rsidP="00066208">
      <w:pPr>
        <w:jc w:val="center"/>
        <w:rPr>
          <w:b/>
          <w:sz w:val="24"/>
          <w:szCs w:val="24"/>
          <w:lang w:val="fr-FR"/>
        </w:rPr>
      </w:pPr>
      <w:r w:rsidRPr="00610C72">
        <w:rPr>
          <w:rFonts w:ascii="Segoe UI Symbol" w:hAnsi="Segoe UI Symbol" w:cs="Segoe UI Symbol"/>
          <w:sz w:val="24"/>
          <w:szCs w:val="24"/>
          <w:lang w:val="fr-FR"/>
        </w:rPr>
        <w:t xml:space="preserve">☐ </w:t>
      </w:r>
      <w:r w:rsidR="00462384" w:rsidRPr="00610C72">
        <w:rPr>
          <w:b/>
          <w:sz w:val="24"/>
          <w:szCs w:val="24"/>
          <w:lang w:val="fr-FR"/>
        </w:rPr>
        <w:t xml:space="preserve">CONSTRUIRE / </w:t>
      </w:r>
      <w:r w:rsidRPr="00610C72">
        <w:rPr>
          <w:rFonts w:ascii="Segoe UI Symbol" w:hAnsi="Segoe UI Symbol" w:cs="Segoe UI Symbol"/>
          <w:sz w:val="24"/>
          <w:szCs w:val="24"/>
          <w:lang w:val="fr-FR"/>
        </w:rPr>
        <w:t xml:space="preserve">☐ </w:t>
      </w:r>
      <w:r w:rsidR="00462384" w:rsidRPr="00610C72">
        <w:rPr>
          <w:b/>
          <w:sz w:val="24"/>
          <w:szCs w:val="24"/>
          <w:lang w:val="fr-FR"/>
        </w:rPr>
        <w:t>DESFIINȚARE</w:t>
      </w:r>
    </w:p>
    <w:p w14:paraId="6BCF1DD1" w14:textId="1CB91F6C" w:rsidR="00A256C2" w:rsidRPr="00CC7AA6" w:rsidRDefault="00A256C2" w:rsidP="00066208">
      <w:pPr>
        <w:jc w:val="center"/>
        <w:rPr>
          <w:sz w:val="24"/>
          <w:szCs w:val="24"/>
          <w:lang w:val="fr-FR"/>
        </w:rPr>
      </w:pPr>
      <w:r w:rsidRPr="00CC7AA6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CC7AA6">
        <w:rPr>
          <w:sz w:val="24"/>
          <w:szCs w:val="24"/>
          <w:lang w:val="fr-FR"/>
        </w:rPr>
        <w:t xml:space="preserve"> pentru clădiri și </w:t>
      </w:r>
      <w:proofErr w:type="gramStart"/>
      <w:r w:rsidRPr="00CC7AA6">
        <w:rPr>
          <w:sz w:val="24"/>
          <w:szCs w:val="24"/>
          <w:lang w:val="fr-FR"/>
        </w:rPr>
        <w:t xml:space="preserve">amenajări  </w:t>
      </w:r>
      <w:r w:rsidR="00917520" w:rsidRPr="00CC7AA6">
        <w:rPr>
          <w:sz w:val="24"/>
          <w:szCs w:val="24"/>
          <w:lang w:val="fr-FR"/>
        </w:rPr>
        <w:t>/</w:t>
      </w:r>
      <w:proofErr w:type="gramEnd"/>
      <w:r w:rsidRPr="00CC7AA6">
        <w:rPr>
          <w:sz w:val="24"/>
          <w:szCs w:val="24"/>
          <w:lang w:val="fr-FR"/>
        </w:rPr>
        <w:t xml:space="preserve">   </w:t>
      </w:r>
      <w:r w:rsidR="00462384" w:rsidRPr="00CC7AA6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="00462384" w:rsidRPr="00CC7AA6">
        <w:rPr>
          <w:sz w:val="24"/>
          <w:szCs w:val="24"/>
          <w:lang w:val="fr-FR"/>
        </w:rPr>
        <w:t xml:space="preserve"> lucrări </w:t>
      </w:r>
      <w:proofErr w:type="gramStart"/>
      <w:r w:rsidR="00462384" w:rsidRPr="00CC7AA6">
        <w:rPr>
          <w:sz w:val="24"/>
          <w:szCs w:val="24"/>
          <w:lang w:val="fr-FR"/>
        </w:rPr>
        <w:t xml:space="preserve">inginerești  </w:t>
      </w:r>
      <w:r w:rsidR="00917520" w:rsidRPr="00CC7AA6">
        <w:rPr>
          <w:sz w:val="24"/>
          <w:szCs w:val="24"/>
          <w:lang w:val="fr-FR"/>
        </w:rPr>
        <w:t>/</w:t>
      </w:r>
      <w:proofErr w:type="gramEnd"/>
      <w:r w:rsidR="00462384" w:rsidRPr="00CC7AA6">
        <w:rPr>
          <w:sz w:val="24"/>
          <w:szCs w:val="24"/>
          <w:lang w:val="fr-FR"/>
        </w:rPr>
        <w:t xml:space="preserve">   </w:t>
      </w:r>
      <w:r w:rsidRPr="00CC7AA6">
        <w:rPr>
          <w:rFonts w:ascii="Segoe UI Symbol" w:hAnsi="Segoe UI Symbol" w:cs="Segoe UI Symbol"/>
          <w:sz w:val="24"/>
          <w:szCs w:val="24"/>
          <w:lang w:val="fr-FR"/>
        </w:rPr>
        <w:t>☐</w:t>
      </w:r>
      <w:r w:rsidRPr="00CC7AA6">
        <w:rPr>
          <w:sz w:val="24"/>
          <w:szCs w:val="24"/>
          <w:lang w:val="fr-FR"/>
        </w:rPr>
        <w:t xml:space="preserve"> pentru construc</w:t>
      </w:r>
      <w:r w:rsidRPr="00CC7AA6">
        <w:rPr>
          <w:rFonts w:cs="Times New Roman"/>
          <w:sz w:val="24"/>
          <w:szCs w:val="24"/>
          <w:lang w:val="fr-FR"/>
        </w:rPr>
        <w:t>ț</w:t>
      </w:r>
      <w:r w:rsidRPr="00CC7AA6">
        <w:rPr>
          <w:sz w:val="24"/>
          <w:szCs w:val="24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D046F8" w:rsidRDefault="00000000">
            <w:pPr>
              <w:keepNext/>
              <w:rPr>
                <w:sz w:val="20"/>
                <w:szCs w:val="20"/>
              </w:rPr>
            </w:pPr>
            <w:r w:rsidRPr="00D046F8">
              <w:rPr>
                <w:sz w:val="20"/>
                <w:szCs w:val="20"/>
                <w:lang w:val="fr-FR"/>
              </w:rPr>
              <w:t xml:space="preserve"> </w:t>
            </w:r>
            <w:r w:rsidRPr="00D046F8">
              <w:rPr>
                <w:sz w:val="20"/>
                <w:szCs w:val="20"/>
              </w:rPr>
              <w:t xml:space="preserve">în </w:t>
            </w:r>
            <w:r w:rsidR="00A256C2" w:rsidRPr="00D046F8">
              <w:rPr>
                <w:sz w:val="20"/>
                <w:szCs w:val="20"/>
              </w:rPr>
              <w:t>vederea realizării obiectivului de investiții</w:t>
            </w:r>
            <w:r w:rsidRPr="00D046F8">
              <w:rPr>
                <w:sz w:val="20"/>
                <w:szCs w:val="20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0B54D5C1" w14:textId="718DB909" w:rsidR="00BD4241" w:rsidRPr="00D046F8" w:rsidRDefault="00BD4241">
            <w:pPr>
              <w:pBdr>
                <w:bottom w:val="dotted" w:sz="6" w:space="0" w:color="999999"/>
              </w:pBdr>
              <w:spacing w:after="80"/>
              <w:rPr>
                <w:b/>
                <w:bCs/>
                <w:sz w:val="20"/>
                <w:szCs w:val="20"/>
              </w:rPr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62"/>
        <w:gridCol w:w="2610"/>
        <w:gridCol w:w="1546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6"/>
          </w:tcPr>
          <w:p w14:paraId="055B5A5F" w14:textId="77777777" w:rsidR="00BD4241" w:rsidRPr="00D046F8" w:rsidRDefault="00000000">
            <w:pPr>
              <w:keepNext/>
              <w:rPr>
                <w:sz w:val="20"/>
                <w:szCs w:val="20"/>
              </w:rPr>
            </w:pPr>
            <w:r w:rsidRPr="00D046F8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BD4241" w14:paraId="4648DBC2" w14:textId="77777777" w:rsidTr="008B4100">
        <w:trPr>
          <w:cantSplit/>
          <w:trHeight w:val="510"/>
        </w:trPr>
        <w:tc>
          <w:tcPr>
            <w:tcW w:w="2268" w:type="dxa"/>
            <w:gridSpan w:val="2"/>
          </w:tcPr>
          <w:p w14:paraId="3DDB2402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Județ</w:t>
            </w:r>
          </w:p>
          <w:p w14:paraId="1B01471E" w14:textId="1B17797D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4156" w:type="dxa"/>
            <w:gridSpan w:val="2"/>
          </w:tcPr>
          <w:p w14:paraId="1B1218BA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Municipiu / oraș / comună</w:t>
            </w:r>
          </w:p>
          <w:p w14:paraId="204B4E58" w14:textId="6E9C6C6D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7568887B" w14:textId="0FDBF71A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0DE8BF00" w14:textId="77777777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34F4235D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14FD81C0" w14:textId="01F87E66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</w:tcPr>
          <w:p w14:paraId="5C6769DB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Nr.</w:t>
            </w:r>
          </w:p>
          <w:p w14:paraId="0654DEDD" w14:textId="3515B8A4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00F671C5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09774FDD" w14:textId="56477EE5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</w:tr>
      <w:tr w:rsidR="00BD4241" w14:paraId="06DC80B1" w14:textId="77777777" w:rsidTr="00342689">
        <w:trPr>
          <w:cantSplit/>
          <w:trHeight w:val="510"/>
        </w:trPr>
        <w:tc>
          <w:tcPr>
            <w:tcW w:w="4878" w:type="dxa"/>
            <w:gridSpan w:val="3"/>
          </w:tcPr>
          <w:p w14:paraId="3A6DE5B1" w14:textId="77777777" w:rsidR="00BD4241" w:rsidRPr="00D046F8" w:rsidRDefault="00000000">
            <w:pPr>
              <w:keepNext/>
              <w:rPr>
                <w:b/>
                <w:sz w:val="20"/>
                <w:szCs w:val="20"/>
                <w:lang w:val="fr-FR"/>
              </w:rPr>
            </w:pPr>
            <w:r w:rsidRPr="00D046F8">
              <w:rPr>
                <w:b/>
                <w:color w:val="0D5F78"/>
                <w:sz w:val="20"/>
                <w:szCs w:val="20"/>
                <w:lang w:val="fr-FR"/>
              </w:rPr>
              <w:t>Număr cadastral/ele</w:t>
            </w:r>
          </w:p>
          <w:p w14:paraId="2A482E4D" w14:textId="1D593E27" w:rsidR="00BD4241" w:rsidRPr="00D046F8" w:rsidRDefault="00BD4241" w:rsidP="00C01446">
            <w:pPr>
              <w:keepNext/>
              <w:rPr>
                <w:b/>
                <w:sz w:val="20"/>
                <w:szCs w:val="20"/>
                <w:lang w:val="fr-FR"/>
              </w:rPr>
            </w:pPr>
          </w:p>
        </w:tc>
        <w:tc>
          <w:tcPr>
            <w:tcW w:w="4758" w:type="dxa"/>
            <w:gridSpan w:val="3"/>
          </w:tcPr>
          <w:p w14:paraId="2E25001D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Carte funciară nr.</w:t>
            </w:r>
          </w:p>
          <w:p w14:paraId="5C821E97" w14:textId="65C565C9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</w:tr>
      <w:tr w:rsidR="00BD4241" w14:paraId="3BF4AAB7" w14:textId="77777777" w:rsidTr="00342689">
        <w:trPr>
          <w:cantSplit/>
          <w:trHeight w:val="510"/>
        </w:trPr>
        <w:tc>
          <w:tcPr>
            <w:tcW w:w="4878" w:type="dxa"/>
            <w:gridSpan w:val="3"/>
          </w:tcPr>
          <w:p w14:paraId="5441C71D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Suprafața terenului (m²)</w:t>
            </w:r>
          </w:p>
          <w:p w14:paraId="7A8081F1" w14:textId="03B22F18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  <w:tc>
          <w:tcPr>
            <w:tcW w:w="4758" w:type="dxa"/>
            <w:gridSpan w:val="3"/>
          </w:tcPr>
          <w:p w14:paraId="2F05F5A9" w14:textId="77777777" w:rsidR="00BD4241" w:rsidRPr="00D046F8" w:rsidRDefault="00000000">
            <w:pPr>
              <w:keepNext/>
              <w:rPr>
                <w:b/>
                <w:sz w:val="20"/>
                <w:szCs w:val="20"/>
              </w:rPr>
            </w:pPr>
            <w:r w:rsidRPr="00D046F8">
              <w:rPr>
                <w:b/>
                <w:color w:val="0D5F78"/>
                <w:sz w:val="20"/>
                <w:szCs w:val="20"/>
              </w:rPr>
              <w:t>Suprafața construcției (m²)</w:t>
            </w:r>
          </w:p>
          <w:p w14:paraId="12AE18A8" w14:textId="60DEC774" w:rsidR="00BD4241" w:rsidRPr="00D046F8" w:rsidRDefault="00BD4241">
            <w:pPr>
              <w:keepNext/>
              <w:rPr>
                <w:b/>
                <w:sz w:val="20"/>
                <w:szCs w:val="20"/>
              </w:rPr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7308F7" w:rsidRDefault="0000000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</w:t>
            </w:r>
            <w:r w:rsidRPr="007308F7">
              <w:rPr>
                <w:b/>
                <w:bCs/>
                <w:sz w:val="20"/>
                <w:szCs w:val="20"/>
                <w:lang w:val="fr-FR"/>
              </w:rPr>
              <w:t>A · Lucrări de construcții noi</w:t>
            </w:r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7308F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7308F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="00917520" w:rsidRPr="007308F7">
              <w:rPr>
                <w:sz w:val="20"/>
                <w:szCs w:val="20"/>
                <w:lang w:val="fr-FR"/>
              </w:rPr>
              <w:t>r</w:t>
            </w:r>
            <w:r w:rsidRPr="007308F7">
              <w:rPr>
                <w:sz w:val="20"/>
                <w:szCs w:val="20"/>
                <w:lang w:val="fr-FR"/>
              </w:rPr>
              <w:t>ealizate</w:t>
            </w:r>
            <w:proofErr w:type="gramEnd"/>
            <w:r w:rsidR="00A256C2" w:rsidRPr="007308F7">
              <w:rPr>
                <w:sz w:val="20"/>
                <w:szCs w:val="20"/>
                <w:lang w:val="fr-FR"/>
              </w:rPr>
              <w:t xml:space="preserve"> (se va bifa, în masura în care sunt cunoscute solicitantului informațiile cu privire la amplasarea în zona de protecție/protejată) </w:t>
            </w:r>
            <w:r w:rsidRPr="007308F7">
              <w:rPr>
                <w:sz w:val="20"/>
                <w:szCs w:val="20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26B10C1" w14:textId="0B672331" w:rsidR="005E25BC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☐ în afara zonei de protecție a monumentelor     </w:t>
            </w:r>
            <w:r w:rsidR="00794660">
              <w:rPr>
                <w:sz w:val="20"/>
                <w:szCs w:val="20"/>
                <w:lang w:val="fr-FR"/>
              </w:rPr>
              <w:t xml:space="preserve">                  </w:t>
            </w:r>
            <w:r w:rsidRPr="007308F7">
              <w:rPr>
                <w:sz w:val="20"/>
                <w:szCs w:val="20"/>
                <w:lang w:val="fr-FR"/>
              </w:rPr>
              <w:t xml:space="preserve">☐ în zona de protecție a monumentelor     </w:t>
            </w:r>
          </w:p>
          <w:p w14:paraId="5607C8AA" w14:textId="77777777" w:rsidR="00794660" w:rsidRDefault="005E25BC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000000" w:rsidRPr="007308F7">
              <w:rPr>
                <w:sz w:val="20"/>
                <w:szCs w:val="20"/>
                <w:lang w:val="fr-FR"/>
              </w:rPr>
              <w:t xml:space="preserve">☐ în afara zonelor construite protejate     </w:t>
            </w:r>
            <w:r w:rsidR="00794660">
              <w:rPr>
                <w:sz w:val="20"/>
                <w:szCs w:val="20"/>
                <w:lang w:val="fr-FR"/>
              </w:rPr>
              <w:t xml:space="preserve">                              </w:t>
            </w:r>
            <w:r w:rsidR="00A256C2" w:rsidRPr="007308F7">
              <w:rPr>
                <w:sz w:val="20"/>
                <w:szCs w:val="20"/>
                <w:lang w:val="fr-FR"/>
              </w:rPr>
              <w:t xml:space="preserve">☐ în zone construite protejate                              </w:t>
            </w:r>
          </w:p>
          <w:p w14:paraId="7336BFFF" w14:textId="03AA0019" w:rsidR="00BD4241" w:rsidRPr="007308F7" w:rsidRDefault="00794660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A256C2" w:rsidRPr="007308F7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="00A256C2" w:rsidRPr="007308F7">
              <w:rPr>
                <w:sz w:val="20"/>
                <w:szCs w:val="20"/>
                <w:lang w:val="fr-FR"/>
              </w:rPr>
              <w:t xml:space="preserve"> nu sunt cunoscute solicitantului astfel de informații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78B3E323" w:rsidR="00917520" w:rsidRPr="007308F7" w:rsidRDefault="0000000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7308F7">
              <w:rPr>
                <w:b/>
                <w:bCs/>
                <w:sz w:val="20"/>
                <w:szCs w:val="20"/>
                <w:lang w:val="fr-FR"/>
              </w:rPr>
              <w:t xml:space="preserve"> B</w:t>
            </w:r>
            <w:r w:rsidR="00917520" w:rsidRPr="007308F7">
              <w:rPr>
                <w:b/>
                <w:bCs/>
                <w:sz w:val="20"/>
                <w:szCs w:val="20"/>
                <w:lang w:val="fr-FR"/>
              </w:rPr>
              <w:t>.</w:t>
            </w:r>
            <w:r w:rsidRPr="007308F7">
              <w:rPr>
                <w:b/>
                <w:bCs/>
                <w:sz w:val="20"/>
                <w:szCs w:val="20"/>
                <w:lang w:val="fr-FR"/>
              </w:rPr>
              <w:t xml:space="preserve"> ·</w:t>
            </w:r>
            <w:r w:rsidR="0052164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7308F7">
              <w:rPr>
                <w:b/>
                <w:bCs/>
                <w:sz w:val="20"/>
                <w:szCs w:val="20"/>
                <w:lang w:val="fr-FR"/>
              </w:rPr>
              <w:t>Intervenții asupra construcțiilor existente</w:t>
            </w:r>
            <w:r w:rsidR="00917520" w:rsidRPr="007308F7">
              <w:rPr>
                <w:b/>
                <w:bCs/>
                <w:sz w:val="20"/>
                <w:szCs w:val="20"/>
                <w:lang w:val="fr-FR"/>
              </w:rPr>
              <w:t xml:space="preserve"> realizate : </w:t>
            </w:r>
          </w:p>
          <w:p w14:paraId="749D5A7F" w14:textId="7913D592" w:rsidR="00BD4241" w:rsidRPr="007308F7" w:rsidRDefault="00917520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☐ </w:t>
            </w:r>
            <w:r w:rsidRPr="007308F7">
              <w:rPr>
                <w:b/>
                <w:bCs/>
                <w:sz w:val="20"/>
                <w:szCs w:val="20"/>
                <w:lang w:val="fr-FR"/>
              </w:rPr>
              <w:t xml:space="preserve">B.1. </w:t>
            </w:r>
            <w:proofErr w:type="gramStart"/>
            <w:r w:rsidRPr="007308F7">
              <w:rPr>
                <w:b/>
                <w:bCs/>
                <w:sz w:val="20"/>
                <w:szCs w:val="20"/>
                <w:lang w:val="fr-FR"/>
              </w:rPr>
              <w:t>la</w:t>
            </w:r>
            <w:proofErr w:type="gramEnd"/>
            <w:r w:rsidRPr="007308F7">
              <w:rPr>
                <w:b/>
                <w:bCs/>
                <w:sz w:val="20"/>
                <w:szCs w:val="20"/>
                <w:lang w:val="fr-FR"/>
              </w:rPr>
              <w:t xml:space="preserve">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23748BEF" w:rsidR="00BD4241" w:rsidRPr="007308F7" w:rsidRDefault="00000000">
            <w:pPr>
              <w:keepNext/>
              <w:rPr>
                <w:b/>
                <w:bCs/>
                <w:sz w:val="20"/>
                <w:szCs w:val="20"/>
              </w:rPr>
            </w:pPr>
            <w:r w:rsidRPr="007308F7">
              <w:rPr>
                <w:sz w:val="20"/>
                <w:szCs w:val="20"/>
              </w:rPr>
              <w:t xml:space="preserve"> </w:t>
            </w:r>
            <w:r w:rsidR="00917520" w:rsidRPr="007308F7">
              <w:rPr>
                <w:sz w:val="20"/>
                <w:szCs w:val="20"/>
                <w:lang w:val="fr-FR"/>
              </w:rPr>
              <w:t xml:space="preserve">☐ </w:t>
            </w:r>
            <w:r w:rsidRPr="007308F7">
              <w:rPr>
                <w:b/>
                <w:bCs/>
                <w:sz w:val="20"/>
                <w:szCs w:val="20"/>
              </w:rPr>
              <w:t>B.2</w:t>
            </w:r>
            <w:r w:rsidR="00917520" w:rsidRPr="007308F7">
              <w:rPr>
                <w:b/>
                <w:bCs/>
                <w:sz w:val="20"/>
                <w:szCs w:val="20"/>
              </w:rPr>
              <w:t>.</w:t>
            </w:r>
            <w:r w:rsidR="009F6960">
              <w:rPr>
                <w:b/>
                <w:bCs/>
                <w:sz w:val="20"/>
                <w:szCs w:val="20"/>
              </w:rPr>
              <w:t xml:space="preserve"> </w:t>
            </w:r>
            <w:r w:rsidRPr="007308F7">
              <w:rPr>
                <w:b/>
                <w:bCs/>
                <w:sz w:val="20"/>
                <w:szCs w:val="20"/>
              </w:rPr>
              <w:t>l</w:t>
            </w:r>
            <w:r w:rsidR="00917520" w:rsidRPr="007308F7">
              <w:rPr>
                <w:b/>
                <w:bCs/>
                <w:sz w:val="20"/>
                <w:szCs w:val="20"/>
              </w:rPr>
              <w:t>a construcții</w:t>
            </w:r>
            <w:r w:rsidRPr="007308F7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7308F7" w:rsidRDefault="00000000">
            <w:pPr>
              <w:keepNext/>
              <w:rPr>
                <w:sz w:val="20"/>
                <w:szCs w:val="20"/>
              </w:rPr>
            </w:pPr>
            <w:r w:rsidRPr="007308F7">
              <w:rPr>
                <w:sz w:val="20"/>
                <w:szCs w:val="20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7308F7" w:rsidRDefault="00000000">
            <w:pPr>
              <w:keepNext/>
              <w:rPr>
                <w:sz w:val="20"/>
                <w:szCs w:val="20"/>
              </w:rPr>
            </w:pPr>
            <w:r w:rsidRPr="007308F7">
              <w:rPr>
                <w:sz w:val="20"/>
                <w:szCs w:val="20"/>
              </w:rPr>
              <w:t>☐ aflate în zona de protecție a monumentelor istorice</w:t>
            </w:r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7308F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aflate în zone construite protejate, stabilite potrivit legii</w:t>
            </w:r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7308F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7308F7" w:rsidRDefault="00917520">
            <w:pPr>
              <w:keepNext/>
              <w:rPr>
                <w:sz w:val="20"/>
                <w:szCs w:val="20"/>
                <w:lang w:val="fr-FR"/>
              </w:rPr>
            </w:pPr>
            <w:proofErr w:type="gramStart"/>
            <w:r w:rsidRPr="007308F7">
              <w:rPr>
                <w:b/>
                <w:bCs/>
                <w:sz w:val="20"/>
                <w:szCs w:val="20"/>
                <w:lang w:val="fr-FR"/>
              </w:rPr>
              <w:t>☐  B.3</w:t>
            </w:r>
            <w:proofErr w:type="gramEnd"/>
            <w:r w:rsidRPr="007308F7">
              <w:rPr>
                <w:b/>
                <w:bCs/>
                <w:sz w:val="20"/>
                <w:szCs w:val="20"/>
                <w:lang w:val="fr-FR"/>
              </w:rPr>
              <w:t xml:space="preserve"> · la clădiri / construcții cu caracter special</w:t>
            </w:r>
            <w:r w:rsidRPr="007308F7">
              <w:rPr>
                <w:sz w:val="20"/>
                <w:szCs w:val="20"/>
                <w:lang w:val="fr-FR"/>
              </w:rPr>
              <w:t xml:space="preserve">             ☐ altele decât cele stabilite la lit. B.2)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7308F7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</w:t>
            </w:r>
            <w:r w:rsidR="00917520" w:rsidRPr="007308F7">
              <w:rPr>
                <w:sz w:val="20"/>
                <w:szCs w:val="20"/>
                <w:lang w:val="fr-FR"/>
              </w:rPr>
              <w:t xml:space="preserve">                                                                                                ☐ din categoria celor stabilite la lit. B.2)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4448A1" w:rsidRDefault="00000000">
            <w:pPr>
              <w:keepNext/>
              <w:rPr>
                <w:b/>
                <w:bCs/>
                <w:sz w:val="20"/>
                <w:szCs w:val="20"/>
              </w:rPr>
            </w:pPr>
            <w:r w:rsidRPr="007308F7">
              <w:rPr>
                <w:sz w:val="20"/>
                <w:szCs w:val="20"/>
                <w:lang w:val="fr-FR"/>
              </w:rPr>
              <w:t xml:space="preserve"> </w:t>
            </w:r>
            <w:r w:rsidRPr="004448A1">
              <w:rPr>
                <w:b/>
                <w:bCs/>
                <w:sz w:val="20"/>
                <w:szCs w:val="20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76FB5DD9" w14:textId="51BE5FF7" w:rsidR="00D924FB" w:rsidRDefault="00000000">
            <w:pPr>
              <w:keepNext/>
              <w:rPr>
                <w:sz w:val="20"/>
                <w:szCs w:val="20"/>
              </w:rPr>
            </w:pPr>
            <w:r w:rsidRPr="007308F7">
              <w:rPr>
                <w:sz w:val="20"/>
                <w:szCs w:val="20"/>
              </w:rPr>
              <w:t xml:space="preserve"> ☐ amenajări civile </w:t>
            </w:r>
            <w:r w:rsidR="00EA4E3A">
              <w:rPr>
                <w:sz w:val="20"/>
                <w:szCs w:val="20"/>
              </w:rPr>
              <w:t xml:space="preserve">  </w:t>
            </w:r>
            <w:r w:rsidRPr="007308F7">
              <w:rPr>
                <w:sz w:val="20"/>
                <w:szCs w:val="20"/>
              </w:rPr>
              <w:t xml:space="preserve">    </w:t>
            </w:r>
            <w:r w:rsidR="00EA4E3A">
              <w:rPr>
                <w:sz w:val="20"/>
                <w:szCs w:val="20"/>
              </w:rPr>
              <w:t xml:space="preserve">    </w:t>
            </w:r>
            <w:r w:rsidRPr="007308F7">
              <w:rPr>
                <w:sz w:val="20"/>
                <w:szCs w:val="20"/>
              </w:rPr>
              <w:t xml:space="preserve">☐ amenajări și îmbunătățiri funciare     </w:t>
            </w:r>
            <w:r w:rsidR="00EA4E3A">
              <w:rPr>
                <w:sz w:val="20"/>
                <w:szCs w:val="20"/>
              </w:rPr>
              <w:t xml:space="preserve">       </w:t>
            </w:r>
            <w:r w:rsidRPr="007308F7">
              <w:rPr>
                <w:sz w:val="20"/>
                <w:szCs w:val="20"/>
              </w:rPr>
              <w:t xml:space="preserve">☐ construcții provizorii / cu caracter temporar     </w:t>
            </w:r>
          </w:p>
          <w:p w14:paraId="20C7EBC0" w14:textId="7636D164" w:rsidR="00D924FB" w:rsidRDefault="00D924F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00000" w:rsidRPr="007308F7">
              <w:rPr>
                <w:sz w:val="20"/>
                <w:szCs w:val="20"/>
              </w:rPr>
              <w:t xml:space="preserve">☐ cercetarea / prospectarea terenurilor, foraje, excavări     </w:t>
            </w:r>
            <w:r w:rsidR="00B279FB">
              <w:rPr>
                <w:sz w:val="20"/>
                <w:szCs w:val="20"/>
              </w:rPr>
              <w:t xml:space="preserve">     </w:t>
            </w:r>
            <w:r w:rsidR="00EA4E3A">
              <w:rPr>
                <w:sz w:val="20"/>
                <w:szCs w:val="20"/>
              </w:rPr>
              <w:t xml:space="preserve">             </w:t>
            </w:r>
            <w:r w:rsidR="00000000" w:rsidRPr="007308F7">
              <w:rPr>
                <w:sz w:val="20"/>
                <w:szCs w:val="20"/>
              </w:rPr>
              <w:t xml:space="preserve">☐ cercetări pentru zăcăminte naturale     </w:t>
            </w:r>
          </w:p>
          <w:p w14:paraId="4CFD8584" w14:textId="35798EBB" w:rsidR="00BD4241" w:rsidRPr="007308F7" w:rsidRDefault="00D924F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00000" w:rsidRPr="007308F7">
              <w:rPr>
                <w:sz w:val="20"/>
                <w:szCs w:val="20"/>
              </w:rPr>
              <w:t xml:space="preserve">☐ spații verzi, plantate   </w:t>
            </w:r>
            <w:r w:rsidR="00B279FB">
              <w:rPr>
                <w:sz w:val="20"/>
                <w:szCs w:val="20"/>
              </w:rPr>
              <w:t xml:space="preserve"> </w:t>
            </w:r>
            <w:r w:rsidR="00000000" w:rsidRPr="007308F7">
              <w:rPr>
                <w:sz w:val="20"/>
                <w:szCs w:val="20"/>
              </w:rPr>
              <w:t xml:space="preserve">☐ spații publice     </w:t>
            </w:r>
            <w:r w:rsidR="00B279FB">
              <w:rPr>
                <w:sz w:val="20"/>
                <w:szCs w:val="20"/>
              </w:rPr>
              <w:t xml:space="preserve">    </w:t>
            </w:r>
            <w:r w:rsidR="00EA4E3A">
              <w:rPr>
                <w:sz w:val="20"/>
                <w:szCs w:val="20"/>
              </w:rPr>
              <w:t xml:space="preserve">                                    </w:t>
            </w:r>
            <w:r w:rsidR="00000000" w:rsidRPr="007308F7">
              <w:rPr>
                <w:sz w:val="20"/>
                <w:szCs w:val="20"/>
              </w:rPr>
              <w:t>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4448A1" w:rsidRDefault="00000000">
            <w:pPr>
              <w:keepNext/>
              <w:rPr>
                <w:b/>
                <w:bCs/>
                <w:sz w:val="20"/>
                <w:szCs w:val="20"/>
              </w:rPr>
            </w:pPr>
            <w:r w:rsidRPr="007308F7">
              <w:rPr>
                <w:sz w:val="20"/>
                <w:szCs w:val="20"/>
              </w:rPr>
              <w:t xml:space="preserve"> </w:t>
            </w:r>
            <w:r w:rsidRPr="004448A1">
              <w:rPr>
                <w:b/>
                <w:bCs/>
                <w:sz w:val="20"/>
                <w:szCs w:val="20"/>
              </w:rPr>
              <w:t>D · Lucrări inginerești</w:t>
            </w:r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infrastructură de transport</w:t>
            </w:r>
          </w:p>
          <w:p w14:paraId="05C62BB3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infrastructură energetică</w:t>
            </w:r>
          </w:p>
          <w:p w14:paraId="1E87347E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rețele de comunicații electronice</w:t>
            </w:r>
          </w:p>
          <w:p w14:paraId="43F594AA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gospodărirea apelor</w:t>
            </w:r>
          </w:p>
          <w:p w14:paraId="3F55129D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hidrotehnice</w:t>
            </w:r>
          </w:p>
          <w:p w14:paraId="3DB7F2E4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miniere</w:t>
            </w:r>
          </w:p>
          <w:p w14:paraId="54EDF735" w14:textId="77777777" w:rsidR="00BD4241" w:rsidRPr="007308F7" w:rsidRDefault="00000000">
            <w:pPr>
              <w:rPr>
                <w:sz w:val="20"/>
                <w:szCs w:val="20"/>
                <w:lang w:val="fr-FR"/>
              </w:rPr>
            </w:pPr>
            <w:r w:rsidRPr="007308F7">
              <w:rPr>
                <w:sz w:val="20"/>
                <w:szCs w:val="20"/>
                <w:lang w:val="fr-FR"/>
              </w:rPr>
              <w:t>☐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Pr="00624018" w:rsidRDefault="00000000">
            <w:pPr>
              <w:rPr>
                <w:sz w:val="20"/>
                <w:szCs w:val="20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624018">
              <w:rPr>
                <w:sz w:val="20"/>
                <w:szCs w:val="20"/>
                <w:lang w:val="fr-FR"/>
              </w:rPr>
              <w:t xml:space="preserve">☐ extras de carte funciară actualizat     </w:t>
            </w:r>
          </w:p>
          <w:p w14:paraId="0D86EE92" w14:textId="62B10523" w:rsidR="00A256C2" w:rsidRPr="00624018" w:rsidRDefault="00200AB0">
            <w:pPr>
              <w:rPr>
                <w:sz w:val="20"/>
                <w:szCs w:val="20"/>
                <w:lang w:val="fr-FR"/>
              </w:rPr>
            </w:pPr>
            <w:r w:rsidRPr="00624018">
              <w:rPr>
                <w:sz w:val="20"/>
                <w:szCs w:val="20"/>
                <w:lang w:val="fr-FR"/>
              </w:rPr>
              <w:t xml:space="preserve"> ☐ plan de situație propus, cu amprenta </w:t>
            </w:r>
            <w:proofErr w:type="gramStart"/>
            <w:r w:rsidRPr="00624018">
              <w:rPr>
                <w:sz w:val="20"/>
                <w:szCs w:val="20"/>
                <w:lang w:val="fr-FR"/>
              </w:rPr>
              <w:t>la sol</w:t>
            </w:r>
            <w:proofErr w:type="gramEnd"/>
            <w:r w:rsidRPr="00624018">
              <w:rPr>
                <w:sz w:val="20"/>
                <w:szCs w:val="20"/>
                <w:lang w:val="fr-FR"/>
              </w:rPr>
              <w:t xml:space="preserve"> a corpurilor</w:t>
            </w:r>
            <w:r w:rsidR="00A256C2" w:rsidRPr="00624018">
              <w:rPr>
                <w:sz w:val="20"/>
                <w:szCs w:val="20"/>
                <w:lang w:val="fr-FR"/>
              </w:rPr>
              <w:t xml:space="preserve"> de clădire</w:t>
            </w:r>
            <w:r w:rsidRPr="00624018">
              <w:rPr>
                <w:sz w:val="20"/>
                <w:szCs w:val="20"/>
                <w:lang w:val="fr-FR"/>
              </w:rPr>
              <w:t xml:space="preserve"> propuse spre construire /desființare / extindere</w:t>
            </w:r>
            <w:r w:rsidR="00A256C2" w:rsidRPr="00624018">
              <w:rPr>
                <w:sz w:val="20"/>
                <w:szCs w:val="20"/>
                <w:lang w:val="fr-FR"/>
              </w:rPr>
              <w:t xml:space="preserve"> </w:t>
            </w:r>
            <w:r w:rsidRPr="00624018">
              <w:rPr>
                <w:sz w:val="20"/>
                <w:szCs w:val="20"/>
                <w:lang w:val="fr-FR"/>
              </w:rPr>
              <w:t xml:space="preserve">    </w:t>
            </w:r>
          </w:p>
          <w:p w14:paraId="562F2E7E" w14:textId="77777777" w:rsidR="00B2270A" w:rsidRDefault="00A256C2">
            <w:pPr>
              <w:rPr>
                <w:sz w:val="20"/>
                <w:szCs w:val="20"/>
                <w:lang w:val="fr-FR"/>
              </w:rPr>
            </w:pPr>
            <w:r w:rsidRPr="00624018">
              <w:rPr>
                <w:sz w:val="20"/>
                <w:szCs w:val="20"/>
                <w:lang w:val="fr-FR"/>
              </w:rPr>
              <w:t xml:space="preserve"> ☐ plan de încadrare în zonă</w:t>
            </w:r>
            <w:r w:rsidR="00745F29" w:rsidRPr="00624018">
              <w:rPr>
                <w:sz w:val="20"/>
                <w:szCs w:val="20"/>
                <w:lang w:val="fr-FR"/>
              </w:rPr>
              <w:t xml:space="preserve"> în sistem Stereo 70</w:t>
            </w:r>
            <w:r w:rsidRPr="00624018">
              <w:rPr>
                <w:sz w:val="20"/>
                <w:szCs w:val="20"/>
                <w:lang w:val="fr-FR"/>
              </w:rPr>
              <w:t xml:space="preserve">     </w:t>
            </w:r>
          </w:p>
          <w:p w14:paraId="0128BAC6" w14:textId="05C9DEBB" w:rsidR="00B2270A" w:rsidRDefault="00B2270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A256C2" w:rsidRPr="00624018">
              <w:rPr>
                <w:sz w:val="20"/>
                <w:szCs w:val="20"/>
                <w:lang w:val="fr-FR"/>
              </w:rPr>
              <w:t xml:space="preserve">☐ descrierea succintă a investiției     </w:t>
            </w:r>
          </w:p>
          <w:p w14:paraId="19AB48A6" w14:textId="1291FDFF" w:rsidR="00BD4241" w:rsidRPr="00232B9E" w:rsidRDefault="00B2270A">
            <w:pPr>
              <w:rPr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A256C2" w:rsidRPr="00624018">
              <w:rPr>
                <w:sz w:val="20"/>
                <w:szCs w:val="20"/>
                <w:lang w:val="fr-FR"/>
              </w:rPr>
              <w:t>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18D5920" w:rsidR="00BD4241" w:rsidRPr="00624018" w:rsidRDefault="00000000">
            <w:pPr>
              <w:rPr>
                <w:sz w:val="20"/>
                <w:szCs w:val="20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624018">
              <w:rPr>
                <w:sz w:val="20"/>
                <w:szCs w:val="20"/>
                <w:lang w:val="fr-FR"/>
              </w:rPr>
              <w:t xml:space="preserve">☐ în format scris, prin poștă     </w:t>
            </w:r>
            <w:r w:rsidR="00DB655A">
              <w:rPr>
                <w:sz w:val="20"/>
                <w:szCs w:val="20"/>
                <w:lang w:val="fr-FR"/>
              </w:rPr>
              <w:t xml:space="preserve"> </w:t>
            </w:r>
            <w:r w:rsidRPr="00624018">
              <w:rPr>
                <w:sz w:val="20"/>
                <w:szCs w:val="20"/>
                <w:lang w:val="fr-FR"/>
              </w:rPr>
              <w:t xml:space="preserve">☐ în format digital, la adresa </w:t>
            </w:r>
            <w:proofErr w:type="gramStart"/>
            <w:r w:rsidRPr="00624018">
              <w:rPr>
                <w:sz w:val="20"/>
                <w:szCs w:val="20"/>
                <w:lang w:val="fr-FR"/>
              </w:rPr>
              <w:t>de e-mail</w:t>
            </w:r>
            <w:proofErr w:type="gramEnd"/>
            <w:r w:rsidRPr="00624018">
              <w:rPr>
                <w:sz w:val="20"/>
                <w:szCs w:val="20"/>
                <w:lang w:val="fr-FR"/>
              </w:rPr>
              <w:t xml:space="preserve">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2F6F63" w:rsidRDefault="00000000" w:rsidP="002F6F63">
            <w:pPr>
              <w:jc w:val="center"/>
              <w:rPr>
                <w:sz w:val="20"/>
                <w:szCs w:val="20"/>
              </w:rPr>
            </w:pPr>
            <w:r w:rsidRPr="002F6F63">
              <w:rPr>
                <w:b/>
                <w:color w:val="0D5F78"/>
                <w:sz w:val="20"/>
                <w:szCs w:val="20"/>
              </w:rPr>
              <w:t>Data</w:t>
            </w:r>
          </w:p>
          <w:p w14:paraId="0640A92C" w14:textId="3FC68DCE" w:rsidR="00BD4241" w:rsidRPr="002F6F63" w:rsidRDefault="00BD4241" w:rsidP="002F6F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8" w:type="dxa"/>
          </w:tcPr>
          <w:p w14:paraId="79A6A644" w14:textId="77777777" w:rsidR="00BD4241" w:rsidRPr="002F6F63" w:rsidRDefault="00000000" w:rsidP="002F6F63">
            <w:pPr>
              <w:jc w:val="center"/>
              <w:rPr>
                <w:sz w:val="20"/>
                <w:szCs w:val="20"/>
              </w:rPr>
            </w:pPr>
            <w:r w:rsidRPr="002F6F63">
              <w:rPr>
                <w:b/>
                <w:color w:val="0D5F78"/>
                <w:sz w:val="20"/>
                <w:szCs w:val="20"/>
              </w:rPr>
              <w:t>Solicitantul</w:t>
            </w:r>
          </w:p>
          <w:p w14:paraId="09458222" w14:textId="199D39FE" w:rsidR="00BD4241" w:rsidRPr="002F6F63" w:rsidRDefault="00BD4241" w:rsidP="002F6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A9DF68B" w14:textId="77777777" w:rsidR="00BD4241" w:rsidRPr="002F6F63" w:rsidRDefault="00000000" w:rsidP="002F6F63">
            <w:pPr>
              <w:jc w:val="center"/>
              <w:rPr>
                <w:sz w:val="20"/>
                <w:szCs w:val="20"/>
              </w:rPr>
            </w:pPr>
            <w:r w:rsidRPr="002F6F63">
              <w:rPr>
                <w:b/>
                <w:color w:val="0D5F78"/>
                <w:sz w:val="20"/>
                <w:szCs w:val="20"/>
              </w:rPr>
              <w:t>Semnătura</w:t>
            </w:r>
          </w:p>
          <w:p w14:paraId="29080212" w14:textId="77777777" w:rsidR="00BD4241" w:rsidRPr="002F6F63" w:rsidRDefault="00BD4241" w:rsidP="002F6F6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6887" w14:textId="77777777" w:rsidR="007A0DE4" w:rsidRDefault="007A0DE4">
      <w:r>
        <w:separator/>
      </w:r>
    </w:p>
  </w:endnote>
  <w:endnote w:type="continuationSeparator" w:id="0">
    <w:p w14:paraId="6A1026BF" w14:textId="77777777" w:rsidR="007A0DE4" w:rsidRDefault="007A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C5907" w14:textId="77777777" w:rsidR="004F2762" w:rsidRDefault="004F2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B488" w14:textId="77777777" w:rsidR="004F2762" w:rsidRDefault="004F2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D2F9" w14:textId="77777777" w:rsidR="007A0DE4" w:rsidRDefault="007A0DE4">
      <w:r>
        <w:separator/>
      </w:r>
    </w:p>
  </w:footnote>
  <w:footnote w:type="continuationSeparator" w:id="0">
    <w:p w14:paraId="2C46FBE3" w14:textId="77777777" w:rsidR="007A0DE4" w:rsidRDefault="007A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5301" w14:textId="77777777" w:rsidR="004F2762" w:rsidRDefault="004F2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E76C" w14:textId="77777777" w:rsidR="004F2762" w:rsidRDefault="004F2762" w:rsidP="004F2762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2332F666" w14:textId="5375E259" w:rsidR="004F2762" w:rsidRPr="008829A2" w:rsidRDefault="004F2762" w:rsidP="004F2762">
    <w:pPr>
      <w:pStyle w:val="Header"/>
      <w:rPr>
        <w:b/>
        <w:bCs/>
        <w:color w:val="595959"/>
      </w:rPr>
    </w:pPr>
    <w:r>
      <w:rPr>
        <w:color w:val="595959"/>
      </w:rPr>
      <w:t>F_CU_04 · versiunea 1.0</w:t>
    </w:r>
  </w:p>
  <w:p w14:paraId="13C8C083" w14:textId="77777777" w:rsidR="004F2762" w:rsidRDefault="004F27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060F" w14:textId="77777777" w:rsidR="004F2762" w:rsidRDefault="004F2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208"/>
    <w:rsid w:val="000E7E40"/>
    <w:rsid w:val="001106C0"/>
    <w:rsid w:val="0011444F"/>
    <w:rsid w:val="001179A8"/>
    <w:rsid w:val="00127827"/>
    <w:rsid w:val="0015074B"/>
    <w:rsid w:val="00152E48"/>
    <w:rsid w:val="00163839"/>
    <w:rsid w:val="00200AB0"/>
    <w:rsid w:val="00214761"/>
    <w:rsid w:val="00232B9E"/>
    <w:rsid w:val="00250102"/>
    <w:rsid w:val="0029639D"/>
    <w:rsid w:val="002D3732"/>
    <w:rsid w:val="002F6F63"/>
    <w:rsid w:val="002F77E3"/>
    <w:rsid w:val="00326F90"/>
    <w:rsid w:val="003373DB"/>
    <w:rsid w:val="00342689"/>
    <w:rsid w:val="003B59C7"/>
    <w:rsid w:val="004232B2"/>
    <w:rsid w:val="004408E8"/>
    <w:rsid w:val="004448A1"/>
    <w:rsid w:val="00451939"/>
    <w:rsid w:val="00462384"/>
    <w:rsid w:val="004640A8"/>
    <w:rsid w:val="00483BA1"/>
    <w:rsid w:val="00486565"/>
    <w:rsid w:val="004943EA"/>
    <w:rsid w:val="004F2762"/>
    <w:rsid w:val="0052164B"/>
    <w:rsid w:val="005353A0"/>
    <w:rsid w:val="00560441"/>
    <w:rsid w:val="00562D76"/>
    <w:rsid w:val="0058648F"/>
    <w:rsid w:val="00590713"/>
    <w:rsid w:val="005E25BC"/>
    <w:rsid w:val="006109C1"/>
    <w:rsid w:val="00610C72"/>
    <w:rsid w:val="00624018"/>
    <w:rsid w:val="00656191"/>
    <w:rsid w:val="006562B8"/>
    <w:rsid w:val="006C103E"/>
    <w:rsid w:val="007121BE"/>
    <w:rsid w:val="00713C8C"/>
    <w:rsid w:val="00721A8B"/>
    <w:rsid w:val="00730035"/>
    <w:rsid w:val="007308F7"/>
    <w:rsid w:val="00745F29"/>
    <w:rsid w:val="00794660"/>
    <w:rsid w:val="007A0DE4"/>
    <w:rsid w:val="007A5BC9"/>
    <w:rsid w:val="007C0F1F"/>
    <w:rsid w:val="00823BCE"/>
    <w:rsid w:val="00850B64"/>
    <w:rsid w:val="00873D2B"/>
    <w:rsid w:val="008A4D17"/>
    <w:rsid w:val="008B4100"/>
    <w:rsid w:val="008C1136"/>
    <w:rsid w:val="00917520"/>
    <w:rsid w:val="009511F8"/>
    <w:rsid w:val="009A692F"/>
    <w:rsid w:val="009F6960"/>
    <w:rsid w:val="00A256C2"/>
    <w:rsid w:val="00A539F6"/>
    <w:rsid w:val="00AA1D8D"/>
    <w:rsid w:val="00AE1C19"/>
    <w:rsid w:val="00B2270A"/>
    <w:rsid w:val="00B279FB"/>
    <w:rsid w:val="00B47730"/>
    <w:rsid w:val="00B52A28"/>
    <w:rsid w:val="00B73ECA"/>
    <w:rsid w:val="00B9040B"/>
    <w:rsid w:val="00BB7D3C"/>
    <w:rsid w:val="00BD4241"/>
    <w:rsid w:val="00BE3CEE"/>
    <w:rsid w:val="00C01446"/>
    <w:rsid w:val="00C71E51"/>
    <w:rsid w:val="00C813FF"/>
    <w:rsid w:val="00CB0664"/>
    <w:rsid w:val="00CC7AA6"/>
    <w:rsid w:val="00D046F8"/>
    <w:rsid w:val="00D50DD0"/>
    <w:rsid w:val="00D82C0D"/>
    <w:rsid w:val="00D924FB"/>
    <w:rsid w:val="00DA5533"/>
    <w:rsid w:val="00DB655A"/>
    <w:rsid w:val="00DD217F"/>
    <w:rsid w:val="00E50B10"/>
    <w:rsid w:val="00E50E50"/>
    <w:rsid w:val="00E92E2A"/>
    <w:rsid w:val="00EA4E3A"/>
    <w:rsid w:val="00EB5809"/>
    <w:rsid w:val="00EF2877"/>
    <w:rsid w:val="00EF3C5F"/>
    <w:rsid w:val="00F65377"/>
    <w:rsid w:val="00F7078B"/>
    <w:rsid w:val="00F7400F"/>
    <w:rsid w:val="00FC693F"/>
    <w:rsid w:val="00FC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617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84</cp:revision>
  <dcterms:created xsi:type="dcterms:W3CDTF">2013-12-23T23:15:00Z</dcterms:created>
  <dcterms:modified xsi:type="dcterms:W3CDTF">2026-10-07T10:24:00Z</dcterms:modified>
  <cp:category/>
</cp:coreProperties>
</file>