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912"/>
        <w:gridCol w:w="1906"/>
        <w:gridCol w:w="3212"/>
      </w:tblGrid>
      <w:tr w:rsidR="00EB10EB" w14:paraId="6E6178E4" w14:textId="77777777" w:rsidTr="00611106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3C85A6" w14:textId="77777777" w:rsidR="00EB10EB" w:rsidRDefault="00EB10EB" w:rsidP="00611106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3EE06A87" wp14:editId="4263929C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CE013E9" w14:textId="77777777" w:rsidR="00EB10EB" w:rsidRDefault="00EB10EB" w:rsidP="00611106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7B68ACFB" w14:textId="77777777" w:rsidR="00EB10EB" w:rsidRPr="001F04DF" w:rsidRDefault="00EB10EB" w:rsidP="00611106">
            <w:pPr>
              <w:keepNext/>
              <w:rPr>
                <w:sz w:val="18"/>
                <w:szCs w:val="18"/>
              </w:rPr>
            </w:pPr>
          </w:p>
          <w:p w14:paraId="7CA20331" w14:textId="746A88F4" w:rsidR="00EB10EB" w:rsidRPr="00DC539A" w:rsidRDefault="00EB10EB" w:rsidP="00611106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1F04DF">
              <w:rPr>
                <w:b/>
                <w:sz w:val="18"/>
                <w:szCs w:val="18"/>
              </w:rPr>
              <w:t>Județul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Mehedin</w:t>
            </w:r>
            <w:r w:rsidRPr="001F04DF">
              <w:rPr>
                <w:b/>
                <w:sz w:val="18"/>
                <w:szCs w:val="18"/>
                <w:lang w:val="ro-RO"/>
              </w:rPr>
              <w:t>ți</w:t>
            </w:r>
          </w:p>
        </w:tc>
      </w:tr>
      <w:tr w:rsidR="00EB10EB" w14:paraId="2D6A1C27" w14:textId="77777777" w:rsidTr="00611106">
        <w:trPr>
          <w:cantSplit/>
          <w:trHeight w:val="510"/>
        </w:trPr>
        <w:tc>
          <w:tcPr>
            <w:tcW w:w="1606" w:type="dxa"/>
            <w:vMerge/>
          </w:tcPr>
          <w:p w14:paraId="2C67BA0A" w14:textId="77777777" w:rsidR="00EB10EB" w:rsidRDefault="00EB10EB" w:rsidP="00611106"/>
        </w:tc>
        <w:tc>
          <w:tcPr>
            <w:tcW w:w="8030" w:type="dxa"/>
            <w:gridSpan w:val="3"/>
            <w:shd w:val="clear" w:color="auto" w:fill="F0F0F0"/>
          </w:tcPr>
          <w:p w14:paraId="2258EB2D" w14:textId="77777777" w:rsidR="00EB10EB" w:rsidRPr="001F04DF" w:rsidRDefault="00EB10EB" w:rsidP="00611106">
            <w:pPr>
              <w:keepNext/>
              <w:rPr>
                <w:b/>
                <w:sz w:val="18"/>
                <w:szCs w:val="18"/>
              </w:rPr>
            </w:pPr>
          </w:p>
          <w:p w14:paraId="46AB1C51" w14:textId="3614DD32" w:rsidR="00EB10EB" w:rsidRPr="001F04DF" w:rsidRDefault="00EB10EB" w:rsidP="00611106">
            <w:pPr>
              <w:keepNext/>
              <w:rPr>
                <w:sz w:val="18"/>
                <w:szCs w:val="18"/>
              </w:rPr>
            </w:pPr>
            <w:proofErr w:type="spellStart"/>
            <w:r w:rsidRPr="001F04DF">
              <w:rPr>
                <w:b/>
                <w:sz w:val="18"/>
                <w:szCs w:val="18"/>
              </w:rPr>
              <w:t>Primăria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F04DF">
              <w:rPr>
                <w:b/>
                <w:sz w:val="18"/>
                <w:szCs w:val="18"/>
              </w:rPr>
              <w:t>Municipiului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F04DF">
              <w:rPr>
                <w:b/>
                <w:sz w:val="18"/>
                <w:szCs w:val="18"/>
              </w:rPr>
              <w:t>Drobeta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F04DF">
              <w:rPr>
                <w:b/>
                <w:sz w:val="18"/>
                <w:szCs w:val="18"/>
              </w:rPr>
              <w:t>Turnu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Severin</w:t>
            </w:r>
          </w:p>
        </w:tc>
      </w:tr>
      <w:tr w:rsidR="00EB10EB" w14:paraId="129FEBBB" w14:textId="77777777" w:rsidTr="008F6409">
        <w:trPr>
          <w:cantSplit/>
          <w:trHeight w:val="510"/>
        </w:trPr>
        <w:tc>
          <w:tcPr>
            <w:tcW w:w="1606" w:type="dxa"/>
            <w:vMerge/>
          </w:tcPr>
          <w:p w14:paraId="5AC6DE01" w14:textId="77777777" w:rsidR="00EB10EB" w:rsidRDefault="00EB10EB" w:rsidP="00611106"/>
        </w:tc>
        <w:tc>
          <w:tcPr>
            <w:tcW w:w="2912" w:type="dxa"/>
            <w:shd w:val="clear" w:color="auto" w:fill="F0F0F0"/>
          </w:tcPr>
          <w:p w14:paraId="1A3FC467" w14:textId="77777777" w:rsidR="00EB10EB" w:rsidRPr="001F04DF" w:rsidRDefault="00EB10EB" w:rsidP="00611106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1F04DF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F04DF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1F04DF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F04DF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1F04DF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1B5E5672" w14:textId="77777777" w:rsidR="00EB10EB" w:rsidRPr="001F04DF" w:rsidRDefault="00EB10EB" w:rsidP="00611106">
            <w:pPr>
              <w:keepNext/>
              <w:rPr>
                <w:sz w:val="18"/>
                <w:szCs w:val="18"/>
                <w:lang w:val="fr-FR"/>
              </w:rPr>
            </w:pPr>
            <w:r w:rsidRPr="001F04DF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0D2721A5" w14:textId="77777777" w:rsidR="00EB10EB" w:rsidRPr="001F04DF" w:rsidRDefault="00EB10EB" w:rsidP="00611106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118" w:type="dxa"/>
            <w:gridSpan w:val="2"/>
            <w:shd w:val="clear" w:color="auto" w:fill="F0F0F0"/>
          </w:tcPr>
          <w:p w14:paraId="31425C55" w14:textId="77777777" w:rsidR="00EB10EB" w:rsidRPr="001F04DF" w:rsidRDefault="00EB10EB" w:rsidP="00611106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1F04DF">
              <w:rPr>
                <w:b/>
                <w:sz w:val="18"/>
                <w:szCs w:val="18"/>
              </w:rPr>
              <w:t>Adresa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Strada </w:t>
            </w:r>
            <w:proofErr w:type="spellStart"/>
            <w:r w:rsidRPr="001F04DF">
              <w:rPr>
                <w:b/>
                <w:sz w:val="18"/>
                <w:szCs w:val="18"/>
              </w:rPr>
              <w:t>Maresal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Averescu nr. 2 </w:t>
            </w:r>
          </w:p>
          <w:p w14:paraId="59DCF4DB" w14:textId="77777777" w:rsidR="00EB10EB" w:rsidRPr="001F04DF" w:rsidRDefault="00EB10EB" w:rsidP="00611106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1F04DF">
              <w:rPr>
                <w:b/>
                <w:sz w:val="18"/>
                <w:szCs w:val="18"/>
              </w:rPr>
              <w:t>Drobeta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F04DF">
              <w:rPr>
                <w:b/>
                <w:sz w:val="18"/>
                <w:szCs w:val="18"/>
              </w:rPr>
              <w:t>Turnu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1F04DF">
              <w:rPr>
                <w:b/>
                <w:sz w:val="18"/>
                <w:szCs w:val="18"/>
              </w:rPr>
              <w:t>Județul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1F04DF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0CAA5672" w14:textId="77777777" w:rsidR="00EB10EB" w:rsidRPr="001F04DF" w:rsidRDefault="00EB10EB" w:rsidP="00611106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1F04DF">
              <w:rPr>
                <w:b/>
                <w:sz w:val="18"/>
                <w:szCs w:val="18"/>
              </w:rPr>
              <w:t>Telefon</w:t>
            </w:r>
            <w:proofErr w:type="spellEnd"/>
            <w:r w:rsidRPr="001F04DF">
              <w:rPr>
                <w:b/>
                <w:sz w:val="18"/>
                <w:szCs w:val="18"/>
              </w:rPr>
              <w:t>: 0252.31.43.79   Fax: 0252.31.63.17</w:t>
            </w:r>
          </w:p>
          <w:p w14:paraId="7DC30191" w14:textId="77777777" w:rsidR="00EB10EB" w:rsidRPr="001F04DF" w:rsidRDefault="00EB10EB" w:rsidP="00611106">
            <w:pPr>
              <w:keepNext/>
              <w:rPr>
                <w:sz w:val="18"/>
                <w:szCs w:val="18"/>
              </w:rPr>
            </w:pPr>
            <w:r w:rsidRPr="001F04DF">
              <w:rPr>
                <w:b/>
                <w:sz w:val="18"/>
                <w:szCs w:val="18"/>
              </w:rPr>
              <w:t xml:space="preserve">E-mail: </w:t>
            </w:r>
            <w:r w:rsidRPr="001F04DF">
              <w:rPr>
                <w:b/>
                <w:color w:val="0070C0"/>
                <w:sz w:val="18"/>
                <w:szCs w:val="18"/>
                <w:u w:val="single"/>
              </w:rPr>
              <w:t>primaria@primariadrobeta.ro</w:t>
            </w:r>
          </w:p>
          <w:p w14:paraId="3D2013AF" w14:textId="77777777" w:rsidR="00EB10EB" w:rsidRPr="001F04DF" w:rsidRDefault="00EB10EB" w:rsidP="00611106">
            <w:pPr>
              <w:keepNext/>
              <w:rPr>
                <w:sz w:val="18"/>
                <w:szCs w:val="18"/>
              </w:rPr>
            </w:pPr>
          </w:p>
        </w:tc>
      </w:tr>
      <w:tr w:rsidR="00EB10EB" w14:paraId="5DAAC0B6" w14:textId="77777777" w:rsidTr="00611106">
        <w:trPr>
          <w:cantSplit/>
          <w:trHeight w:val="510"/>
        </w:trPr>
        <w:tc>
          <w:tcPr>
            <w:tcW w:w="1606" w:type="dxa"/>
            <w:vMerge/>
          </w:tcPr>
          <w:p w14:paraId="1C231F88" w14:textId="77777777" w:rsidR="00EB10EB" w:rsidRDefault="00EB10EB" w:rsidP="00611106"/>
        </w:tc>
        <w:tc>
          <w:tcPr>
            <w:tcW w:w="4818" w:type="dxa"/>
            <w:gridSpan w:val="2"/>
            <w:shd w:val="clear" w:color="auto" w:fill="F0F0F0"/>
          </w:tcPr>
          <w:p w14:paraId="0A7D5989" w14:textId="77777777" w:rsidR="00EB10EB" w:rsidRPr="001F04DF" w:rsidRDefault="00EB10EB" w:rsidP="00611106">
            <w:pPr>
              <w:keepNext/>
              <w:rPr>
                <w:b/>
                <w:sz w:val="18"/>
                <w:szCs w:val="18"/>
              </w:rPr>
            </w:pPr>
          </w:p>
          <w:p w14:paraId="11CB80EB" w14:textId="59769803" w:rsidR="00EB10EB" w:rsidRPr="00DC539A" w:rsidRDefault="00EB10EB" w:rsidP="00611106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1F04DF">
              <w:rPr>
                <w:b/>
                <w:sz w:val="18"/>
                <w:szCs w:val="18"/>
              </w:rPr>
              <w:t>Număr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1F04DF">
              <w:rPr>
                <w:b/>
                <w:sz w:val="18"/>
                <w:szCs w:val="18"/>
              </w:rPr>
              <w:t>înregistrare</w:t>
            </w:r>
            <w:proofErr w:type="spellEnd"/>
            <w:r w:rsidRPr="001F04DF">
              <w:rPr>
                <w:b/>
                <w:sz w:val="18"/>
                <w:szCs w:val="18"/>
              </w:rPr>
              <w:t xml:space="preserve"> ………………………</w:t>
            </w:r>
          </w:p>
        </w:tc>
        <w:tc>
          <w:tcPr>
            <w:tcW w:w="3212" w:type="dxa"/>
            <w:shd w:val="clear" w:color="auto" w:fill="F0F0F0"/>
          </w:tcPr>
          <w:p w14:paraId="471D677A" w14:textId="77777777" w:rsidR="00EB10EB" w:rsidRPr="001F04DF" w:rsidRDefault="00EB10EB" w:rsidP="00611106">
            <w:pPr>
              <w:keepNext/>
              <w:rPr>
                <w:b/>
                <w:sz w:val="18"/>
                <w:szCs w:val="18"/>
              </w:rPr>
            </w:pPr>
          </w:p>
          <w:p w14:paraId="7656092B" w14:textId="35B2848E" w:rsidR="00EB10EB" w:rsidRPr="001F04DF" w:rsidRDefault="00EB10EB" w:rsidP="00611106">
            <w:pPr>
              <w:keepNext/>
              <w:rPr>
                <w:sz w:val="18"/>
                <w:szCs w:val="18"/>
              </w:rPr>
            </w:pPr>
            <w:r w:rsidRPr="001F04DF">
              <w:rPr>
                <w:b/>
                <w:sz w:val="18"/>
                <w:szCs w:val="18"/>
              </w:rPr>
              <w:t>Data ………………………</w:t>
            </w:r>
          </w:p>
        </w:tc>
      </w:tr>
      <w:tr w:rsidR="00EB10EB" w:rsidRPr="0021562A" w14:paraId="4C9658FB" w14:textId="77777777" w:rsidTr="00611106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AAFFD53" w14:textId="77777777" w:rsidR="00EB10EB" w:rsidRPr="00F801F2" w:rsidRDefault="00EB10EB" w:rsidP="00611106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3746280B" w14:textId="77777777" w:rsidR="00EB10EB" w:rsidRPr="00AD1D4A" w:rsidRDefault="00EB10E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42"/>
        <w:gridCol w:w="764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6"/>
          </w:tcPr>
          <w:p w14:paraId="37F3BD42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1541EF">
              <w:rPr>
                <w:b/>
                <w:color w:val="0D5F78"/>
                <w:sz w:val="20"/>
                <w:szCs w:val="20"/>
              </w:rPr>
              <w:t xml:space="preserve"> și </w:t>
            </w: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1CB056C9" w14:textId="77777777" w:rsidR="00846492" w:rsidRPr="001541EF" w:rsidRDefault="0084649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33FE0D46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r w:rsidRPr="001541EF">
              <w:rPr>
                <w:b/>
                <w:color w:val="0D5F78"/>
                <w:sz w:val="20"/>
                <w:szCs w:val="20"/>
              </w:rPr>
              <w:t>CNP</w:t>
            </w:r>
          </w:p>
          <w:p w14:paraId="34500F5F" w14:textId="77777777" w:rsidR="00846492" w:rsidRPr="001541EF" w:rsidRDefault="00846492">
            <w:pPr>
              <w:keepNext/>
              <w:rPr>
                <w:sz w:val="20"/>
                <w:szCs w:val="20"/>
              </w:rPr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E24D5C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r w:rsidRPr="001541EF">
              <w:rPr>
                <w:sz w:val="20"/>
                <w:szCs w:val="20"/>
              </w:rPr>
              <w:t xml:space="preserve"> Act de </w:t>
            </w:r>
            <w:proofErr w:type="spellStart"/>
            <w:r w:rsidRPr="001541EF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  <w:gridSpan w:val="2"/>
          </w:tcPr>
          <w:p w14:paraId="0308FD56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  <w:p w14:paraId="0AEB8A5C" w14:textId="77777777" w:rsidR="00846492" w:rsidRPr="001541EF" w:rsidRDefault="0084649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5"/>
          </w:tcPr>
          <w:p w14:paraId="0927B528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1541EF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535D7FCF" w14:textId="77777777" w:rsidR="00846492" w:rsidRPr="001541EF" w:rsidRDefault="0084649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44FD134D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r w:rsidRPr="001541EF">
              <w:rPr>
                <w:b/>
                <w:color w:val="0D5F78"/>
                <w:sz w:val="20"/>
                <w:szCs w:val="20"/>
              </w:rPr>
              <w:t>La data</w:t>
            </w:r>
          </w:p>
          <w:p w14:paraId="3BDA4185" w14:textId="77777777" w:rsidR="00846492" w:rsidRPr="001541EF" w:rsidRDefault="00846492">
            <w:pPr>
              <w:keepNext/>
              <w:rPr>
                <w:sz w:val="20"/>
                <w:szCs w:val="20"/>
              </w:rPr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4898FBE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r w:rsidRPr="001541EF">
              <w:rPr>
                <w:sz w:val="20"/>
                <w:szCs w:val="20"/>
              </w:rPr>
              <w:t xml:space="preserve"> </w:t>
            </w:r>
            <w:proofErr w:type="spellStart"/>
            <w:r w:rsidRPr="001541EF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DBCC0C1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2D3B8F2C" w14:textId="77777777" w:rsidR="00846492" w:rsidRPr="001541EF" w:rsidRDefault="0084649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60F04367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1541EF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1541EF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7C56BE00" w14:textId="77777777" w:rsidR="00846492" w:rsidRPr="001541EF" w:rsidRDefault="0084649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6C4024F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1541EF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4899515D" w14:textId="77777777" w:rsidR="00846492" w:rsidRPr="001541EF" w:rsidRDefault="00846492">
            <w:pPr>
              <w:keepNext/>
              <w:rPr>
                <w:sz w:val="20"/>
                <w:szCs w:val="20"/>
              </w:rPr>
            </w:pPr>
          </w:p>
        </w:tc>
      </w:tr>
      <w:tr w:rsidR="006248FE" w14:paraId="2A8317DE" w14:textId="77777777" w:rsidTr="00704D09">
        <w:trPr>
          <w:cantSplit/>
          <w:trHeight w:val="510"/>
        </w:trPr>
        <w:tc>
          <w:tcPr>
            <w:tcW w:w="2448" w:type="dxa"/>
            <w:gridSpan w:val="2"/>
            <w:tcBorders>
              <w:right w:val="single" w:sz="4" w:space="0" w:color="auto"/>
            </w:tcBorders>
          </w:tcPr>
          <w:p w14:paraId="0FFCDC2B" w14:textId="7F350201" w:rsidR="006248FE" w:rsidRPr="001541EF" w:rsidRDefault="006248FE">
            <w:pPr>
              <w:keepNext/>
              <w:rPr>
                <w:sz w:val="20"/>
                <w:szCs w:val="20"/>
              </w:rPr>
            </w:pPr>
            <w:r w:rsidRPr="001541EF">
              <w:rPr>
                <w:b/>
                <w:color w:val="0D5F78"/>
                <w:sz w:val="20"/>
                <w:szCs w:val="20"/>
              </w:rPr>
              <w:t>Strada</w:t>
            </w:r>
          </w:p>
        </w:tc>
        <w:tc>
          <w:tcPr>
            <w:tcW w:w="764" w:type="dxa"/>
            <w:tcBorders>
              <w:left w:val="single" w:sz="4" w:space="0" w:color="auto"/>
            </w:tcBorders>
          </w:tcPr>
          <w:p w14:paraId="35805350" w14:textId="68EA4A65" w:rsidR="006248FE" w:rsidRPr="001541EF" w:rsidRDefault="00704D09">
            <w:pPr>
              <w:keepNext/>
              <w:rPr>
                <w:sz w:val="20"/>
                <w:szCs w:val="20"/>
              </w:rPr>
            </w:pPr>
            <w:r w:rsidRPr="001541EF">
              <w:rPr>
                <w:b/>
                <w:color w:val="0D5F78"/>
                <w:sz w:val="20"/>
                <w:szCs w:val="20"/>
              </w:rPr>
              <w:t>Nr.</w:t>
            </w:r>
          </w:p>
        </w:tc>
        <w:tc>
          <w:tcPr>
            <w:tcW w:w="803" w:type="dxa"/>
          </w:tcPr>
          <w:p w14:paraId="2B351E33" w14:textId="4C01B229" w:rsidR="006248FE" w:rsidRPr="001541EF" w:rsidRDefault="00704D09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6248FE" w:rsidRPr="001541EF">
              <w:rPr>
                <w:b/>
                <w:color w:val="0D5F78"/>
                <w:sz w:val="20"/>
                <w:szCs w:val="20"/>
              </w:rPr>
              <w:t>.</w:t>
            </w:r>
          </w:p>
        </w:tc>
        <w:tc>
          <w:tcPr>
            <w:tcW w:w="803" w:type="dxa"/>
          </w:tcPr>
          <w:p w14:paraId="00D94A4F" w14:textId="781CB58B" w:rsidR="006248FE" w:rsidRPr="001541EF" w:rsidRDefault="006248FE">
            <w:pPr>
              <w:keepNext/>
              <w:rPr>
                <w:sz w:val="20"/>
                <w:szCs w:val="20"/>
              </w:rPr>
            </w:pPr>
            <w:r w:rsidRPr="001541EF">
              <w:rPr>
                <w:b/>
                <w:color w:val="0D5F78"/>
                <w:sz w:val="20"/>
                <w:szCs w:val="20"/>
              </w:rPr>
              <w:t>Sc.</w:t>
            </w:r>
          </w:p>
        </w:tc>
        <w:tc>
          <w:tcPr>
            <w:tcW w:w="803" w:type="dxa"/>
          </w:tcPr>
          <w:p w14:paraId="63D38ABA" w14:textId="006D8FDC" w:rsidR="006248FE" w:rsidRPr="001541EF" w:rsidRDefault="006248FE">
            <w:pPr>
              <w:keepNext/>
              <w:rPr>
                <w:sz w:val="20"/>
                <w:szCs w:val="20"/>
              </w:rPr>
            </w:pPr>
            <w:r w:rsidRPr="001541EF">
              <w:rPr>
                <w:b/>
                <w:color w:val="0D5F78"/>
                <w:sz w:val="20"/>
                <w:szCs w:val="20"/>
              </w:rPr>
              <w:t>Et.</w:t>
            </w:r>
          </w:p>
        </w:tc>
        <w:tc>
          <w:tcPr>
            <w:tcW w:w="803" w:type="dxa"/>
          </w:tcPr>
          <w:p w14:paraId="0991DEB2" w14:textId="06348FDE" w:rsidR="006248FE" w:rsidRPr="001541EF" w:rsidRDefault="006248FE">
            <w:pPr>
              <w:keepNext/>
              <w:rPr>
                <w:sz w:val="20"/>
                <w:szCs w:val="20"/>
              </w:rPr>
            </w:pPr>
            <w:r w:rsidRPr="001541EF">
              <w:rPr>
                <w:b/>
                <w:color w:val="0D5F78"/>
                <w:sz w:val="20"/>
                <w:szCs w:val="20"/>
              </w:rPr>
              <w:t>Ap.</w:t>
            </w:r>
          </w:p>
        </w:tc>
        <w:tc>
          <w:tcPr>
            <w:tcW w:w="1606" w:type="dxa"/>
          </w:tcPr>
          <w:p w14:paraId="28DF0FCD" w14:textId="297FD9D2" w:rsidR="006248FE" w:rsidRPr="001541EF" w:rsidRDefault="006248FE">
            <w:pPr>
              <w:keepNext/>
              <w:rPr>
                <w:sz w:val="20"/>
                <w:szCs w:val="20"/>
              </w:rPr>
            </w:pPr>
            <w:r w:rsidRPr="001541EF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</w:tc>
        <w:tc>
          <w:tcPr>
            <w:tcW w:w="1606" w:type="dxa"/>
          </w:tcPr>
          <w:p w14:paraId="656D3B26" w14:textId="28D405AB" w:rsidR="006248FE" w:rsidRPr="001541EF" w:rsidRDefault="006248FE">
            <w:pPr>
              <w:keepNext/>
              <w:rPr>
                <w:sz w:val="20"/>
                <w:szCs w:val="20"/>
              </w:rPr>
            </w:pP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2376B2E" w14:textId="77777777" w:rsidR="00846492" w:rsidRPr="001541EF" w:rsidRDefault="00000000">
            <w:pPr>
              <w:keepNext/>
              <w:rPr>
                <w:sz w:val="20"/>
                <w:szCs w:val="20"/>
              </w:rPr>
            </w:pPr>
            <w:r w:rsidRPr="001541EF">
              <w:rPr>
                <w:sz w:val="20"/>
                <w:szCs w:val="20"/>
              </w:rPr>
              <w:t xml:space="preserve"> Date de contact</w:t>
            </w:r>
          </w:p>
        </w:tc>
      </w:tr>
      <w:tr w:rsidR="00846492" w14:paraId="4FED465A" w14:textId="77777777" w:rsidTr="00D4719D">
        <w:trPr>
          <w:cantSplit/>
          <w:trHeight w:val="197"/>
        </w:trPr>
        <w:tc>
          <w:tcPr>
            <w:tcW w:w="4015" w:type="dxa"/>
            <w:gridSpan w:val="4"/>
          </w:tcPr>
          <w:p w14:paraId="40438351" w14:textId="75B363D2" w:rsidR="00846492" w:rsidRPr="001541EF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1541EF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1541EF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</w:tc>
        <w:tc>
          <w:tcPr>
            <w:tcW w:w="5621" w:type="dxa"/>
            <w:gridSpan w:val="5"/>
          </w:tcPr>
          <w:p w14:paraId="320A4B08" w14:textId="7E096AFE" w:rsidR="00846492" w:rsidRPr="001541EF" w:rsidRDefault="00000000">
            <w:pPr>
              <w:keepNext/>
              <w:rPr>
                <w:sz w:val="20"/>
                <w:szCs w:val="20"/>
              </w:rPr>
            </w:pPr>
            <w:r w:rsidRPr="001541EF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9"/>
          </w:tcPr>
          <w:p w14:paraId="5CB0B95E" w14:textId="77777777" w:rsidR="00846492" w:rsidRPr="001541EF" w:rsidRDefault="00000000">
            <w:pPr>
              <w:rPr>
                <w:sz w:val="20"/>
                <w:szCs w:val="20"/>
                <w:lang w:val="fr-FR"/>
              </w:rPr>
            </w:pPr>
            <w:r w:rsidRPr="001541EF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1541EF">
              <w:rPr>
                <w:sz w:val="20"/>
                <w:szCs w:val="20"/>
                <w:lang w:val="fr-FR"/>
              </w:rPr>
              <w:t>titular</w:t>
            </w:r>
            <w:proofErr w:type="spellEnd"/>
            <w:r w:rsidRPr="001541EF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1541EF">
              <w:rPr>
                <w:sz w:val="20"/>
                <w:szCs w:val="20"/>
                <w:lang w:val="fr-FR"/>
              </w:rPr>
              <w:t>dreptului</w:t>
            </w:r>
            <w:proofErr w:type="spellEnd"/>
            <w:r w:rsidRPr="001541EF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1541EF">
              <w:rPr>
                <w:sz w:val="20"/>
                <w:szCs w:val="20"/>
                <w:lang w:val="fr-FR"/>
              </w:rPr>
              <w:t>proprietate</w:t>
            </w:r>
            <w:proofErr w:type="spellEnd"/>
            <w:r w:rsidRPr="001541EF">
              <w:rPr>
                <w:sz w:val="20"/>
                <w:szCs w:val="20"/>
                <w:lang w:val="fr-FR"/>
              </w:rPr>
              <w:t xml:space="preserve">     ☐ </w:t>
            </w:r>
            <w:proofErr w:type="spellStart"/>
            <w:r w:rsidRPr="001541EF">
              <w:rPr>
                <w:sz w:val="20"/>
                <w:szCs w:val="20"/>
                <w:lang w:val="fr-FR"/>
              </w:rPr>
              <w:t>împuternicit</w:t>
            </w:r>
            <w:proofErr w:type="spellEnd"/>
            <w:r w:rsidRPr="001541EF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1541EF">
              <w:rPr>
                <w:sz w:val="20"/>
                <w:szCs w:val="20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Pr="000A1F4A" w:rsidRDefault="00AD1D4A" w:rsidP="00F80068">
            <w:pPr>
              <w:keepNext/>
              <w:rPr>
                <w:sz w:val="20"/>
                <w:szCs w:val="20"/>
              </w:rPr>
            </w:pPr>
            <w:proofErr w:type="spellStart"/>
            <w:r w:rsidRPr="000A1F4A">
              <w:rPr>
                <w:b/>
                <w:color w:val="0D5F78"/>
                <w:sz w:val="20"/>
                <w:szCs w:val="20"/>
              </w:rPr>
              <w:t>Localizare</w:t>
            </w:r>
            <w:proofErr w:type="spellEnd"/>
            <w:r w:rsidRPr="000A1F4A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A1F4A">
              <w:rPr>
                <w:b/>
                <w:color w:val="0D5F78"/>
                <w:sz w:val="20"/>
                <w:szCs w:val="20"/>
              </w:rPr>
              <w:t>adresă</w:t>
            </w:r>
            <w:proofErr w:type="spellEnd"/>
          </w:p>
          <w:p w14:paraId="72532FD6" w14:textId="77777777" w:rsidR="00AD1D4A" w:rsidRPr="000A1F4A" w:rsidRDefault="00AD1D4A" w:rsidP="00F80068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7C5F1FB2" w14:textId="77777777" w:rsidR="00AD1D4A" w:rsidRPr="000A1F4A" w:rsidRDefault="00AD1D4A" w:rsidP="00F80068">
            <w:pPr>
              <w:keepNext/>
              <w:rPr>
                <w:sz w:val="20"/>
                <w:szCs w:val="20"/>
              </w:rPr>
            </w:pPr>
            <w:r w:rsidRPr="000A1F4A">
              <w:rPr>
                <w:b/>
                <w:color w:val="0D5F78"/>
                <w:sz w:val="20"/>
                <w:szCs w:val="20"/>
              </w:rPr>
              <w:t>Nr. cadastral</w:t>
            </w:r>
          </w:p>
          <w:p w14:paraId="684FF2B6" w14:textId="77777777" w:rsidR="00AD1D4A" w:rsidRPr="000A1F4A" w:rsidRDefault="00AD1D4A" w:rsidP="00F80068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E1F247B" w14:textId="77777777" w:rsidR="00AD1D4A" w:rsidRPr="000A1F4A" w:rsidRDefault="00AD1D4A" w:rsidP="00F80068">
            <w:pPr>
              <w:keepNext/>
              <w:rPr>
                <w:sz w:val="20"/>
                <w:szCs w:val="20"/>
              </w:rPr>
            </w:pPr>
            <w:r w:rsidRPr="000A1F4A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0A1F4A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</w:p>
          <w:p w14:paraId="6BC75FE4" w14:textId="77777777" w:rsidR="00AD1D4A" w:rsidRPr="000A1F4A" w:rsidRDefault="00AD1D4A" w:rsidP="00F80068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AB6AC88" w14:textId="77777777" w:rsidR="00AD1D4A" w:rsidRPr="000A1F4A" w:rsidRDefault="00AD1D4A" w:rsidP="00F80068">
            <w:pPr>
              <w:keepNext/>
              <w:rPr>
                <w:sz w:val="20"/>
                <w:szCs w:val="20"/>
              </w:rPr>
            </w:pPr>
            <w:proofErr w:type="spellStart"/>
            <w:r w:rsidRPr="000A1F4A">
              <w:rPr>
                <w:b/>
                <w:color w:val="0D5F78"/>
                <w:sz w:val="20"/>
                <w:szCs w:val="20"/>
              </w:rPr>
              <w:t>Suprafață</w:t>
            </w:r>
            <w:proofErr w:type="spellEnd"/>
            <w:r w:rsidRPr="000A1F4A">
              <w:rPr>
                <w:b/>
                <w:color w:val="0D5F78"/>
                <w:sz w:val="20"/>
                <w:szCs w:val="20"/>
              </w:rPr>
              <w:t xml:space="preserve"> (</w:t>
            </w:r>
            <w:proofErr w:type="spellStart"/>
            <w:r w:rsidRPr="000A1F4A">
              <w:rPr>
                <w:b/>
                <w:color w:val="0D5F78"/>
                <w:sz w:val="20"/>
                <w:szCs w:val="20"/>
              </w:rPr>
              <w:t>mp</w:t>
            </w:r>
            <w:proofErr w:type="spellEnd"/>
            <w:r w:rsidRPr="000A1F4A">
              <w:rPr>
                <w:b/>
                <w:color w:val="0D5F78"/>
                <w:sz w:val="20"/>
                <w:szCs w:val="20"/>
              </w:rPr>
              <w:t>)</w:t>
            </w:r>
          </w:p>
          <w:p w14:paraId="2D05BD3E" w14:textId="77777777" w:rsidR="00AD1D4A" w:rsidRPr="000A1F4A" w:rsidRDefault="00AD1D4A" w:rsidP="00F80068">
            <w:pPr>
              <w:keepNext/>
              <w:rPr>
                <w:sz w:val="20"/>
                <w:szCs w:val="20"/>
              </w:rPr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Pr="000A1F4A" w:rsidRDefault="00AD1D4A" w:rsidP="00F80068">
            <w:pPr>
              <w:keepNext/>
              <w:rPr>
                <w:sz w:val="20"/>
                <w:szCs w:val="20"/>
              </w:rPr>
            </w:pPr>
            <w:r w:rsidRPr="000A1F4A">
              <w:rPr>
                <w:sz w:val="20"/>
                <w:szCs w:val="20"/>
              </w:rPr>
              <w:t xml:space="preserve"> </w:t>
            </w:r>
            <w:r w:rsidRPr="000A1F4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A1F4A">
              <w:rPr>
                <w:sz w:val="20"/>
                <w:szCs w:val="20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</w:rPr>
              <w:t>intravilan</w:t>
            </w:r>
            <w:proofErr w:type="spellEnd"/>
            <w:r w:rsidRPr="000A1F4A">
              <w:rPr>
                <w:sz w:val="20"/>
                <w:szCs w:val="20"/>
              </w:rPr>
              <w:t xml:space="preserve">     </w:t>
            </w:r>
            <w:r w:rsidRPr="000A1F4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A1F4A">
              <w:rPr>
                <w:sz w:val="20"/>
                <w:szCs w:val="20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</w:rPr>
              <w:t>extravilan</w:t>
            </w:r>
            <w:proofErr w:type="spellEnd"/>
            <w:r w:rsidRPr="000A1F4A">
              <w:rPr>
                <w:sz w:val="20"/>
                <w:szCs w:val="20"/>
              </w:rPr>
              <w:t xml:space="preserve">     </w:t>
            </w:r>
            <w:r w:rsidRPr="000A1F4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A1F4A">
              <w:rPr>
                <w:sz w:val="20"/>
                <w:szCs w:val="20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</w:rPr>
              <w:t>mediu</w:t>
            </w:r>
            <w:proofErr w:type="spellEnd"/>
            <w:r w:rsidRPr="000A1F4A">
              <w:rPr>
                <w:sz w:val="20"/>
                <w:szCs w:val="20"/>
              </w:rPr>
              <w:t xml:space="preserve"> rural     </w:t>
            </w:r>
            <w:r w:rsidRPr="000A1F4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A1F4A">
              <w:rPr>
                <w:sz w:val="20"/>
                <w:szCs w:val="20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</w:rPr>
              <w:t>mediu</w:t>
            </w:r>
            <w:proofErr w:type="spellEnd"/>
            <w:r w:rsidRPr="000A1F4A">
              <w:rPr>
                <w:sz w:val="20"/>
                <w:szCs w:val="20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0A1F4A" w:rsidRDefault="00AD1D4A" w:rsidP="00F80068">
            <w:pPr>
              <w:keepNext/>
              <w:rPr>
                <w:sz w:val="20"/>
                <w:szCs w:val="20"/>
                <w:lang w:val="fr-FR"/>
              </w:rPr>
            </w:pPr>
            <w:r w:rsidRPr="000A1F4A">
              <w:rPr>
                <w:sz w:val="20"/>
                <w:szCs w:val="20"/>
              </w:rPr>
              <w:t xml:space="preserve"> </w:t>
            </w:r>
            <w:r w:rsidRPr="000A1F4A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localitate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rurală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zonă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0A1F4A">
              <w:rPr>
                <w:sz w:val="20"/>
                <w:szCs w:val="20"/>
                <w:lang w:val="fr-FR"/>
              </w:rPr>
              <w:t>metropolitană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>:</w:t>
            </w:r>
            <w:proofErr w:type="gramEnd"/>
            <w:r w:rsidRPr="000A1F4A">
              <w:rPr>
                <w:sz w:val="20"/>
                <w:szCs w:val="20"/>
                <w:lang w:val="fr-FR"/>
              </w:rPr>
              <w:t xml:space="preserve"> DA     </w:t>
            </w:r>
            <w:r w:rsidRPr="000A1F4A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0A1F4A">
              <w:rPr>
                <w:sz w:val="20"/>
                <w:szCs w:val="20"/>
                <w:lang w:val="fr-FR"/>
              </w:rPr>
              <w:t xml:space="preserve"> NU     </w:t>
            </w:r>
            <w:r w:rsidRPr="000A1F4A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0A1F4A" w:rsidRDefault="00AD1D4A" w:rsidP="00F80068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0A1F4A">
              <w:rPr>
                <w:b/>
                <w:color w:val="0D5F78"/>
                <w:sz w:val="20"/>
                <w:szCs w:val="20"/>
                <w:lang w:val="fr-FR"/>
              </w:rPr>
              <w:t>Documentația</w:t>
            </w:r>
            <w:proofErr w:type="spellEnd"/>
            <w:r w:rsidRPr="000A1F4A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1F4A">
              <w:rPr>
                <w:b/>
                <w:color w:val="0D5F78"/>
                <w:sz w:val="20"/>
                <w:szCs w:val="20"/>
                <w:lang w:val="fr-FR"/>
              </w:rPr>
              <w:t>urbanism</w:t>
            </w:r>
            <w:proofErr w:type="spellEnd"/>
            <w:r w:rsidRPr="000A1F4A">
              <w:rPr>
                <w:b/>
                <w:color w:val="0D5F78"/>
                <w:sz w:val="20"/>
                <w:szCs w:val="20"/>
                <w:lang w:val="fr-FR"/>
              </w:rPr>
              <w:t xml:space="preserve"> / UTR / </w:t>
            </w:r>
            <w:proofErr w:type="spellStart"/>
            <w:r w:rsidRPr="000A1F4A">
              <w:rPr>
                <w:b/>
                <w:color w:val="0D5F78"/>
                <w:sz w:val="20"/>
                <w:szCs w:val="20"/>
                <w:lang w:val="fr-FR"/>
              </w:rPr>
              <w:t>reglementarea</w:t>
            </w:r>
            <w:proofErr w:type="spellEnd"/>
            <w:r w:rsidRPr="000A1F4A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b/>
                <w:color w:val="0D5F78"/>
                <w:sz w:val="20"/>
                <w:szCs w:val="20"/>
                <w:lang w:val="fr-FR"/>
              </w:rPr>
              <w:t>aplicabilă</w:t>
            </w:r>
            <w:proofErr w:type="spellEnd"/>
          </w:p>
          <w:p w14:paraId="7A5AB06B" w14:textId="77777777" w:rsidR="00AD1D4A" w:rsidRPr="000A1F4A" w:rsidRDefault="00AD1D4A" w:rsidP="00F80068">
            <w:pPr>
              <w:keepNext/>
              <w:rPr>
                <w:sz w:val="20"/>
                <w:szCs w:val="20"/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0A1F4A" w:rsidRDefault="00AD1D4A" w:rsidP="00F80068">
            <w:pPr>
              <w:rPr>
                <w:sz w:val="20"/>
                <w:szCs w:val="20"/>
                <w:lang w:val="fr-FR"/>
              </w:rPr>
            </w:pPr>
            <w:r w:rsidRPr="000A1F4A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afara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zonelor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construite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protejate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zonelor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protecție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monumentelor</w:t>
            </w:r>
            <w:proofErr w:type="spellEnd"/>
          </w:p>
          <w:p w14:paraId="5762F10A" w14:textId="77777777" w:rsidR="00AD1D4A" w:rsidRPr="000A1F4A" w:rsidRDefault="00AD1D4A" w:rsidP="00F80068">
            <w:pPr>
              <w:rPr>
                <w:sz w:val="20"/>
                <w:szCs w:val="20"/>
                <w:lang w:val="fr-FR"/>
              </w:rPr>
            </w:pPr>
            <w:r w:rsidRPr="000A1F4A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zonă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construită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protejată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zonă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protecție</w:t>
            </w:r>
            <w:proofErr w:type="spellEnd"/>
            <w:r w:rsidRPr="000A1F4A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0A1F4A">
              <w:rPr>
                <w:sz w:val="20"/>
                <w:szCs w:val="20"/>
                <w:lang w:val="fr-FR"/>
              </w:rPr>
              <w:t>monumentului</w:t>
            </w:r>
            <w:proofErr w:type="spellEnd"/>
          </w:p>
          <w:p w14:paraId="09C5DFBB" w14:textId="77777777" w:rsidR="00AD1D4A" w:rsidRPr="000A1F4A" w:rsidRDefault="00AD1D4A" w:rsidP="00F80068">
            <w:pPr>
              <w:rPr>
                <w:sz w:val="20"/>
                <w:szCs w:val="20"/>
              </w:rPr>
            </w:pPr>
            <w:r w:rsidRPr="000A1F4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A1F4A">
              <w:rPr>
                <w:sz w:val="20"/>
                <w:szCs w:val="20"/>
              </w:rPr>
              <w:t xml:space="preserve"> monument </w:t>
            </w:r>
            <w:proofErr w:type="spellStart"/>
            <w:r w:rsidRPr="000A1F4A">
              <w:rPr>
                <w:sz w:val="20"/>
                <w:szCs w:val="20"/>
              </w:rPr>
              <w:t>istoric</w:t>
            </w:r>
            <w:proofErr w:type="spellEnd"/>
            <w:r w:rsidRPr="000A1F4A">
              <w:rPr>
                <w:sz w:val="20"/>
                <w:szCs w:val="20"/>
              </w:rPr>
              <w:t xml:space="preserve"> / </w:t>
            </w:r>
            <w:proofErr w:type="spellStart"/>
            <w:r w:rsidRPr="000A1F4A">
              <w:rPr>
                <w:sz w:val="20"/>
                <w:szCs w:val="20"/>
              </w:rPr>
              <w:t>în</w:t>
            </w:r>
            <w:proofErr w:type="spellEnd"/>
            <w:r w:rsidRPr="000A1F4A">
              <w:rPr>
                <w:sz w:val="20"/>
                <w:szCs w:val="20"/>
              </w:rPr>
              <w:t xml:space="preserve"> curs de </w:t>
            </w:r>
            <w:proofErr w:type="spellStart"/>
            <w:r w:rsidRPr="000A1F4A">
              <w:rPr>
                <w:sz w:val="20"/>
                <w:szCs w:val="20"/>
              </w:rPr>
              <w:t>clasare</w:t>
            </w:r>
            <w:proofErr w:type="spellEnd"/>
            <w:r w:rsidRPr="000A1F4A">
              <w:rPr>
                <w:sz w:val="20"/>
                <w:szCs w:val="20"/>
              </w:rPr>
              <w:t xml:space="preserve"> / </w:t>
            </w:r>
            <w:proofErr w:type="spellStart"/>
            <w:r w:rsidRPr="000A1F4A">
              <w:rPr>
                <w:sz w:val="20"/>
                <w:szCs w:val="20"/>
              </w:rPr>
              <w:t>valoare</w:t>
            </w:r>
            <w:proofErr w:type="spellEnd"/>
            <w:r w:rsidRPr="000A1F4A">
              <w:rPr>
                <w:sz w:val="20"/>
                <w:szCs w:val="20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</w:rPr>
              <w:t>arhitecturală</w:t>
            </w:r>
            <w:proofErr w:type="spellEnd"/>
            <w:r w:rsidRPr="000A1F4A">
              <w:rPr>
                <w:sz w:val="20"/>
                <w:szCs w:val="20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</w:rPr>
              <w:t>ori</w:t>
            </w:r>
            <w:proofErr w:type="spellEnd"/>
            <w:r w:rsidRPr="000A1F4A">
              <w:rPr>
                <w:sz w:val="20"/>
                <w:szCs w:val="20"/>
              </w:rPr>
              <w:t xml:space="preserve"> </w:t>
            </w:r>
            <w:proofErr w:type="spellStart"/>
            <w:r w:rsidRPr="000A1F4A">
              <w:rPr>
                <w:sz w:val="20"/>
                <w:szCs w:val="20"/>
              </w:rPr>
              <w:t>istorică</w:t>
            </w:r>
            <w:proofErr w:type="spellEnd"/>
          </w:p>
          <w:p w14:paraId="0724CD46" w14:textId="77777777" w:rsidR="00AD1D4A" w:rsidRPr="000A1F4A" w:rsidRDefault="00AD1D4A" w:rsidP="00F80068">
            <w:pPr>
              <w:rPr>
                <w:sz w:val="20"/>
                <w:szCs w:val="20"/>
              </w:rPr>
            </w:pPr>
            <w:r w:rsidRPr="000A1F4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A1F4A">
              <w:rPr>
                <w:sz w:val="20"/>
                <w:szCs w:val="20"/>
              </w:rPr>
              <w:t xml:space="preserve"> alt </w:t>
            </w:r>
            <w:proofErr w:type="spellStart"/>
            <w:r w:rsidRPr="000A1F4A">
              <w:rPr>
                <w:sz w:val="20"/>
                <w:szCs w:val="20"/>
              </w:rPr>
              <w:t>regim</w:t>
            </w:r>
            <w:proofErr w:type="spellEnd"/>
            <w:r w:rsidRPr="000A1F4A">
              <w:rPr>
                <w:sz w:val="20"/>
                <w:szCs w:val="20"/>
              </w:rPr>
              <w:t xml:space="preserve"> special</w:t>
            </w:r>
          </w:p>
        </w:tc>
      </w:tr>
    </w:tbl>
    <w:p w14:paraId="725771BC" w14:textId="77777777" w:rsidR="00CB7876" w:rsidRDefault="00AD1D4A" w:rsidP="0014225D">
      <w:pPr>
        <w:spacing w:before="80" w:after="60"/>
        <w:jc w:val="center"/>
        <w:rPr>
          <w:b/>
          <w:bCs/>
          <w:sz w:val="20"/>
          <w:szCs w:val="20"/>
        </w:rPr>
      </w:pPr>
      <w:proofErr w:type="spellStart"/>
      <w:r w:rsidRPr="00CB7876">
        <w:rPr>
          <w:b/>
          <w:bCs/>
          <w:sz w:val="20"/>
          <w:szCs w:val="20"/>
        </w:rPr>
        <w:t>în</w:t>
      </w:r>
      <w:proofErr w:type="spellEnd"/>
      <w:r w:rsidRPr="00CB7876">
        <w:rPr>
          <w:b/>
          <w:bCs/>
          <w:sz w:val="20"/>
          <w:szCs w:val="20"/>
        </w:rPr>
        <w:t xml:space="preserve"> </w:t>
      </w:r>
      <w:proofErr w:type="spellStart"/>
      <w:r w:rsidRPr="00CB7876">
        <w:rPr>
          <w:b/>
          <w:bCs/>
          <w:sz w:val="20"/>
          <w:szCs w:val="20"/>
        </w:rPr>
        <w:t>temeiul</w:t>
      </w:r>
      <w:proofErr w:type="spellEnd"/>
      <w:r w:rsidRPr="00CB7876">
        <w:rPr>
          <w:b/>
          <w:bCs/>
          <w:sz w:val="20"/>
          <w:szCs w:val="20"/>
        </w:rPr>
        <w:t xml:space="preserve"> art. 294–298 din Legea nr. 169/2026 </w:t>
      </w:r>
      <w:proofErr w:type="spellStart"/>
      <w:r w:rsidRPr="00CB7876">
        <w:rPr>
          <w:b/>
          <w:bCs/>
          <w:sz w:val="20"/>
          <w:szCs w:val="20"/>
        </w:rPr>
        <w:t>privind</w:t>
      </w:r>
      <w:proofErr w:type="spellEnd"/>
      <w:r w:rsidRPr="00CB7876">
        <w:rPr>
          <w:b/>
          <w:bCs/>
          <w:sz w:val="20"/>
          <w:szCs w:val="20"/>
        </w:rPr>
        <w:t xml:space="preserve"> </w:t>
      </w:r>
    </w:p>
    <w:p w14:paraId="39404B4A" w14:textId="1944755F" w:rsidR="0014225D" w:rsidRPr="00CB7876" w:rsidRDefault="00AD1D4A" w:rsidP="0014225D">
      <w:pPr>
        <w:spacing w:before="80" w:after="60"/>
        <w:jc w:val="center"/>
        <w:rPr>
          <w:b/>
          <w:bCs/>
          <w:sz w:val="20"/>
          <w:szCs w:val="20"/>
        </w:rPr>
      </w:pPr>
      <w:proofErr w:type="spellStart"/>
      <w:r w:rsidRPr="00CB7876">
        <w:rPr>
          <w:b/>
          <w:bCs/>
          <w:sz w:val="20"/>
          <w:szCs w:val="20"/>
        </w:rPr>
        <w:t>Codul</w:t>
      </w:r>
      <w:proofErr w:type="spellEnd"/>
      <w:r w:rsidRPr="00CB7876">
        <w:rPr>
          <w:b/>
          <w:bCs/>
          <w:sz w:val="20"/>
          <w:szCs w:val="20"/>
        </w:rPr>
        <w:t xml:space="preserve"> </w:t>
      </w:r>
      <w:proofErr w:type="spellStart"/>
      <w:r w:rsidRPr="00CB7876">
        <w:rPr>
          <w:b/>
          <w:bCs/>
          <w:sz w:val="20"/>
          <w:szCs w:val="20"/>
        </w:rPr>
        <w:t>amenajării</w:t>
      </w:r>
      <w:proofErr w:type="spellEnd"/>
      <w:r w:rsidRPr="00CB7876">
        <w:rPr>
          <w:b/>
          <w:bCs/>
          <w:sz w:val="20"/>
          <w:szCs w:val="20"/>
        </w:rPr>
        <w:t xml:space="preserve"> </w:t>
      </w:r>
      <w:proofErr w:type="spellStart"/>
      <w:r w:rsidRPr="00CB7876">
        <w:rPr>
          <w:b/>
          <w:bCs/>
          <w:sz w:val="20"/>
          <w:szCs w:val="20"/>
        </w:rPr>
        <w:t>teritoriului</w:t>
      </w:r>
      <w:proofErr w:type="spellEnd"/>
      <w:r w:rsidRPr="00CB7876">
        <w:rPr>
          <w:b/>
          <w:bCs/>
          <w:sz w:val="20"/>
          <w:szCs w:val="20"/>
        </w:rPr>
        <w:t xml:space="preserve">, </w:t>
      </w:r>
      <w:proofErr w:type="spellStart"/>
      <w:r w:rsidRPr="00CB7876">
        <w:rPr>
          <w:b/>
          <w:bCs/>
          <w:sz w:val="20"/>
          <w:szCs w:val="20"/>
        </w:rPr>
        <w:t>urbanismului</w:t>
      </w:r>
      <w:proofErr w:type="spellEnd"/>
      <w:r w:rsidRPr="00CB7876">
        <w:rPr>
          <w:b/>
          <w:bCs/>
          <w:sz w:val="20"/>
          <w:szCs w:val="20"/>
        </w:rPr>
        <w:t xml:space="preserve"> </w:t>
      </w:r>
      <w:proofErr w:type="spellStart"/>
      <w:r w:rsidRPr="00CB7876">
        <w:rPr>
          <w:b/>
          <w:bCs/>
          <w:sz w:val="20"/>
          <w:szCs w:val="20"/>
        </w:rPr>
        <w:t>și</w:t>
      </w:r>
      <w:proofErr w:type="spellEnd"/>
      <w:r w:rsidRPr="00CB7876">
        <w:rPr>
          <w:b/>
          <w:bCs/>
          <w:sz w:val="20"/>
          <w:szCs w:val="20"/>
        </w:rPr>
        <w:t xml:space="preserve"> </w:t>
      </w:r>
      <w:proofErr w:type="spellStart"/>
      <w:r w:rsidRPr="00CB7876">
        <w:rPr>
          <w:b/>
          <w:bCs/>
          <w:sz w:val="20"/>
          <w:szCs w:val="20"/>
        </w:rPr>
        <w:t>construcțiilor</w:t>
      </w:r>
      <w:proofErr w:type="spellEnd"/>
      <w:r w:rsidRPr="00CB7876">
        <w:rPr>
          <w:b/>
          <w:bCs/>
          <w:sz w:val="20"/>
          <w:szCs w:val="20"/>
        </w:rPr>
        <w:t>,</w:t>
      </w:r>
    </w:p>
    <w:p w14:paraId="3836DA1E" w14:textId="74684738" w:rsidR="00846492" w:rsidRPr="00CB7876" w:rsidRDefault="00000000" w:rsidP="0039639D">
      <w:pPr>
        <w:spacing w:before="80" w:after="60"/>
        <w:jc w:val="center"/>
        <w:rPr>
          <w:b/>
          <w:bCs/>
          <w:sz w:val="20"/>
          <w:szCs w:val="20"/>
        </w:rPr>
      </w:pPr>
      <w:r w:rsidRPr="00CB7876">
        <w:rPr>
          <w:b/>
          <w:bCs/>
          <w:sz w:val="20"/>
          <w:szCs w:val="20"/>
        </w:rPr>
        <w:t xml:space="preserve"> </w:t>
      </w:r>
      <w:proofErr w:type="spellStart"/>
      <w:r w:rsidRPr="00CB7876">
        <w:rPr>
          <w:b/>
          <w:bCs/>
          <w:sz w:val="20"/>
          <w:szCs w:val="20"/>
        </w:rPr>
        <w:t>notific</w:t>
      </w:r>
      <w:proofErr w:type="spellEnd"/>
      <w:r w:rsidRPr="00CB7876">
        <w:rPr>
          <w:b/>
          <w:bCs/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:rsidRPr="001060E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Pr="001060E2" w:rsidRDefault="00000000">
            <w:pPr>
              <w:keepNext/>
              <w:rPr>
                <w:sz w:val="20"/>
                <w:szCs w:val="20"/>
              </w:rPr>
            </w:pPr>
            <w:r w:rsidRPr="001060E2">
              <w:rPr>
                <w:sz w:val="20"/>
                <w:szCs w:val="20"/>
              </w:rPr>
              <w:t xml:space="preserve"> A · </w:t>
            </w:r>
            <w:proofErr w:type="spellStart"/>
            <w:r w:rsidRPr="001060E2">
              <w:rPr>
                <w:sz w:val="20"/>
                <w:szCs w:val="20"/>
              </w:rPr>
              <w:t>Lucrări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noi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în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mediul</w:t>
            </w:r>
            <w:proofErr w:type="spellEnd"/>
            <w:r w:rsidRPr="001060E2">
              <w:rPr>
                <w:sz w:val="20"/>
                <w:szCs w:val="20"/>
              </w:rPr>
              <w:t xml:space="preserve"> rural, </w:t>
            </w:r>
            <w:proofErr w:type="spellStart"/>
            <w:r w:rsidRPr="001060E2">
              <w:rPr>
                <w:sz w:val="20"/>
                <w:szCs w:val="20"/>
              </w:rPr>
              <w:t>în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intravila</w:t>
            </w:r>
            <w:r w:rsidR="007C5D68" w:rsidRPr="001060E2">
              <w:rPr>
                <w:sz w:val="20"/>
                <w:szCs w:val="20"/>
              </w:rPr>
              <w:t>n</w:t>
            </w:r>
            <w:proofErr w:type="spellEnd"/>
            <w:r w:rsidR="007C5D68" w:rsidRPr="001060E2">
              <w:rPr>
                <w:sz w:val="20"/>
                <w:szCs w:val="20"/>
              </w:rPr>
              <w:t xml:space="preserve">, din </w:t>
            </w:r>
            <w:proofErr w:type="spellStart"/>
            <w:r w:rsidR="007C5D68" w:rsidRPr="001060E2">
              <w:rPr>
                <w:sz w:val="20"/>
                <w:szCs w:val="20"/>
              </w:rPr>
              <w:t>categoria</w:t>
            </w:r>
            <w:proofErr w:type="spellEnd"/>
            <w:r w:rsidR="007C5D68" w:rsidRPr="001060E2">
              <w:rPr>
                <w:sz w:val="20"/>
                <w:szCs w:val="20"/>
              </w:rPr>
              <w:t xml:space="preserve"> </w:t>
            </w:r>
            <w:proofErr w:type="spellStart"/>
            <w:r w:rsidR="007C5D68" w:rsidRPr="001060E2">
              <w:rPr>
                <w:sz w:val="20"/>
                <w:szCs w:val="20"/>
              </w:rPr>
              <w:t>celor</w:t>
            </w:r>
            <w:proofErr w:type="spellEnd"/>
            <w:r w:rsidR="007C5D68" w:rsidRPr="001060E2">
              <w:rPr>
                <w:sz w:val="20"/>
                <w:szCs w:val="20"/>
              </w:rPr>
              <w:t xml:space="preserve"> </w:t>
            </w:r>
            <w:proofErr w:type="spellStart"/>
            <w:r w:rsidR="007C5D68" w:rsidRPr="001060E2">
              <w:rPr>
                <w:sz w:val="20"/>
                <w:szCs w:val="20"/>
              </w:rPr>
              <w:t>prevăzute</w:t>
            </w:r>
            <w:proofErr w:type="spellEnd"/>
            <w:r w:rsidR="007C5D68" w:rsidRPr="001060E2">
              <w:rPr>
                <w:sz w:val="20"/>
                <w:szCs w:val="20"/>
              </w:rPr>
              <w:t xml:space="preserve"> la </w:t>
            </w:r>
            <w:r w:rsidRPr="001060E2">
              <w:rPr>
                <w:sz w:val="20"/>
                <w:szCs w:val="20"/>
              </w:rPr>
              <w:t xml:space="preserve">art. 294 </w:t>
            </w:r>
            <w:proofErr w:type="spellStart"/>
            <w:r w:rsidRPr="001060E2">
              <w:rPr>
                <w:sz w:val="20"/>
                <w:szCs w:val="20"/>
              </w:rPr>
              <w:t>alin</w:t>
            </w:r>
            <w:proofErr w:type="spellEnd"/>
            <w:r w:rsidRPr="001060E2">
              <w:rPr>
                <w:sz w:val="20"/>
                <w:szCs w:val="20"/>
              </w:rPr>
              <w:t>. (2) lit. a)</w:t>
            </w:r>
            <w:r w:rsidR="007C5D68" w:rsidRPr="001060E2">
              <w:rPr>
                <w:sz w:val="20"/>
                <w:szCs w:val="20"/>
              </w:rPr>
              <w:t xml:space="preserve"> din Legea nr. 169/2026</w:t>
            </w:r>
          </w:p>
        </w:tc>
      </w:tr>
      <w:tr w:rsidR="00846492" w:rsidRPr="001060E2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1060E2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1060E2">
              <w:rPr>
                <w:sz w:val="20"/>
                <w:szCs w:val="20"/>
                <w:lang w:val="fr-FR"/>
              </w:rPr>
              <w:t xml:space="preserve">☐ A.1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noi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exterioare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locuinței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unifamiliale (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garaje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terase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pergole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>, piscine…)</w:t>
            </w:r>
          </w:p>
          <w:p w14:paraId="1A850A01" w14:textId="5FFFDA1D" w:rsidR="00846492" w:rsidRPr="001060E2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1060E2">
              <w:rPr>
                <w:sz w:val="20"/>
                <w:szCs w:val="20"/>
                <w:lang w:val="fr-FR"/>
              </w:rPr>
              <w:t xml:space="preserve">☐ A.2 o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singură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locuință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unifamilială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(P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D+P, max. 150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mp</w:t>
            </w:r>
            <w:proofErr w:type="spellEnd"/>
            <w:r w:rsidR="00D2019F" w:rsidRPr="001060E2">
              <w:rPr>
                <w:sz w:val="20"/>
                <w:szCs w:val="20"/>
                <w:lang w:val="fr-FR"/>
              </w:rPr>
              <w:t xml:space="preserve">) : </w:t>
            </w:r>
            <w:r w:rsidR="00D2019F" w:rsidRPr="001060E2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 xml:space="preserve">☐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pe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bază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proofErr w:type="gramStart"/>
            <w:r w:rsidRPr="001060E2">
              <w:rPr>
                <w:sz w:val="20"/>
                <w:szCs w:val="20"/>
                <w:lang w:val="fr-FR"/>
              </w:rPr>
              <w:t>proiect</w:t>
            </w:r>
            <w:proofErr w:type="spellEnd"/>
            <w:r w:rsidR="007F39C2" w:rsidRPr="001060E2">
              <w:rPr>
                <w:sz w:val="20"/>
                <w:szCs w:val="20"/>
                <w:lang w:val="fr-FR"/>
              </w:rPr>
              <w:t xml:space="preserve"> </w:t>
            </w:r>
            <w:r w:rsidR="00D2019F" w:rsidRPr="001060E2">
              <w:rPr>
                <w:sz w:val="20"/>
                <w:szCs w:val="20"/>
                <w:lang w:val="fr-FR"/>
              </w:rPr>
              <w:t xml:space="preserve"> /</w:t>
            </w:r>
            <w:proofErr w:type="gramEnd"/>
            <w:r w:rsidR="00D2019F" w:rsidRPr="001060E2">
              <w:rPr>
                <w:sz w:val="20"/>
                <w:szCs w:val="20"/>
                <w:lang w:val="fr-FR"/>
              </w:rPr>
              <w:t xml:space="preserve"> </w:t>
            </w:r>
            <w:r w:rsidR="00D2019F" w:rsidRPr="001060E2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 xml:space="preserve">☐ </w:t>
            </w:r>
            <w:proofErr w:type="spellStart"/>
            <w:r w:rsidR="00D2019F" w:rsidRPr="001060E2">
              <w:rPr>
                <w:sz w:val="20"/>
                <w:szCs w:val="20"/>
                <w:lang w:val="fr-FR"/>
              </w:rPr>
              <w:t>pe</w:t>
            </w:r>
            <w:proofErr w:type="spellEnd"/>
            <w:r w:rsidR="00D2019F"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D2019F" w:rsidRPr="001060E2">
              <w:rPr>
                <w:sz w:val="20"/>
                <w:szCs w:val="20"/>
                <w:lang w:val="fr-FR"/>
              </w:rPr>
              <w:t>bază</w:t>
            </w:r>
            <w:proofErr w:type="spellEnd"/>
            <w:r w:rsidR="00D2019F" w:rsidRPr="001060E2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="00D2019F" w:rsidRPr="001060E2">
              <w:rPr>
                <w:sz w:val="20"/>
                <w:szCs w:val="20"/>
                <w:lang w:val="fr-FR"/>
              </w:rPr>
              <w:t>proiect</w:t>
            </w:r>
            <w:proofErr w:type="spellEnd"/>
            <w:r w:rsidR="00D2019F" w:rsidRPr="001060E2">
              <w:rPr>
                <w:sz w:val="20"/>
                <w:szCs w:val="20"/>
                <w:lang w:val="fr-FR"/>
              </w:rPr>
              <w:t>-tip</w:t>
            </w:r>
          </w:p>
        </w:tc>
      </w:tr>
      <w:tr w:rsidR="00846492" w:rsidRPr="001060E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Pr="001060E2" w:rsidRDefault="00000000">
            <w:pPr>
              <w:keepNext/>
              <w:rPr>
                <w:sz w:val="20"/>
                <w:szCs w:val="20"/>
              </w:rPr>
            </w:pPr>
            <w:r w:rsidRPr="001060E2">
              <w:rPr>
                <w:sz w:val="20"/>
                <w:szCs w:val="20"/>
                <w:lang w:val="fr-FR"/>
              </w:rPr>
              <w:t xml:space="preserve"> B ·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Intervenții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existente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— </w:t>
            </w:r>
            <w:proofErr w:type="spellStart"/>
            <w:r w:rsidR="007C5D68" w:rsidRPr="001060E2">
              <w:rPr>
                <w:sz w:val="20"/>
                <w:szCs w:val="20"/>
                <w:lang w:val="fr-FR"/>
              </w:rPr>
              <w:t>din</w:t>
            </w:r>
            <w:proofErr w:type="spellEnd"/>
            <w:r w:rsidR="007C5D68"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7C5D68" w:rsidRPr="001060E2">
              <w:rPr>
                <w:sz w:val="20"/>
                <w:szCs w:val="20"/>
                <w:lang w:val="fr-FR"/>
              </w:rPr>
              <w:t>categoria</w:t>
            </w:r>
            <w:proofErr w:type="spellEnd"/>
            <w:r w:rsidR="007C5D68"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7C5D68" w:rsidRPr="001060E2">
              <w:rPr>
                <w:sz w:val="20"/>
                <w:szCs w:val="20"/>
                <w:lang w:val="fr-FR"/>
              </w:rPr>
              <w:t>celor</w:t>
            </w:r>
            <w:proofErr w:type="spellEnd"/>
            <w:r w:rsidR="007C5D68"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7C5D68" w:rsidRPr="001060E2">
              <w:rPr>
                <w:sz w:val="20"/>
                <w:szCs w:val="20"/>
                <w:lang w:val="fr-FR"/>
              </w:rPr>
              <w:t>prevăzute</w:t>
            </w:r>
            <w:proofErr w:type="spellEnd"/>
            <w:r w:rsidR="007C5D68" w:rsidRPr="001060E2">
              <w:rPr>
                <w:sz w:val="20"/>
                <w:szCs w:val="20"/>
                <w:lang w:val="fr-FR"/>
              </w:rPr>
              <w:t xml:space="preserve"> la art. 294 </w:t>
            </w:r>
            <w:proofErr w:type="spellStart"/>
            <w:r w:rsidR="007C5D68" w:rsidRPr="001060E2">
              <w:rPr>
                <w:sz w:val="20"/>
                <w:szCs w:val="20"/>
                <w:lang w:val="fr-FR"/>
              </w:rPr>
              <w:t>alin</w:t>
            </w:r>
            <w:proofErr w:type="spellEnd"/>
            <w:r w:rsidR="007C5D68" w:rsidRPr="001060E2">
              <w:rPr>
                <w:sz w:val="20"/>
                <w:szCs w:val="20"/>
                <w:lang w:val="fr-FR"/>
              </w:rPr>
              <w:t xml:space="preserve">. </w:t>
            </w:r>
            <w:r w:rsidR="007C5D68" w:rsidRPr="001060E2">
              <w:rPr>
                <w:sz w:val="20"/>
                <w:szCs w:val="20"/>
              </w:rPr>
              <w:t>(2) lit. b) din Legea nr. 169/2026</w:t>
            </w:r>
          </w:p>
        </w:tc>
      </w:tr>
    </w:tbl>
    <w:p w14:paraId="2E89E498" w14:textId="77777777" w:rsidR="007C5D68" w:rsidRPr="001060E2" w:rsidRDefault="007C5D68">
      <w:pPr>
        <w:keepNext/>
        <w:rPr>
          <w:sz w:val="20"/>
          <w:szCs w:val="20"/>
        </w:rPr>
        <w:sectPr w:rsidR="007C5D68" w:rsidRPr="001060E2" w:rsidSect="007C5D68">
          <w:footerReference w:type="default" r:id="rId9"/>
          <w:headerReference w:type="first" r:id="rId10"/>
          <w:footerReference w:type="first" r:id="rId11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1060E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Pr="001060E2" w:rsidRDefault="00000000">
            <w:pPr>
              <w:keepNext/>
              <w:rPr>
                <w:sz w:val="20"/>
                <w:szCs w:val="20"/>
              </w:rPr>
            </w:pPr>
            <w:r w:rsidRPr="001060E2">
              <w:rPr>
                <w:sz w:val="20"/>
                <w:szCs w:val="20"/>
              </w:rPr>
              <w:t xml:space="preserve">☐ B.1 </w:t>
            </w:r>
            <w:proofErr w:type="spellStart"/>
            <w:r w:rsidRPr="001060E2">
              <w:rPr>
                <w:sz w:val="20"/>
                <w:szCs w:val="20"/>
              </w:rPr>
              <w:t>împrejmuiri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noi</w:t>
            </w:r>
            <w:proofErr w:type="spellEnd"/>
          </w:p>
          <w:p w14:paraId="0EF99278" w14:textId="77777777" w:rsidR="00846492" w:rsidRPr="001060E2" w:rsidRDefault="00000000">
            <w:pPr>
              <w:keepNext/>
              <w:rPr>
                <w:sz w:val="20"/>
                <w:szCs w:val="20"/>
              </w:rPr>
            </w:pPr>
            <w:r w:rsidRPr="001060E2">
              <w:rPr>
                <w:sz w:val="20"/>
                <w:szCs w:val="20"/>
              </w:rPr>
              <w:t xml:space="preserve">☐ B.2 </w:t>
            </w:r>
            <w:proofErr w:type="spellStart"/>
            <w:r w:rsidRPr="001060E2">
              <w:rPr>
                <w:sz w:val="20"/>
                <w:szCs w:val="20"/>
              </w:rPr>
              <w:t>înlocuire</w:t>
            </w:r>
            <w:proofErr w:type="spellEnd"/>
            <w:r w:rsidRPr="001060E2">
              <w:rPr>
                <w:sz w:val="20"/>
                <w:szCs w:val="20"/>
              </w:rPr>
              <w:t xml:space="preserve"> / </w:t>
            </w:r>
            <w:proofErr w:type="spellStart"/>
            <w:r w:rsidRPr="001060E2">
              <w:rPr>
                <w:sz w:val="20"/>
                <w:szCs w:val="20"/>
              </w:rPr>
              <w:t>reconfigurare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acoperiș</w:t>
            </w:r>
            <w:proofErr w:type="spellEnd"/>
          </w:p>
          <w:p w14:paraId="1774BDF1" w14:textId="77777777" w:rsidR="00846492" w:rsidRPr="001060E2" w:rsidRDefault="00000000">
            <w:pPr>
              <w:keepNext/>
              <w:rPr>
                <w:sz w:val="20"/>
                <w:szCs w:val="20"/>
              </w:rPr>
            </w:pPr>
            <w:r w:rsidRPr="001060E2">
              <w:rPr>
                <w:sz w:val="20"/>
                <w:szCs w:val="20"/>
              </w:rPr>
              <w:t xml:space="preserve">☐ B.3 </w:t>
            </w:r>
            <w:proofErr w:type="spellStart"/>
            <w:r w:rsidRPr="001060E2">
              <w:rPr>
                <w:sz w:val="20"/>
                <w:szCs w:val="20"/>
              </w:rPr>
              <w:t>amenajare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mansardă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în</w:t>
            </w:r>
            <w:proofErr w:type="spellEnd"/>
            <w:r w:rsidRPr="001060E2">
              <w:rPr>
                <w:sz w:val="20"/>
                <w:szCs w:val="20"/>
              </w:rPr>
              <w:t xml:space="preserve"> pod existent</w:t>
            </w:r>
          </w:p>
          <w:p w14:paraId="74A790CD" w14:textId="77777777" w:rsidR="00846492" w:rsidRPr="001060E2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1060E2">
              <w:rPr>
                <w:sz w:val="20"/>
                <w:szCs w:val="20"/>
                <w:lang w:val="fr-FR"/>
              </w:rPr>
              <w:t xml:space="preserve">☐ B.4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renovare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extindere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bucătărie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1060E2">
              <w:rPr>
                <w:sz w:val="20"/>
                <w:szCs w:val="20"/>
                <w:lang w:val="fr-FR"/>
              </w:rPr>
              <w:t>baie;</w:t>
            </w:r>
            <w:proofErr w:type="gram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închidere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unitară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logii</w:t>
            </w:r>
            <w:proofErr w:type="spellEnd"/>
          </w:p>
          <w:p w14:paraId="5B6B08E6" w14:textId="77777777" w:rsidR="00846492" w:rsidRPr="001060E2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1060E2">
              <w:rPr>
                <w:sz w:val="20"/>
                <w:szCs w:val="20"/>
                <w:lang w:val="fr-FR"/>
              </w:rPr>
              <w:t xml:space="preserve">☐ B.5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compartimentări</w:t>
            </w:r>
            <w:proofErr w:type="spellEnd"/>
            <w:r w:rsidRPr="001060E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  <w:lang w:val="fr-FR"/>
              </w:rPr>
              <w:t>nestructurale</w:t>
            </w:r>
            <w:proofErr w:type="spellEnd"/>
          </w:p>
          <w:p w14:paraId="34414648" w14:textId="77777777" w:rsidR="00846492" w:rsidRPr="001060E2" w:rsidRDefault="00000000">
            <w:pPr>
              <w:keepNext/>
              <w:rPr>
                <w:sz w:val="20"/>
                <w:szCs w:val="20"/>
              </w:rPr>
            </w:pPr>
            <w:r w:rsidRPr="001060E2">
              <w:rPr>
                <w:sz w:val="20"/>
                <w:szCs w:val="20"/>
              </w:rPr>
              <w:t xml:space="preserve">☐ B.6 </w:t>
            </w:r>
            <w:proofErr w:type="spellStart"/>
            <w:r w:rsidRPr="001060E2">
              <w:rPr>
                <w:sz w:val="20"/>
                <w:szCs w:val="20"/>
              </w:rPr>
              <w:t>remodelări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fațade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fără</w:t>
            </w:r>
            <w:proofErr w:type="spellEnd"/>
            <w:r w:rsidRPr="001060E2">
              <w:rPr>
                <w:sz w:val="20"/>
                <w:szCs w:val="20"/>
              </w:rPr>
              <w:t xml:space="preserve"> </w:t>
            </w:r>
            <w:proofErr w:type="spellStart"/>
            <w:r w:rsidRPr="001060E2">
              <w:rPr>
                <w:sz w:val="20"/>
                <w:szCs w:val="20"/>
              </w:rPr>
              <w:t>rol</w:t>
            </w:r>
            <w:proofErr w:type="spellEnd"/>
            <w:r w:rsidRPr="001060E2">
              <w:rPr>
                <w:sz w:val="20"/>
                <w:szCs w:val="20"/>
              </w:rPr>
              <w:t xml:space="preserve"> structural</w:t>
            </w:r>
          </w:p>
        </w:tc>
      </w:tr>
    </w:tbl>
    <w:p w14:paraId="7B137162" w14:textId="77777777" w:rsidR="007C5D68" w:rsidRPr="001060E2" w:rsidRDefault="007C5D68">
      <w:pPr>
        <w:keepNext/>
        <w:rPr>
          <w:sz w:val="20"/>
          <w:szCs w:val="20"/>
        </w:rPr>
        <w:sectPr w:rsidR="007C5D68" w:rsidRPr="001060E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C21BA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lastRenderedPageBreak/>
              <w:t xml:space="preserve">☐ B.7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reabilitare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energetică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unitară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clădiri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locuit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, max. 3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niveluri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>)</w:t>
            </w:r>
          </w:p>
          <w:p w14:paraId="11CF2574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B.8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compartimentări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demontabile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ușoare</w:t>
            </w:r>
            <w:proofErr w:type="spellEnd"/>
          </w:p>
          <w:p w14:paraId="52DC809F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B.9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schimbare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destinație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fără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lucrări</w:t>
            </w:r>
            <w:proofErr w:type="spellEnd"/>
          </w:p>
          <w:p w14:paraId="703F376A" w14:textId="77777777" w:rsidR="00846492" w:rsidRPr="00C21BA3" w:rsidRDefault="00000000">
            <w:pPr>
              <w:keepNext/>
              <w:rPr>
                <w:sz w:val="20"/>
                <w:szCs w:val="20"/>
              </w:rPr>
            </w:pPr>
            <w:r w:rsidRPr="00C21BA3">
              <w:rPr>
                <w:sz w:val="20"/>
                <w:szCs w:val="20"/>
              </w:rPr>
              <w:t xml:space="preserve">☐ B.10 </w:t>
            </w:r>
            <w:proofErr w:type="spellStart"/>
            <w:r w:rsidRPr="00C21BA3">
              <w:rPr>
                <w:sz w:val="20"/>
                <w:szCs w:val="20"/>
              </w:rPr>
              <w:t>grupuri</w:t>
            </w:r>
            <w:proofErr w:type="spellEnd"/>
            <w:r w:rsidRPr="00C21BA3">
              <w:rPr>
                <w:sz w:val="20"/>
                <w:szCs w:val="20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</w:rPr>
              <w:t>sanitare</w:t>
            </w:r>
            <w:proofErr w:type="spellEnd"/>
            <w:r w:rsidRPr="00C21BA3">
              <w:rPr>
                <w:sz w:val="20"/>
                <w:szCs w:val="20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</w:rPr>
              <w:t>camere</w:t>
            </w:r>
            <w:proofErr w:type="spellEnd"/>
            <w:r w:rsidRPr="00C21BA3">
              <w:rPr>
                <w:sz w:val="20"/>
                <w:szCs w:val="20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</w:rPr>
              <w:t>tehnice</w:t>
            </w:r>
            <w:proofErr w:type="spellEnd"/>
            <w:r w:rsidRPr="00C21BA3">
              <w:rPr>
                <w:sz w:val="20"/>
                <w:szCs w:val="20"/>
              </w:rPr>
              <w:t xml:space="preserve"> (max. 25 </w:t>
            </w:r>
            <w:proofErr w:type="spellStart"/>
            <w:r w:rsidRPr="00C21BA3">
              <w:rPr>
                <w:sz w:val="20"/>
                <w:szCs w:val="20"/>
              </w:rPr>
              <w:t>mp</w:t>
            </w:r>
            <w:proofErr w:type="spellEnd"/>
            <w:r w:rsidRPr="00C21BA3">
              <w:rPr>
                <w:sz w:val="20"/>
                <w:szCs w:val="20"/>
              </w:rPr>
              <w:t>)</w:t>
            </w:r>
          </w:p>
          <w:p w14:paraId="443DCDAD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B.11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întreținere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reparații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curente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rețele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Pr="00C21BA3" w:rsidRDefault="007C5D68">
      <w:pPr>
        <w:keepNext/>
        <w:rPr>
          <w:sz w:val="20"/>
          <w:szCs w:val="20"/>
          <w:lang w:val="fr-FR"/>
        </w:rPr>
        <w:sectPr w:rsidR="007C5D68" w:rsidRPr="00C21BA3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C21BA3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 C ·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zone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protecție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monumentelor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sau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zone construite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protejate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—</w:t>
            </w:r>
            <w:r w:rsidR="007C5D68"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7C5D68" w:rsidRPr="00C21BA3">
              <w:rPr>
                <w:sz w:val="20"/>
                <w:szCs w:val="20"/>
                <w:lang w:val="fr-FR"/>
              </w:rPr>
              <w:t>din</w:t>
            </w:r>
            <w:proofErr w:type="spellEnd"/>
            <w:r w:rsidR="007C5D68"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7C5D68" w:rsidRPr="00C21BA3">
              <w:rPr>
                <w:sz w:val="20"/>
                <w:szCs w:val="20"/>
                <w:lang w:val="fr-FR"/>
              </w:rPr>
              <w:t>categoria</w:t>
            </w:r>
            <w:proofErr w:type="spellEnd"/>
            <w:r w:rsidR="007C5D68"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7C5D68" w:rsidRPr="00C21BA3">
              <w:rPr>
                <w:sz w:val="20"/>
                <w:szCs w:val="20"/>
                <w:lang w:val="fr-FR"/>
              </w:rPr>
              <w:t>celor</w:t>
            </w:r>
            <w:proofErr w:type="spellEnd"/>
            <w:r w:rsidR="007C5D68"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7C5D68" w:rsidRPr="00C21BA3">
              <w:rPr>
                <w:sz w:val="20"/>
                <w:szCs w:val="20"/>
                <w:lang w:val="fr-FR"/>
              </w:rPr>
              <w:t>prevăzute</w:t>
            </w:r>
            <w:proofErr w:type="spellEnd"/>
            <w:r w:rsidR="007C5D68" w:rsidRPr="00C21BA3">
              <w:rPr>
                <w:sz w:val="20"/>
                <w:szCs w:val="20"/>
                <w:lang w:val="fr-FR"/>
              </w:rPr>
              <w:t xml:space="preserve"> la</w:t>
            </w:r>
            <w:r w:rsidRPr="00C21BA3">
              <w:rPr>
                <w:sz w:val="20"/>
                <w:szCs w:val="20"/>
                <w:lang w:val="fr-FR"/>
              </w:rPr>
              <w:t xml:space="preserve"> art. 294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alin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>. (3)</w:t>
            </w:r>
            <w:r w:rsidR="007C5D68" w:rsidRPr="00C21BA3">
              <w:rPr>
                <w:sz w:val="20"/>
                <w:szCs w:val="20"/>
                <w:lang w:val="fr-FR"/>
              </w:rPr>
              <w:t xml:space="preserve"> </w:t>
            </w:r>
            <w:r w:rsidR="007C5D68" w:rsidRPr="00C21BA3">
              <w:rPr>
                <w:sz w:val="20"/>
                <w:szCs w:val="20"/>
              </w:rPr>
              <w:t>din Legea nr. 169/2026</w:t>
            </w:r>
          </w:p>
        </w:tc>
      </w:tr>
      <w:tr w:rsidR="00846492" w:rsidRPr="00C21BA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C.1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reparații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întreținere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existente</w:t>
            </w:r>
            <w:proofErr w:type="spellEnd"/>
          </w:p>
          <w:p w14:paraId="624CC809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C.2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reparații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interioare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și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înlocuiri</w:t>
            </w:r>
            <w:proofErr w:type="spellEnd"/>
          </w:p>
          <w:p w14:paraId="36A2F09D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C.3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reparații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împrejmuiri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acoperișuri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terase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ziduri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sprijin</w:t>
            </w:r>
            <w:proofErr w:type="spellEnd"/>
          </w:p>
          <w:p w14:paraId="23F58DBB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C.4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compartimentări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nestructurale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demontabile</w:t>
            </w:r>
            <w:proofErr w:type="spellEnd"/>
          </w:p>
          <w:p w14:paraId="1E4AF87B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C.5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schimbare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destinație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fără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lucrări</w:t>
            </w:r>
            <w:proofErr w:type="spellEnd"/>
          </w:p>
          <w:p w14:paraId="3D2B4D57" w14:textId="77777777" w:rsidR="00846492" w:rsidRPr="00C21BA3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C.6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instalații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securitate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incendiu</w:t>
            </w:r>
            <w:proofErr w:type="spellEnd"/>
          </w:p>
        </w:tc>
      </w:tr>
      <w:tr w:rsidR="00846492" w:rsidRPr="00C21BA3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Pr="00C21BA3" w:rsidRDefault="00000000">
            <w:pPr>
              <w:keepNext/>
              <w:rPr>
                <w:sz w:val="20"/>
                <w:szCs w:val="20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 D ·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Lucrări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amenajare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— art. 294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alin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. </w:t>
            </w:r>
            <w:r w:rsidRPr="00C21BA3">
              <w:rPr>
                <w:sz w:val="20"/>
                <w:szCs w:val="20"/>
              </w:rPr>
              <w:t>(4)</w:t>
            </w:r>
          </w:p>
        </w:tc>
      </w:tr>
      <w:tr w:rsidR="007F39C2" w:rsidRPr="00C21BA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C21BA3" w:rsidRDefault="007F39C2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D.1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campinguri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tabere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structuri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ușoare</w:t>
            </w:r>
            <w:proofErr w:type="spellEnd"/>
          </w:p>
          <w:p w14:paraId="1437D117" w14:textId="77777777" w:rsidR="007F39C2" w:rsidRPr="00C21BA3" w:rsidRDefault="007F39C2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D.2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modificări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camping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sat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vacanță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existent</w:t>
            </w:r>
          </w:p>
          <w:p w14:paraId="3C5D0DA9" w14:textId="77777777" w:rsidR="007F39C2" w:rsidRPr="00C21BA3" w:rsidRDefault="007F39C2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D.3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teren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sport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fără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public / parc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distracții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(max. 2 ha)</w:t>
            </w:r>
          </w:p>
          <w:p w14:paraId="468A70F6" w14:textId="77777777" w:rsidR="007F39C2" w:rsidRPr="00C21BA3" w:rsidRDefault="007F39C2">
            <w:pPr>
              <w:keepNext/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D.4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spații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publice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grădini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fațadă</w:t>
            </w:r>
            <w:proofErr w:type="spellEnd"/>
          </w:p>
          <w:p w14:paraId="481C6914" w14:textId="77777777" w:rsidR="007F39C2" w:rsidRPr="00C21BA3" w:rsidRDefault="007F39C2">
            <w:pPr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D.5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trotuare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ziduri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sprijin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scări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acces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terase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exterioare</w:t>
            </w:r>
            <w:proofErr w:type="spellEnd"/>
          </w:p>
          <w:p w14:paraId="04F80AB2" w14:textId="77777777" w:rsidR="007F39C2" w:rsidRPr="00C21BA3" w:rsidRDefault="007F39C2">
            <w:pPr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D.6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perdele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forestiere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/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împăduriri</w:t>
            </w:r>
            <w:proofErr w:type="spellEnd"/>
          </w:p>
          <w:p w14:paraId="3ABF0DC1" w14:textId="77777777" w:rsidR="007F39C2" w:rsidRPr="00C21BA3" w:rsidRDefault="007F39C2">
            <w:pPr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D.7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construcții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funerare</w:t>
            </w:r>
            <w:proofErr w:type="spellEnd"/>
          </w:p>
          <w:p w14:paraId="58E1EFF9" w14:textId="4E7F7CB4" w:rsidR="007F39C2" w:rsidRPr="00C21BA3" w:rsidRDefault="007F39C2" w:rsidP="004C2114">
            <w:pPr>
              <w:rPr>
                <w:sz w:val="20"/>
                <w:szCs w:val="20"/>
                <w:lang w:val="fr-FR"/>
              </w:rPr>
            </w:pPr>
            <w:r w:rsidRPr="00C21BA3">
              <w:rPr>
                <w:sz w:val="20"/>
                <w:szCs w:val="20"/>
                <w:lang w:val="fr-FR"/>
              </w:rPr>
              <w:t xml:space="preserve">☐ D.8 rampe de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acces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persoanele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C21BA3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21BA3">
              <w:rPr>
                <w:sz w:val="20"/>
                <w:szCs w:val="20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Pr="00E742A1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Denumire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 xml:space="preserve"> / cod </w:t>
            </w: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proiect</w:t>
            </w:r>
            <w:proofErr w:type="spellEnd"/>
          </w:p>
          <w:p w14:paraId="0B739958" w14:textId="77777777" w:rsidR="00846492" w:rsidRPr="00E742A1" w:rsidRDefault="0084649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6CCE80E9" w14:textId="77777777" w:rsidR="00846492" w:rsidRPr="00E742A1" w:rsidRDefault="00000000">
            <w:pPr>
              <w:keepNext/>
              <w:rPr>
                <w:sz w:val="20"/>
                <w:szCs w:val="20"/>
              </w:rPr>
            </w:pPr>
            <w:r w:rsidRPr="00E742A1">
              <w:rPr>
                <w:b/>
                <w:color w:val="0D5F78"/>
                <w:sz w:val="20"/>
                <w:szCs w:val="20"/>
              </w:rPr>
              <w:t xml:space="preserve">Nr. / </w:t>
            </w:r>
            <w:proofErr w:type="gramStart"/>
            <w:r w:rsidRPr="00E742A1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49345079" w14:textId="77777777" w:rsidR="00846492" w:rsidRPr="00E742A1" w:rsidRDefault="00846492">
            <w:pPr>
              <w:keepNext/>
              <w:rPr>
                <w:sz w:val="20"/>
                <w:szCs w:val="20"/>
              </w:rPr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Pr="00E742A1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Arhitectură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coordonare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="00870FD7" w:rsidRPr="00E742A1">
              <w:rPr>
                <w:b/>
                <w:color w:val="0D5F78"/>
                <w:sz w:val="20"/>
                <w:szCs w:val="20"/>
              </w:rPr>
              <w:t>/</w:t>
            </w:r>
            <w:proofErr w:type="spellStart"/>
            <w:r w:rsidR="00870FD7" w:rsidRPr="00E742A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="00870FD7" w:rsidRPr="00E742A1">
              <w:rPr>
                <w:b/>
                <w:color w:val="0D5F78"/>
                <w:sz w:val="20"/>
                <w:szCs w:val="20"/>
              </w:rPr>
              <w:t>/</w:t>
            </w:r>
            <w:r w:rsidRPr="00E742A1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="003F4418" w:rsidRPr="00E742A1">
              <w:rPr>
                <w:b/>
                <w:color w:val="0D5F78"/>
                <w:sz w:val="20"/>
                <w:szCs w:val="20"/>
              </w:rPr>
              <w:t>nr.TNA</w:t>
            </w:r>
            <w:proofErr w:type="spellEnd"/>
          </w:p>
          <w:p w14:paraId="59DFFC81" w14:textId="77777777" w:rsidR="00846492" w:rsidRPr="00E742A1" w:rsidRDefault="0084649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00E6C6EB" w14:textId="77777777" w:rsidR="00846492" w:rsidRPr="00E742A1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3069E7FC" w14:textId="77777777" w:rsidR="00846492" w:rsidRPr="00E742A1" w:rsidRDefault="00846492">
            <w:pPr>
              <w:keepNext/>
              <w:rPr>
                <w:sz w:val="20"/>
                <w:szCs w:val="20"/>
              </w:rPr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Pr="00E742A1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Structură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 xml:space="preserve"> </w:t>
            </w:r>
            <w:r w:rsidR="00870FD7" w:rsidRPr="00E742A1">
              <w:rPr>
                <w:b/>
                <w:color w:val="0D5F78"/>
                <w:sz w:val="20"/>
                <w:szCs w:val="20"/>
              </w:rPr>
              <w:t xml:space="preserve">— </w:t>
            </w:r>
            <w:proofErr w:type="spellStart"/>
            <w:r w:rsidR="00870FD7" w:rsidRPr="00E742A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="00870FD7" w:rsidRPr="00E742A1">
              <w:rPr>
                <w:b/>
                <w:color w:val="0D5F78"/>
                <w:sz w:val="20"/>
                <w:szCs w:val="20"/>
              </w:rPr>
              <w:t>/</w:t>
            </w:r>
            <w:proofErr w:type="spellStart"/>
            <w:r w:rsidR="00870FD7" w:rsidRPr="00E742A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7C7384FB" w14:textId="77777777" w:rsidR="00846492" w:rsidRPr="00E742A1" w:rsidRDefault="0084649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76C1858B" w14:textId="77777777" w:rsidR="00846492" w:rsidRPr="00E742A1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792D2924" w14:textId="77777777" w:rsidR="00846492" w:rsidRPr="00E742A1" w:rsidRDefault="00846492">
            <w:pPr>
              <w:keepNext/>
              <w:rPr>
                <w:sz w:val="20"/>
                <w:szCs w:val="20"/>
              </w:rPr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Pr="00E742A1" w:rsidRDefault="00000000">
            <w:pPr>
              <w:rPr>
                <w:b/>
                <w:color w:val="0D5F78"/>
                <w:sz w:val="20"/>
                <w:szCs w:val="20"/>
              </w:rPr>
            </w:pP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Instalații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 xml:space="preserve"> </w:t>
            </w:r>
            <w:r w:rsidR="00870FD7" w:rsidRPr="00E742A1">
              <w:rPr>
                <w:b/>
                <w:color w:val="0D5F78"/>
                <w:sz w:val="20"/>
                <w:szCs w:val="20"/>
              </w:rPr>
              <w:t xml:space="preserve">— </w:t>
            </w:r>
            <w:proofErr w:type="spellStart"/>
            <w:r w:rsidR="00870FD7" w:rsidRPr="00E742A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="00870FD7" w:rsidRPr="00E742A1">
              <w:rPr>
                <w:b/>
                <w:color w:val="0D5F78"/>
                <w:sz w:val="20"/>
                <w:szCs w:val="20"/>
              </w:rPr>
              <w:t>/</w:t>
            </w:r>
            <w:proofErr w:type="spellStart"/>
            <w:r w:rsidR="00870FD7" w:rsidRPr="00E742A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="00FD1916" w:rsidRPr="00E742A1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="00FD1916" w:rsidRPr="00E742A1">
              <w:rPr>
                <w:b/>
                <w:color w:val="0D5F78"/>
                <w:sz w:val="20"/>
                <w:szCs w:val="20"/>
              </w:rPr>
              <w:t>specialitate</w:t>
            </w:r>
            <w:proofErr w:type="spellEnd"/>
          </w:p>
          <w:p w14:paraId="760B832F" w14:textId="521667F3" w:rsidR="00846492" w:rsidRPr="00E742A1" w:rsidRDefault="00870FD7">
            <w:pPr>
              <w:rPr>
                <w:sz w:val="20"/>
                <w:szCs w:val="20"/>
              </w:rPr>
            </w:pPr>
            <w:r w:rsidRPr="00E742A1">
              <w:rPr>
                <w:b/>
                <w:color w:val="0D5F78"/>
                <w:sz w:val="20"/>
                <w:szCs w:val="20"/>
              </w:rPr>
              <w:t xml:space="preserve">Alte </w:t>
            </w: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specialități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 xml:space="preserve"> (</w:t>
            </w: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dacă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este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742A1">
              <w:rPr>
                <w:b/>
                <w:color w:val="0D5F78"/>
                <w:sz w:val="20"/>
                <w:szCs w:val="20"/>
              </w:rPr>
              <w:t>cazul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>)  —</w:t>
            </w:r>
            <w:proofErr w:type="gramEnd"/>
            <w:r w:rsidRPr="00E742A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>/</w:t>
            </w: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E742A1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atestare</w:t>
            </w:r>
            <w:proofErr w:type="spellEnd"/>
          </w:p>
        </w:tc>
        <w:tc>
          <w:tcPr>
            <w:tcW w:w="3212" w:type="dxa"/>
          </w:tcPr>
          <w:p w14:paraId="32B487E7" w14:textId="77777777" w:rsidR="00846492" w:rsidRPr="00E742A1" w:rsidRDefault="00000000">
            <w:pPr>
              <w:rPr>
                <w:sz w:val="20"/>
                <w:szCs w:val="20"/>
              </w:rPr>
            </w:pPr>
            <w:proofErr w:type="spellStart"/>
            <w:r w:rsidRPr="00E742A1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52CE7D10" w14:textId="77777777" w:rsidR="00846492" w:rsidRPr="00E742A1" w:rsidRDefault="00846492">
            <w:pPr>
              <w:rPr>
                <w:sz w:val="20"/>
                <w:szCs w:val="20"/>
              </w:rPr>
            </w:pPr>
          </w:p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5C2B9B10" w14:textId="77777777" w:rsidR="00B21AD7" w:rsidRDefault="00000000">
            <w:pPr>
              <w:rPr>
                <w:sz w:val="20"/>
                <w:szCs w:val="20"/>
              </w:rPr>
            </w:pPr>
            <w:r w:rsidRPr="00684EF6">
              <w:rPr>
                <w:sz w:val="20"/>
                <w:szCs w:val="20"/>
              </w:rPr>
              <w:t>☐ d</w:t>
            </w:r>
            <w:proofErr w:type="spellStart"/>
            <w:r w:rsidRPr="00684EF6">
              <w:rPr>
                <w:sz w:val="20"/>
                <w:szCs w:val="20"/>
              </w:rPr>
              <w:t>ovada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titlului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asupra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imobilului</w:t>
            </w:r>
            <w:proofErr w:type="spellEnd"/>
            <w:r w:rsidRPr="00684EF6">
              <w:rPr>
                <w:sz w:val="20"/>
                <w:szCs w:val="20"/>
              </w:rPr>
              <w:t xml:space="preserve">    </w:t>
            </w:r>
            <w:r w:rsidR="000C1AB3" w:rsidRPr="00684EF6">
              <w:rPr>
                <w:sz w:val="20"/>
                <w:szCs w:val="20"/>
              </w:rPr>
              <w:t xml:space="preserve">  </w:t>
            </w:r>
            <w:r w:rsidRPr="00684EF6">
              <w:rPr>
                <w:sz w:val="20"/>
                <w:szCs w:val="20"/>
              </w:rPr>
              <w:t xml:space="preserve"> ☐ </w:t>
            </w:r>
            <w:proofErr w:type="spellStart"/>
            <w:r w:rsidRPr="00684EF6">
              <w:rPr>
                <w:sz w:val="20"/>
                <w:szCs w:val="20"/>
              </w:rPr>
              <w:t>proiectul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tehnic</w:t>
            </w:r>
            <w:proofErr w:type="spellEnd"/>
            <w:r w:rsidRPr="00684EF6">
              <w:rPr>
                <w:sz w:val="20"/>
                <w:szCs w:val="20"/>
              </w:rPr>
              <w:t xml:space="preserve"> cu </w:t>
            </w:r>
            <w:proofErr w:type="spellStart"/>
            <w:r w:rsidRPr="00684EF6">
              <w:rPr>
                <w:sz w:val="20"/>
                <w:szCs w:val="20"/>
              </w:rPr>
              <w:t>conținut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simplificat</w:t>
            </w:r>
            <w:proofErr w:type="spellEnd"/>
            <w:r w:rsidRPr="00684EF6">
              <w:rPr>
                <w:sz w:val="20"/>
                <w:szCs w:val="20"/>
              </w:rPr>
              <w:t xml:space="preserve">  </w:t>
            </w:r>
            <w:r w:rsidR="000C1AB3" w:rsidRPr="00684EF6">
              <w:rPr>
                <w:sz w:val="20"/>
                <w:szCs w:val="20"/>
              </w:rPr>
              <w:t xml:space="preserve">  </w:t>
            </w:r>
            <w:r w:rsidRPr="00684EF6">
              <w:rPr>
                <w:sz w:val="20"/>
                <w:szCs w:val="20"/>
              </w:rPr>
              <w:t xml:space="preserve">   </w:t>
            </w:r>
          </w:p>
          <w:p w14:paraId="21C5ABCB" w14:textId="7D55B5C7" w:rsidR="003F4418" w:rsidRPr="00684EF6" w:rsidRDefault="00000000">
            <w:pPr>
              <w:rPr>
                <w:sz w:val="20"/>
                <w:szCs w:val="20"/>
              </w:rPr>
            </w:pPr>
            <w:r w:rsidRPr="00684EF6">
              <w:rPr>
                <w:sz w:val="20"/>
                <w:szCs w:val="20"/>
              </w:rPr>
              <w:t xml:space="preserve">☐ </w:t>
            </w:r>
            <w:proofErr w:type="spellStart"/>
            <w:r w:rsidRPr="00684EF6">
              <w:rPr>
                <w:sz w:val="20"/>
                <w:szCs w:val="20"/>
              </w:rPr>
              <w:t>studiul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geotehnic</w:t>
            </w:r>
            <w:proofErr w:type="spellEnd"/>
            <w:r w:rsidRPr="00684EF6">
              <w:rPr>
                <w:sz w:val="20"/>
                <w:szCs w:val="20"/>
              </w:rPr>
              <w:t xml:space="preserve"> (</w:t>
            </w:r>
            <w:proofErr w:type="spellStart"/>
            <w:r w:rsidRPr="00684EF6">
              <w:rPr>
                <w:sz w:val="20"/>
                <w:szCs w:val="20"/>
              </w:rPr>
              <w:t>obligatoriu</w:t>
            </w:r>
            <w:proofErr w:type="spellEnd"/>
            <w:r w:rsidRPr="00684EF6">
              <w:rPr>
                <w:sz w:val="20"/>
                <w:szCs w:val="20"/>
              </w:rPr>
              <w:t xml:space="preserve"> la </w:t>
            </w:r>
            <w:proofErr w:type="spellStart"/>
            <w:r w:rsidRPr="00684EF6">
              <w:rPr>
                <w:sz w:val="20"/>
                <w:szCs w:val="20"/>
              </w:rPr>
              <w:t>locuințe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unifamiliale</w:t>
            </w:r>
            <w:proofErr w:type="spellEnd"/>
            <w:r w:rsidRPr="00684EF6">
              <w:rPr>
                <w:sz w:val="20"/>
                <w:szCs w:val="20"/>
              </w:rPr>
              <w:t xml:space="preserve">)     </w:t>
            </w:r>
          </w:p>
          <w:p w14:paraId="6878E58B" w14:textId="77777777" w:rsidR="00B21AD7" w:rsidRDefault="00000000">
            <w:pPr>
              <w:rPr>
                <w:sz w:val="20"/>
                <w:szCs w:val="20"/>
              </w:rPr>
            </w:pPr>
            <w:r w:rsidRPr="00684EF6">
              <w:rPr>
                <w:sz w:val="20"/>
                <w:szCs w:val="20"/>
              </w:rPr>
              <w:t xml:space="preserve">☐ </w:t>
            </w:r>
            <w:proofErr w:type="spellStart"/>
            <w:r w:rsidRPr="00684EF6">
              <w:rPr>
                <w:sz w:val="20"/>
                <w:szCs w:val="20"/>
              </w:rPr>
              <w:t>studiul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topografic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r w:rsidR="007F39C2" w:rsidRPr="00684EF6">
              <w:rPr>
                <w:sz w:val="20"/>
                <w:szCs w:val="20"/>
              </w:rPr>
              <w:t>(</w:t>
            </w:r>
            <w:proofErr w:type="spellStart"/>
            <w:r w:rsidR="007F39C2" w:rsidRPr="00684EF6">
              <w:rPr>
                <w:sz w:val="20"/>
                <w:szCs w:val="20"/>
              </w:rPr>
              <w:t>obligatoriu</w:t>
            </w:r>
            <w:proofErr w:type="spellEnd"/>
            <w:r w:rsidR="007F39C2" w:rsidRPr="00684EF6">
              <w:rPr>
                <w:sz w:val="20"/>
                <w:szCs w:val="20"/>
              </w:rPr>
              <w:t xml:space="preserve"> la </w:t>
            </w:r>
            <w:proofErr w:type="spellStart"/>
            <w:r w:rsidR="007F39C2" w:rsidRPr="00684EF6">
              <w:rPr>
                <w:sz w:val="20"/>
                <w:szCs w:val="20"/>
              </w:rPr>
              <w:t>locuințe</w:t>
            </w:r>
            <w:proofErr w:type="spellEnd"/>
            <w:r w:rsidR="007F39C2" w:rsidRPr="00684EF6">
              <w:rPr>
                <w:sz w:val="20"/>
                <w:szCs w:val="20"/>
              </w:rPr>
              <w:t xml:space="preserve"> </w:t>
            </w:r>
            <w:proofErr w:type="spellStart"/>
            <w:r w:rsidR="007F39C2" w:rsidRPr="00684EF6">
              <w:rPr>
                <w:sz w:val="20"/>
                <w:szCs w:val="20"/>
              </w:rPr>
              <w:t>unifamiliale</w:t>
            </w:r>
            <w:proofErr w:type="spellEnd"/>
            <w:r w:rsidR="007F39C2" w:rsidRPr="00684EF6">
              <w:rPr>
                <w:sz w:val="20"/>
                <w:szCs w:val="20"/>
              </w:rPr>
              <w:t xml:space="preserve">)     </w:t>
            </w:r>
            <w:r w:rsidRPr="00684EF6">
              <w:rPr>
                <w:sz w:val="20"/>
                <w:szCs w:val="20"/>
              </w:rPr>
              <w:t xml:space="preserve">    </w:t>
            </w:r>
            <w:r w:rsidR="000C1AB3" w:rsidRPr="00684EF6">
              <w:rPr>
                <w:sz w:val="20"/>
                <w:szCs w:val="20"/>
              </w:rPr>
              <w:t xml:space="preserve">                                   </w:t>
            </w:r>
            <w:r w:rsidRPr="00684EF6">
              <w:rPr>
                <w:sz w:val="20"/>
                <w:szCs w:val="20"/>
              </w:rPr>
              <w:t xml:space="preserve"> </w:t>
            </w:r>
          </w:p>
          <w:p w14:paraId="5BBEDD70" w14:textId="0FE893C0" w:rsidR="003869B3" w:rsidRPr="00684EF6" w:rsidRDefault="00000000">
            <w:pPr>
              <w:rPr>
                <w:sz w:val="20"/>
                <w:szCs w:val="20"/>
              </w:rPr>
            </w:pPr>
            <w:r w:rsidRPr="00684EF6">
              <w:rPr>
                <w:sz w:val="20"/>
                <w:szCs w:val="20"/>
              </w:rPr>
              <w:t xml:space="preserve">☐ </w:t>
            </w:r>
            <w:proofErr w:type="spellStart"/>
            <w:r w:rsidRPr="00684EF6">
              <w:rPr>
                <w:sz w:val="20"/>
                <w:szCs w:val="20"/>
              </w:rPr>
              <w:t>acordul</w:t>
            </w:r>
            <w:proofErr w:type="spellEnd"/>
            <w:r w:rsidRPr="00684EF6">
              <w:rPr>
                <w:sz w:val="20"/>
                <w:szCs w:val="20"/>
              </w:rPr>
              <w:t xml:space="preserve"> / </w:t>
            </w:r>
            <w:proofErr w:type="spellStart"/>
            <w:r w:rsidRPr="00684EF6">
              <w:rPr>
                <w:sz w:val="20"/>
                <w:szCs w:val="20"/>
              </w:rPr>
              <w:t>avizul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pentru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patrimoniu</w:t>
            </w:r>
            <w:proofErr w:type="spellEnd"/>
            <w:r w:rsidRPr="00684EF6">
              <w:rPr>
                <w:sz w:val="20"/>
                <w:szCs w:val="20"/>
              </w:rPr>
              <w:t xml:space="preserve">, </w:t>
            </w:r>
            <w:proofErr w:type="spellStart"/>
            <w:r w:rsidRPr="00684EF6">
              <w:rPr>
                <w:sz w:val="20"/>
                <w:szCs w:val="20"/>
              </w:rPr>
              <w:t>după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caz</w:t>
            </w:r>
            <w:proofErr w:type="spellEnd"/>
            <w:r w:rsidRPr="00684EF6">
              <w:rPr>
                <w:sz w:val="20"/>
                <w:szCs w:val="20"/>
              </w:rPr>
              <w:t xml:space="preserve">  </w:t>
            </w:r>
          </w:p>
          <w:p w14:paraId="1D14CAA7" w14:textId="77777777" w:rsidR="00B21AD7" w:rsidRDefault="003869B3">
            <w:pPr>
              <w:rPr>
                <w:sz w:val="20"/>
                <w:szCs w:val="20"/>
                <w:lang w:val="fr-FR"/>
              </w:rPr>
            </w:pPr>
            <w:r w:rsidRPr="00684EF6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684EF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  <w:lang w:val="fr-FR"/>
              </w:rPr>
              <w:t>avizul</w:t>
            </w:r>
            <w:proofErr w:type="spellEnd"/>
            <w:r w:rsidRPr="00684EF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  <w:lang w:val="fr-FR"/>
              </w:rPr>
              <w:t>arhitectului-șef</w:t>
            </w:r>
            <w:proofErr w:type="spellEnd"/>
            <w:r w:rsidRPr="00684EF6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684EF6">
              <w:rPr>
                <w:sz w:val="20"/>
                <w:szCs w:val="20"/>
                <w:lang w:val="fr-FR"/>
              </w:rPr>
              <w:t>județului</w:t>
            </w:r>
            <w:proofErr w:type="spellEnd"/>
            <w:r w:rsidRPr="00684EF6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684EF6">
              <w:rPr>
                <w:sz w:val="20"/>
                <w:szCs w:val="20"/>
                <w:lang w:val="fr-FR"/>
              </w:rPr>
              <w:t>obligatoriu</w:t>
            </w:r>
            <w:proofErr w:type="spellEnd"/>
            <w:r w:rsidRPr="00684EF6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684EF6">
              <w:rPr>
                <w:sz w:val="20"/>
                <w:szCs w:val="20"/>
                <w:lang w:val="fr-FR"/>
              </w:rPr>
              <w:t>locuințe</w:t>
            </w:r>
            <w:proofErr w:type="spellEnd"/>
            <w:r w:rsidRPr="00684EF6">
              <w:rPr>
                <w:sz w:val="20"/>
                <w:szCs w:val="20"/>
                <w:lang w:val="fr-FR"/>
              </w:rPr>
              <w:t xml:space="preserve"> unifamiliale)   </w:t>
            </w:r>
            <w:r w:rsidR="000C1AB3" w:rsidRPr="00684EF6">
              <w:rPr>
                <w:sz w:val="20"/>
                <w:szCs w:val="20"/>
                <w:lang w:val="fr-FR"/>
              </w:rPr>
              <w:t xml:space="preserve">                </w:t>
            </w:r>
          </w:p>
          <w:p w14:paraId="52119DB7" w14:textId="010AF990" w:rsidR="00846492" w:rsidRPr="003869B3" w:rsidRDefault="003869B3">
            <w:pPr>
              <w:rPr>
                <w:sz w:val="16"/>
                <w:lang w:val="fr-FR"/>
              </w:rPr>
            </w:pPr>
            <w:r w:rsidRPr="00684EF6">
              <w:rPr>
                <w:sz w:val="20"/>
                <w:szCs w:val="20"/>
              </w:rPr>
              <w:t xml:space="preserve">☐ </w:t>
            </w:r>
            <w:proofErr w:type="spellStart"/>
            <w:r w:rsidRPr="00684EF6">
              <w:rPr>
                <w:sz w:val="20"/>
                <w:szCs w:val="20"/>
              </w:rPr>
              <w:t>dovada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plății</w:t>
            </w:r>
            <w:proofErr w:type="spellEnd"/>
            <w:r w:rsidRPr="00684EF6">
              <w:rPr>
                <w:sz w:val="20"/>
                <w:szCs w:val="20"/>
              </w:rPr>
              <w:t xml:space="preserve"> </w:t>
            </w:r>
            <w:proofErr w:type="spellStart"/>
            <w:r w:rsidRPr="00684EF6">
              <w:rPr>
                <w:sz w:val="20"/>
                <w:szCs w:val="20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Pr="00FE0545" w:rsidRDefault="00000000">
            <w:pPr>
              <w:spacing w:line="228" w:lineRule="auto"/>
              <w:rPr>
                <w:i/>
                <w:sz w:val="20"/>
                <w:szCs w:val="20"/>
              </w:rPr>
            </w:pPr>
            <w:proofErr w:type="spellStart"/>
            <w:r w:rsidRPr="00FE0545">
              <w:rPr>
                <w:i/>
                <w:sz w:val="20"/>
                <w:szCs w:val="20"/>
              </w:rPr>
              <w:t>Declar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că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lucrările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notificate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se </w:t>
            </w:r>
            <w:proofErr w:type="spellStart"/>
            <w:r w:rsidRPr="00FE0545">
              <w:rPr>
                <w:i/>
                <w:sz w:val="20"/>
                <w:szCs w:val="20"/>
              </w:rPr>
              <w:t>încadrează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strict </w:t>
            </w:r>
            <w:proofErr w:type="spellStart"/>
            <w:r w:rsidRPr="00FE0545">
              <w:rPr>
                <w:i/>
                <w:sz w:val="20"/>
                <w:szCs w:val="20"/>
              </w:rPr>
              <w:t>în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art. 294 din Lege</w:t>
            </w:r>
            <w:r w:rsidR="003F4418" w:rsidRPr="00FE0545">
              <w:rPr>
                <w:i/>
                <w:sz w:val="20"/>
                <w:szCs w:val="20"/>
              </w:rPr>
              <w:t xml:space="preserve">a nr. 169/2026 </w:t>
            </w:r>
            <w:proofErr w:type="spellStart"/>
            <w:r w:rsidR="003F4418" w:rsidRPr="00FE0545">
              <w:rPr>
                <w:i/>
                <w:sz w:val="20"/>
                <w:szCs w:val="20"/>
              </w:rPr>
              <w:t>și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cunosc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faptul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că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confirmarea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înregistrării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nu </w:t>
            </w:r>
            <w:proofErr w:type="spellStart"/>
            <w:r w:rsidRPr="00FE0545">
              <w:rPr>
                <w:i/>
                <w:sz w:val="20"/>
                <w:szCs w:val="20"/>
              </w:rPr>
              <w:t>echivalează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cu </w:t>
            </w:r>
            <w:proofErr w:type="spellStart"/>
            <w:r w:rsidRPr="00FE0545">
              <w:rPr>
                <w:i/>
                <w:sz w:val="20"/>
                <w:szCs w:val="20"/>
              </w:rPr>
              <w:t>aprobarea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notificării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FE0545">
              <w:rPr>
                <w:i/>
                <w:sz w:val="20"/>
                <w:szCs w:val="20"/>
              </w:rPr>
              <w:t>iar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răspunderea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pentru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corectitudinea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proiectului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revine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proiectanților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, pe </w:t>
            </w:r>
            <w:proofErr w:type="spellStart"/>
            <w:r w:rsidRPr="00FE0545">
              <w:rPr>
                <w:i/>
                <w:sz w:val="20"/>
                <w:szCs w:val="20"/>
              </w:rPr>
              <w:t>specialități</w:t>
            </w:r>
            <w:proofErr w:type="spellEnd"/>
            <w:r w:rsidRPr="00FE0545">
              <w:rPr>
                <w:i/>
                <w:sz w:val="20"/>
                <w:szCs w:val="20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 w:rsidRPr="00FE0545">
              <w:rPr>
                <w:i/>
                <w:sz w:val="20"/>
                <w:szCs w:val="20"/>
              </w:rPr>
              <w:t>Autoritatea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administrației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publice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locale nu </w:t>
            </w:r>
            <w:proofErr w:type="spellStart"/>
            <w:r w:rsidRPr="00FE0545">
              <w:rPr>
                <w:i/>
                <w:sz w:val="20"/>
                <w:szCs w:val="20"/>
              </w:rPr>
              <w:t>este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responsabilă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pentru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eventualele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prejudicii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ulterioare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cauzate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de </w:t>
            </w:r>
            <w:proofErr w:type="spellStart"/>
            <w:r w:rsidRPr="00FE0545">
              <w:rPr>
                <w:i/>
                <w:sz w:val="20"/>
                <w:szCs w:val="20"/>
              </w:rPr>
              <w:t>existența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unor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litigii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aflate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pe </w:t>
            </w:r>
            <w:proofErr w:type="spellStart"/>
            <w:r w:rsidRPr="00FE0545">
              <w:rPr>
                <w:i/>
                <w:sz w:val="20"/>
                <w:szCs w:val="20"/>
              </w:rPr>
              <w:t>rolul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instanțelor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judecătorești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privind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imobilul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și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nici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pentru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existența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unor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grevări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ale </w:t>
            </w:r>
            <w:proofErr w:type="spellStart"/>
            <w:r w:rsidRPr="00FE0545">
              <w:rPr>
                <w:i/>
                <w:sz w:val="20"/>
                <w:szCs w:val="20"/>
              </w:rPr>
              <w:t>imobilului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cu </w:t>
            </w:r>
            <w:proofErr w:type="spellStart"/>
            <w:r w:rsidRPr="00FE0545">
              <w:rPr>
                <w:i/>
                <w:sz w:val="20"/>
                <w:szCs w:val="20"/>
              </w:rPr>
              <w:t>sarcini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de </w:t>
            </w:r>
            <w:proofErr w:type="spellStart"/>
            <w:r w:rsidRPr="00FE0545">
              <w:rPr>
                <w:i/>
                <w:sz w:val="20"/>
                <w:szCs w:val="20"/>
              </w:rPr>
              <w:t>tipul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interdicțiilor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FE0545">
              <w:rPr>
                <w:i/>
                <w:sz w:val="20"/>
                <w:szCs w:val="20"/>
              </w:rPr>
              <w:t>responsabilitatea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aparținând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în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toate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cazurile</w:t>
            </w:r>
            <w:proofErr w:type="spellEnd"/>
            <w:r w:rsidRPr="00FE054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E0545">
              <w:rPr>
                <w:i/>
                <w:sz w:val="20"/>
                <w:szCs w:val="20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FA3650" w:rsidRDefault="00FD1916" w:rsidP="00303E64">
            <w:pPr>
              <w:spacing w:line="228" w:lineRule="auto"/>
              <w:rPr>
                <w:i/>
                <w:sz w:val="20"/>
                <w:szCs w:val="20"/>
                <w:lang w:val="fr-FR"/>
              </w:rPr>
            </w:pP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Beneficiarul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lucrărilor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de construire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notificate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are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obligația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amplasării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panoului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identificare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investiției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loc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vizibil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pe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durata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execuției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– cf. art. 298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alin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. (5) </w:t>
            </w:r>
            <w:proofErr w:type="spellStart"/>
            <w:r w:rsidRPr="00FA3650">
              <w:rPr>
                <w:i/>
                <w:sz w:val="20"/>
                <w:szCs w:val="20"/>
                <w:lang w:val="fr-FR"/>
              </w:rPr>
              <w:t>din</w:t>
            </w:r>
            <w:proofErr w:type="spellEnd"/>
            <w:r w:rsidRPr="00FA3650">
              <w:rPr>
                <w:i/>
                <w:sz w:val="20"/>
                <w:szCs w:val="20"/>
                <w:lang w:val="fr-FR"/>
              </w:rPr>
              <w:t xml:space="preserve"> Legea nr.169/2026</w:t>
            </w:r>
          </w:p>
          <w:p w14:paraId="49F117C5" w14:textId="7C82B897" w:rsidR="00FD1916" w:rsidRPr="00FA3650" w:rsidRDefault="00FD1916" w:rsidP="00303E64">
            <w:pPr>
              <w:rPr>
                <w:i/>
                <w:iCs/>
                <w:sz w:val="20"/>
                <w:szCs w:val="20"/>
                <w:lang w:val="fr-FR"/>
              </w:rPr>
            </w:pP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Beneficiarul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lucrărilor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de construire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notificate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are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obligația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efectuării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recepției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terminarea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lucrărilor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între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executant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beneficiar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şi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un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reprezentant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unităţii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administrativ-teritoriale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precum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și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înregistrarea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procesului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-verbal de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recepe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în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Registrul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Național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Construcțiilor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Până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operaționalizarea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Registrului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Național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Construcțiilor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, o copie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după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procesul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-verbal de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recepție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transmite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fizic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sau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prin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poștă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A3650">
              <w:rPr>
                <w:i/>
                <w:iCs/>
                <w:sz w:val="20"/>
                <w:szCs w:val="20"/>
                <w:lang w:val="fr-FR"/>
              </w:rPr>
              <w:t>electronică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I.S.C. </w:t>
            </w:r>
            <w:proofErr w:type="gramStart"/>
            <w:r w:rsidRPr="00FA3650">
              <w:rPr>
                <w:i/>
                <w:iCs/>
                <w:sz w:val="20"/>
                <w:szCs w:val="20"/>
                <w:lang w:val="fr-FR"/>
              </w:rPr>
              <w:t>-  cf.</w:t>
            </w:r>
            <w:proofErr w:type="gramEnd"/>
            <w:r w:rsidRPr="00FA3650">
              <w:rPr>
                <w:i/>
                <w:iCs/>
                <w:sz w:val="20"/>
                <w:szCs w:val="20"/>
                <w:lang w:val="fr-FR"/>
              </w:rPr>
              <w:t xml:space="preserve"> art. 298 </w:t>
            </w:r>
            <w:proofErr w:type="spellStart"/>
            <w:proofErr w:type="gramStart"/>
            <w:r w:rsidRPr="00FA3650">
              <w:rPr>
                <w:i/>
                <w:iCs/>
                <w:sz w:val="20"/>
                <w:szCs w:val="20"/>
                <w:lang w:val="fr-FR"/>
              </w:rPr>
              <w:t>alin</w:t>
            </w:r>
            <w:proofErr w:type="spellEnd"/>
            <w:r w:rsidRPr="00FA3650">
              <w:rPr>
                <w:i/>
                <w:iCs/>
                <w:sz w:val="20"/>
                <w:szCs w:val="20"/>
                <w:lang w:val="fr-FR"/>
              </w:rPr>
              <w:t>.(</w:t>
            </w:r>
            <w:proofErr w:type="gramEnd"/>
            <w:r w:rsidRPr="00FA3650">
              <w:rPr>
                <w:i/>
                <w:iCs/>
                <w:sz w:val="20"/>
                <w:szCs w:val="20"/>
                <w:lang w:val="fr-FR"/>
              </w:rPr>
              <w:t>6) din Legea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D876F2" w:rsidRDefault="00000000">
            <w:pPr>
              <w:rPr>
                <w:sz w:val="20"/>
                <w:szCs w:val="20"/>
                <w:lang w:val="fr-FR"/>
              </w:rPr>
            </w:pPr>
            <w:r w:rsidRPr="00D876F2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D876F2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D876F2">
              <w:rPr>
                <w:sz w:val="20"/>
                <w:szCs w:val="20"/>
                <w:lang w:val="fr-FR"/>
              </w:rPr>
              <w:t xml:space="preserve"> format </w:t>
            </w:r>
            <w:proofErr w:type="spellStart"/>
            <w:r w:rsidRPr="00D876F2">
              <w:rPr>
                <w:sz w:val="20"/>
                <w:szCs w:val="20"/>
                <w:lang w:val="fr-FR"/>
              </w:rPr>
              <w:t>scris</w:t>
            </w:r>
            <w:proofErr w:type="spellEnd"/>
            <w:r w:rsidRPr="00D876F2">
              <w:rPr>
                <w:sz w:val="20"/>
                <w:szCs w:val="20"/>
                <w:lang w:val="fr-FR"/>
              </w:rPr>
              <w:t xml:space="preserve">, prin </w:t>
            </w:r>
            <w:proofErr w:type="spellStart"/>
            <w:r w:rsidRPr="00D876F2">
              <w:rPr>
                <w:sz w:val="20"/>
                <w:szCs w:val="20"/>
                <w:lang w:val="fr-FR"/>
              </w:rPr>
              <w:t>poștă</w:t>
            </w:r>
            <w:proofErr w:type="spellEnd"/>
            <w:r w:rsidRPr="00D876F2">
              <w:rPr>
                <w:sz w:val="20"/>
                <w:szCs w:val="20"/>
                <w:lang w:val="fr-FR"/>
              </w:rPr>
              <w:t xml:space="preserve">     ☐ </w:t>
            </w:r>
            <w:proofErr w:type="spellStart"/>
            <w:r w:rsidRPr="00D876F2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D876F2">
              <w:rPr>
                <w:sz w:val="20"/>
                <w:szCs w:val="20"/>
                <w:lang w:val="fr-FR"/>
              </w:rPr>
              <w:t xml:space="preserve"> format digital, la </w:t>
            </w:r>
            <w:proofErr w:type="spellStart"/>
            <w:r w:rsidRPr="00D876F2">
              <w:rPr>
                <w:sz w:val="20"/>
                <w:szCs w:val="20"/>
                <w:lang w:val="fr-FR"/>
              </w:rPr>
              <w:t>adresa</w:t>
            </w:r>
            <w:proofErr w:type="spellEnd"/>
            <w:r w:rsidRPr="00D876F2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D876F2">
              <w:rPr>
                <w:sz w:val="20"/>
                <w:szCs w:val="20"/>
                <w:lang w:val="fr-FR"/>
              </w:rPr>
              <w:t>de e-mail</w:t>
            </w:r>
            <w:proofErr w:type="gramEnd"/>
            <w:r w:rsidRPr="00D876F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876F2">
              <w:rPr>
                <w:sz w:val="20"/>
                <w:szCs w:val="20"/>
                <w:lang w:val="fr-FR"/>
              </w:rPr>
              <w:t>indicată</w:t>
            </w:r>
            <w:proofErr w:type="spellEnd"/>
            <w:r w:rsidRPr="00D876F2">
              <w:rPr>
                <w:sz w:val="20"/>
                <w:szCs w:val="20"/>
                <w:lang w:val="fr-FR"/>
              </w:rPr>
              <w:t xml:space="preserve">     ☐ </w:t>
            </w:r>
            <w:proofErr w:type="spellStart"/>
            <w:r w:rsidRPr="00D876F2">
              <w:rPr>
                <w:sz w:val="20"/>
                <w:szCs w:val="20"/>
                <w:lang w:val="fr-FR"/>
              </w:rPr>
              <w:t>ridicare</w:t>
            </w:r>
            <w:proofErr w:type="spellEnd"/>
            <w:r w:rsidRPr="00D876F2">
              <w:rPr>
                <w:sz w:val="20"/>
                <w:szCs w:val="20"/>
                <w:lang w:val="fr-FR"/>
              </w:rPr>
              <w:t xml:space="preserve"> de la </w:t>
            </w:r>
            <w:proofErr w:type="spellStart"/>
            <w:r w:rsidRPr="00D876F2">
              <w:rPr>
                <w:sz w:val="20"/>
                <w:szCs w:val="20"/>
                <w:lang w:val="fr-FR"/>
              </w:rPr>
              <w:t>sediul</w:t>
            </w:r>
            <w:proofErr w:type="spellEnd"/>
            <w:r w:rsidRPr="00D876F2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876F2">
              <w:rPr>
                <w:sz w:val="20"/>
                <w:szCs w:val="20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Pr="00431919" w:rsidRDefault="00000000" w:rsidP="00431919">
            <w:pPr>
              <w:jc w:val="center"/>
              <w:rPr>
                <w:sz w:val="20"/>
                <w:szCs w:val="20"/>
              </w:rPr>
            </w:pPr>
            <w:r w:rsidRPr="00431919">
              <w:rPr>
                <w:b/>
                <w:color w:val="0D5F78"/>
                <w:sz w:val="20"/>
                <w:szCs w:val="20"/>
              </w:rPr>
              <w:t>Data</w:t>
            </w:r>
          </w:p>
          <w:p w14:paraId="418D45B2" w14:textId="77777777" w:rsidR="00846492" w:rsidRPr="00431919" w:rsidRDefault="00846492" w:rsidP="004319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63B78572" w14:textId="77777777" w:rsidR="00846492" w:rsidRPr="00431919" w:rsidRDefault="00000000" w:rsidP="00431919">
            <w:pPr>
              <w:jc w:val="center"/>
              <w:rPr>
                <w:sz w:val="20"/>
                <w:szCs w:val="20"/>
              </w:rPr>
            </w:pPr>
            <w:proofErr w:type="spellStart"/>
            <w:r w:rsidRPr="00431919">
              <w:rPr>
                <w:b/>
                <w:color w:val="0D5F78"/>
                <w:sz w:val="20"/>
                <w:szCs w:val="20"/>
              </w:rPr>
              <w:t>Beneficiarul</w:t>
            </w:r>
            <w:proofErr w:type="spellEnd"/>
            <w:r w:rsidRPr="00431919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431919">
              <w:rPr>
                <w:b/>
                <w:color w:val="0D5F78"/>
                <w:sz w:val="20"/>
                <w:szCs w:val="20"/>
              </w:rPr>
              <w:t>reprezentantul</w:t>
            </w:r>
            <w:proofErr w:type="spellEnd"/>
          </w:p>
          <w:p w14:paraId="128740B5" w14:textId="77777777" w:rsidR="00846492" w:rsidRPr="00431919" w:rsidRDefault="00846492" w:rsidP="004319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69CA0E82" w14:textId="77777777" w:rsidR="00846492" w:rsidRPr="00431919" w:rsidRDefault="00000000" w:rsidP="00431919">
            <w:pPr>
              <w:jc w:val="center"/>
              <w:rPr>
                <w:sz w:val="20"/>
                <w:szCs w:val="20"/>
              </w:rPr>
            </w:pPr>
            <w:proofErr w:type="spellStart"/>
            <w:r w:rsidRPr="00431919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079B7842" w14:textId="77777777" w:rsidR="00846492" w:rsidRPr="00431919" w:rsidRDefault="00846492" w:rsidP="0043191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2D84B" w14:textId="77777777" w:rsidR="003E3833" w:rsidRDefault="003E3833">
      <w:r>
        <w:separator/>
      </w:r>
    </w:p>
  </w:endnote>
  <w:endnote w:type="continuationSeparator" w:id="0">
    <w:p w14:paraId="5A149340" w14:textId="77777777" w:rsidR="003E3833" w:rsidRDefault="003E3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CFFC2" w14:textId="77777777" w:rsidR="003E3833" w:rsidRDefault="003E3833">
      <w:r>
        <w:separator/>
      </w:r>
    </w:p>
  </w:footnote>
  <w:footnote w:type="continuationSeparator" w:id="0">
    <w:p w14:paraId="5225E2EC" w14:textId="77777777" w:rsidR="003E3833" w:rsidRDefault="003E3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F94"/>
    <w:rsid w:val="000A1F4A"/>
    <w:rsid w:val="000C1AB3"/>
    <w:rsid w:val="001060E2"/>
    <w:rsid w:val="00117381"/>
    <w:rsid w:val="0014225D"/>
    <w:rsid w:val="0015074B"/>
    <w:rsid w:val="001541EF"/>
    <w:rsid w:val="001A55CA"/>
    <w:rsid w:val="001F04DF"/>
    <w:rsid w:val="0024158D"/>
    <w:rsid w:val="0029639D"/>
    <w:rsid w:val="002D559C"/>
    <w:rsid w:val="0031113E"/>
    <w:rsid w:val="00320861"/>
    <w:rsid w:val="00326F90"/>
    <w:rsid w:val="00353E12"/>
    <w:rsid w:val="003869B3"/>
    <w:rsid w:val="0039639D"/>
    <w:rsid w:val="003E3833"/>
    <w:rsid w:val="003F4418"/>
    <w:rsid w:val="00431919"/>
    <w:rsid w:val="004B18FE"/>
    <w:rsid w:val="004D2D0E"/>
    <w:rsid w:val="004E2246"/>
    <w:rsid w:val="0060615D"/>
    <w:rsid w:val="006113A9"/>
    <w:rsid w:val="006248FE"/>
    <w:rsid w:val="00684EF6"/>
    <w:rsid w:val="006C103E"/>
    <w:rsid w:val="00704D09"/>
    <w:rsid w:val="007C5D68"/>
    <w:rsid w:val="007E7818"/>
    <w:rsid w:val="007F39C2"/>
    <w:rsid w:val="00846492"/>
    <w:rsid w:val="00852977"/>
    <w:rsid w:val="00856204"/>
    <w:rsid w:val="00870FD7"/>
    <w:rsid w:val="008F6409"/>
    <w:rsid w:val="00932ED5"/>
    <w:rsid w:val="00935FBF"/>
    <w:rsid w:val="009E616B"/>
    <w:rsid w:val="00A17614"/>
    <w:rsid w:val="00A81649"/>
    <w:rsid w:val="00A83731"/>
    <w:rsid w:val="00AA1D8D"/>
    <w:rsid w:val="00AD1D4A"/>
    <w:rsid w:val="00B21AD7"/>
    <w:rsid w:val="00B47730"/>
    <w:rsid w:val="00BB6502"/>
    <w:rsid w:val="00C21BA3"/>
    <w:rsid w:val="00C9635A"/>
    <w:rsid w:val="00CA6FDB"/>
    <w:rsid w:val="00CB0664"/>
    <w:rsid w:val="00CB7876"/>
    <w:rsid w:val="00CC5110"/>
    <w:rsid w:val="00D2019F"/>
    <w:rsid w:val="00D2346C"/>
    <w:rsid w:val="00D4719D"/>
    <w:rsid w:val="00D876F2"/>
    <w:rsid w:val="00DC539A"/>
    <w:rsid w:val="00DF1397"/>
    <w:rsid w:val="00E52AF9"/>
    <w:rsid w:val="00E60170"/>
    <w:rsid w:val="00E61A6B"/>
    <w:rsid w:val="00E742A1"/>
    <w:rsid w:val="00EB10EB"/>
    <w:rsid w:val="00F343D2"/>
    <w:rsid w:val="00F4129D"/>
    <w:rsid w:val="00FA3650"/>
    <w:rsid w:val="00FC693F"/>
    <w:rsid w:val="00FD191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835</Words>
  <Characters>4845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50</cp:revision>
  <dcterms:created xsi:type="dcterms:W3CDTF">2013-12-23T23:15:00Z</dcterms:created>
  <dcterms:modified xsi:type="dcterms:W3CDTF">2026-10-07T10:42:00Z</dcterms:modified>
  <cp:category/>
</cp:coreProperties>
</file>