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912"/>
        <w:gridCol w:w="1906"/>
        <w:gridCol w:w="3212"/>
      </w:tblGrid>
      <w:tr w:rsidR="00501B78" w14:paraId="2ACBDC3B" w14:textId="77777777" w:rsidTr="00EC7C8C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B3C1377" w14:textId="77777777" w:rsidR="00501B78" w:rsidRDefault="00501B78" w:rsidP="00EC7C8C">
            <w:pPr>
              <w:keepNext/>
              <w:jc w:val="center"/>
              <w:rPr>
                <w:i/>
                <w:color w:val="595959"/>
              </w:rPr>
            </w:pPr>
            <w:r>
              <w:rPr>
                <w:i/>
                <w:noProof/>
                <w:color w:val="595959"/>
              </w:rPr>
              <w:drawing>
                <wp:inline distT="0" distB="0" distL="0" distR="0" wp14:anchorId="603EB975" wp14:editId="615D9BFD">
                  <wp:extent cx="743585" cy="1127760"/>
                  <wp:effectExtent l="0" t="0" r="0" b="0"/>
                  <wp:docPr id="553881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127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AC3A401" w14:textId="77777777" w:rsidR="00501B78" w:rsidRDefault="00501B78" w:rsidP="00EC7C8C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4E77AA3B" w14:textId="77777777" w:rsidR="00501B78" w:rsidRPr="00EB308B" w:rsidRDefault="00501B78" w:rsidP="00EC7C8C">
            <w:pPr>
              <w:keepNext/>
              <w:rPr>
                <w:sz w:val="18"/>
                <w:szCs w:val="18"/>
              </w:rPr>
            </w:pPr>
          </w:p>
          <w:p w14:paraId="5FCA7A8A" w14:textId="77777777" w:rsidR="00501B78" w:rsidRPr="00EB308B" w:rsidRDefault="00501B78" w:rsidP="00EC7C8C">
            <w:pPr>
              <w:keepNext/>
              <w:rPr>
                <w:sz w:val="18"/>
                <w:szCs w:val="18"/>
                <w:lang w:val="ro-RO"/>
              </w:rPr>
            </w:pPr>
            <w:proofErr w:type="spellStart"/>
            <w:r w:rsidRPr="00EB308B">
              <w:rPr>
                <w:b/>
                <w:sz w:val="18"/>
                <w:szCs w:val="18"/>
              </w:rPr>
              <w:t>Județul</w:t>
            </w:r>
            <w:proofErr w:type="spellEnd"/>
            <w:r w:rsidRPr="00EB308B">
              <w:rPr>
                <w:b/>
                <w:sz w:val="18"/>
                <w:szCs w:val="18"/>
              </w:rPr>
              <w:t xml:space="preserve"> Mehedin</w:t>
            </w:r>
            <w:r w:rsidRPr="00EB308B">
              <w:rPr>
                <w:b/>
                <w:sz w:val="18"/>
                <w:szCs w:val="18"/>
                <w:lang w:val="ro-RO"/>
              </w:rPr>
              <w:t>ți</w:t>
            </w:r>
          </w:p>
          <w:p w14:paraId="75CBE98E" w14:textId="77777777" w:rsidR="00501B78" w:rsidRPr="00EB308B" w:rsidRDefault="00501B78" w:rsidP="00EC7C8C">
            <w:pPr>
              <w:keepNext/>
              <w:rPr>
                <w:sz w:val="18"/>
                <w:szCs w:val="18"/>
              </w:rPr>
            </w:pPr>
          </w:p>
        </w:tc>
      </w:tr>
      <w:tr w:rsidR="00501B78" w14:paraId="0650706E" w14:textId="77777777" w:rsidTr="00EC7C8C">
        <w:trPr>
          <w:cantSplit/>
          <w:trHeight w:val="510"/>
        </w:trPr>
        <w:tc>
          <w:tcPr>
            <w:tcW w:w="1606" w:type="dxa"/>
            <w:vMerge/>
          </w:tcPr>
          <w:p w14:paraId="69CC8FC9" w14:textId="77777777" w:rsidR="00501B78" w:rsidRDefault="00501B78" w:rsidP="00EC7C8C"/>
        </w:tc>
        <w:tc>
          <w:tcPr>
            <w:tcW w:w="8030" w:type="dxa"/>
            <w:gridSpan w:val="3"/>
            <w:shd w:val="clear" w:color="auto" w:fill="F0F0F0"/>
          </w:tcPr>
          <w:p w14:paraId="67B4EF61" w14:textId="77777777" w:rsidR="00501B78" w:rsidRPr="00EB308B" w:rsidRDefault="00501B78" w:rsidP="00EC7C8C">
            <w:pPr>
              <w:keepNext/>
              <w:rPr>
                <w:b/>
                <w:sz w:val="18"/>
                <w:szCs w:val="18"/>
              </w:rPr>
            </w:pPr>
          </w:p>
          <w:p w14:paraId="23504284" w14:textId="77777777" w:rsidR="00501B78" w:rsidRPr="00EB308B" w:rsidRDefault="00501B78" w:rsidP="00EC7C8C">
            <w:pPr>
              <w:keepNext/>
              <w:rPr>
                <w:sz w:val="18"/>
                <w:szCs w:val="18"/>
              </w:rPr>
            </w:pPr>
            <w:proofErr w:type="spellStart"/>
            <w:r w:rsidRPr="00EB308B">
              <w:rPr>
                <w:b/>
                <w:sz w:val="18"/>
                <w:szCs w:val="18"/>
              </w:rPr>
              <w:t>Primăria</w:t>
            </w:r>
            <w:proofErr w:type="spellEnd"/>
            <w:r w:rsidRPr="00EB308B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EB308B">
              <w:rPr>
                <w:b/>
                <w:sz w:val="18"/>
                <w:szCs w:val="18"/>
              </w:rPr>
              <w:t>Municipiului</w:t>
            </w:r>
            <w:proofErr w:type="spellEnd"/>
            <w:r w:rsidRPr="00EB308B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EB308B">
              <w:rPr>
                <w:b/>
                <w:sz w:val="18"/>
                <w:szCs w:val="18"/>
              </w:rPr>
              <w:t>Drobeta</w:t>
            </w:r>
            <w:proofErr w:type="spellEnd"/>
            <w:r w:rsidRPr="00EB308B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EB308B">
              <w:rPr>
                <w:b/>
                <w:sz w:val="18"/>
                <w:szCs w:val="18"/>
              </w:rPr>
              <w:t>Turnu</w:t>
            </w:r>
            <w:proofErr w:type="spellEnd"/>
            <w:r w:rsidRPr="00EB308B">
              <w:rPr>
                <w:b/>
                <w:sz w:val="18"/>
                <w:szCs w:val="18"/>
              </w:rPr>
              <w:t xml:space="preserve"> Severin</w:t>
            </w:r>
          </w:p>
          <w:p w14:paraId="59149978" w14:textId="77777777" w:rsidR="00501B78" w:rsidRPr="00EB308B" w:rsidRDefault="00501B78" w:rsidP="00EC7C8C">
            <w:pPr>
              <w:keepNext/>
              <w:rPr>
                <w:sz w:val="18"/>
                <w:szCs w:val="18"/>
              </w:rPr>
            </w:pPr>
          </w:p>
        </w:tc>
      </w:tr>
      <w:tr w:rsidR="00501B78" w14:paraId="139A1FDC" w14:textId="77777777" w:rsidTr="00EB308B">
        <w:trPr>
          <w:cantSplit/>
          <w:trHeight w:val="510"/>
        </w:trPr>
        <w:tc>
          <w:tcPr>
            <w:tcW w:w="1606" w:type="dxa"/>
            <w:vMerge/>
          </w:tcPr>
          <w:p w14:paraId="56F5EBA6" w14:textId="77777777" w:rsidR="00501B78" w:rsidRDefault="00501B78" w:rsidP="00EC7C8C"/>
        </w:tc>
        <w:tc>
          <w:tcPr>
            <w:tcW w:w="2912" w:type="dxa"/>
            <w:shd w:val="clear" w:color="auto" w:fill="F0F0F0"/>
          </w:tcPr>
          <w:p w14:paraId="335E2848" w14:textId="77777777" w:rsidR="00501B78" w:rsidRPr="00EB308B" w:rsidRDefault="00501B78" w:rsidP="00EC7C8C">
            <w:pPr>
              <w:keepNext/>
              <w:rPr>
                <w:b/>
                <w:sz w:val="18"/>
                <w:szCs w:val="18"/>
                <w:lang w:val="fr-FR"/>
              </w:rPr>
            </w:pPr>
            <w:r w:rsidRPr="00EB308B">
              <w:rPr>
                <w:b/>
                <w:sz w:val="18"/>
                <w:szCs w:val="18"/>
                <w:lang w:val="fr-FR"/>
              </w:rPr>
              <w:t xml:space="preserve">Cod de </w:t>
            </w:r>
            <w:proofErr w:type="spellStart"/>
            <w:r w:rsidRPr="00EB308B">
              <w:rPr>
                <w:b/>
                <w:sz w:val="18"/>
                <w:szCs w:val="18"/>
                <w:lang w:val="fr-FR"/>
              </w:rPr>
              <w:t>identificare</w:t>
            </w:r>
            <w:proofErr w:type="spellEnd"/>
            <w:r w:rsidRPr="00EB308B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B308B">
              <w:rPr>
                <w:b/>
                <w:sz w:val="18"/>
                <w:szCs w:val="18"/>
                <w:lang w:val="fr-FR"/>
              </w:rPr>
              <w:t>fiscală</w:t>
            </w:r>
            <w:proofErr w:type="spellEnd"/>
            <w:r w:rsidRPr="00EB308B">
              <w:rPr>
                <w:b/>
                <w:sz w:val="18"/>
                <w:szCs w:val="18"/>
                <w:lang w:val="fr-FR"/>
              </w:rPr>
              <w:t xml:space="preserve"> (CIF)</w:t>
            </w:r>
          </w:p>
          <w:p w14:paraId="3E3C17FD" w14:textId="77777777" w:rsidR="00501B78" w:rsidRPr="00EB308B" w:rsidRDefault="00501B78" w:rsidP="00EC7C8C">
            <w:pPr>
              <w:keepNext/>
              <w:rPr>
                <w:sz w:val="18"/>
                <w:szCs w:val="18"/>
                <w:lang w:val="fr-FR"/>
              </w:rPr>
            </w:pPr>
            <w:r w:rsidRPr="00EB308B">
              <w:rPr>
                <w:b/>
                <w:sz w:val="18"/>
                <w:szCs w:val="18"/>
                <w:lang w:val="fr-FR"/>
              </w:rPr>
              <w:t>RO 44265584</w:t>
            </w:r>
          </w:p>
          <w:p w14:paraId="227129D7" w14:textId="77777777" w:rsidR="00501B78" w:rsidRPr="00EB308B" w:rsidRDefault="00501B78" w:rsidP="00EC7C8C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5118" w:type="dxa"/>
            <w:gridSpan w:val="2"/>
            <w:shd w:val="clear" w:color="auto" w:fill="F0F0F0"/>
          </w:tcPr>
          <w:p w14:paraId="6A5EEA48" w14:textId="77777777" w:rsidR="00501B78" w:rsidRPr="00EB308B" w:rsidRDefault="00501B78" w:rsidP="00EC7C8C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EB308B">
              <w:rPr>
                <w:b/>
                <w:sz w:val="18"/>
                <w:szCs w:val="18"/>
              </w:rPr>
              <w:t>Adresa</w:t>
            </w:r>
            <w:proofErr w:type="spellEnd"/>
            <w:r w:rsidRPr="00EB308B">
              <w:rPr>
                <w:b/>
                <w:sz w:val="18"/>
                <w:szCs w:val="18"/>
              </w:rPr>
              <w:t xml:space="preserve"> Strada </w:t>
            </w:r>
            <w:proofErr w:type="spellStart"/>
            <w:r w:rsidRPr="00EB308B">
              <w:rPr>
                <w:b/>
                <w:sz w:val="18"/>
                <w:szCs w:val="18"/>
              </w:rPr>
              <w:t>Maresal</w:t>
            </w:r>
            <w:proofErr w:type="spellEnd"/>
            <w:r w:rsidRPr="00EB308B">
              <w:rPr>
                <w:b/>
                <w:sz w:val="18"/>
                <w:szCs w:val="18"/>
              </w:rPr>
              <w:t xml:space="preserve"> Averescu nr. 2 </w:t>
            </w:r>
          </w:p>
          <w:p w14:paraId="564EA971" w14:textId="77777777" w:rsidR="00501B78" w:rsidRPr="00EB308B" w:rsidRDefault="00501B78" w:rsidP="00EC7C8C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EB308B">
              <w:rPr>
                <w:b/>
                <w:sz w:val="18"/>
                <w:szCs w:val="18"/>
              </w:rPr>
              <w:t>Drobeta</w:t>
            </w:r>
            <w:proofErr w:type="spellEnd"/>
            <w:r w:rsidRPr="00EB308B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EB308B">
              <w:rPr>
                <w:b/>
                <w:sz w:val="18"/>
                <w:szCs w:val="18"/>
              </w:rPr>
              <w:t>Turnu</w:t>
            </w:r>
            <w:proofErr w:type="spellEnd"/>
            <w:r w:rsidRPr="00EB308B">
              <w:rPr>
                <w:b/>
                <w:sz w:val="18"/>
                <w:szCs w:val="18"/>
              </w:rPr>
              <w:t xml:space="preserve"> Severin, </w:t>
            </w:r>
            <w:proofErr w:type="spellStart"/>
            <w:r w:rsidRPr="00EB308B">
              <w:rPr>
                <w:b/>
                <w:sz w:val="18"/>
                <w:szCs w:val="18"/>
              </w:rPr>
              <w:t>Județul</w:t>
            </w:r>
            <w:proofErr w:type="spellEnd"/>
            <w:r w:rsidRPr="00EB308B">
              <w:rPr>
                <w:b/>
                <w:sz w:val="18"/>
                <w:szCs w:val="18"/>
              </w:rPr>
              <w:t xml:space="preserve"> Mehedinți, </w:t>
            </w:r>
            <w:proofErr w:type="spellStart"/>
            <w:r w:rsidRPr="00EB308B">
              <w:rPr>
                <w:b/>
                <w:sz w:val="18"/>
                <w:szCs w:val="18"/>
              </w:rPr>
              <w:t>România</w:t>
            </w:r>
            <w:proofErr w:type="spellEnd"/>
          </w:p>
          <w:p w14:paraId="22C7335D" w14:textId="77777777" w:rsidR="00501B78" w:rsidRPr="00EB308B" w:rsidRDefault="00501B78" w:rsidP="00EC7C8C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EB308B">
              <w:rPr>
                <w:b/>
                <w:sz w:val="18"/>
                <w:szCs w:val="18"/>
              </w:rPr>
              <w:t>Telefon</w:t>
            </w:r>
            <w:proofErr w:type="spellEnd"/>
            <w:r w:rsidRPr="00EB308B">
              <w:rPr>
                <w:b/>
                <w:sz w:val="18"/>
                <w:szCs w:val="18"/>
              </w:rPr>
              <w:t>: 0252.31.43.79   Fax: 0252.31.63.17</w:t>
            </w:r>
          </w:p>
          <w:p w14:paraId="4F0A2C0F" w14:textId="77777777" w:rsidR="00501B78" w:rsidRPr="00EB308B" w:rsidRDefault="00501B78" w:rsidP="00EC7C8C">
            <w:pPr>
              <w:keepNext/>
              <w:rPr>
                <w:sz w:val="18"/>
                <w:szCs w:val="18"/>
              </w:rPr>
            </w:pPr>
            <w:r w:rsidRPr="00EB308B">
              <w:rPr>
                <w:b/>
                <w:sz w:val="18"/>
                <w:szCs w:val="18"/>
              </w:rPr>
              <w:t xml:space="preserve">E-mail: </w:t>
            </w:r>
            <w:r w:rsidRPr="00EB308B">
              <w:rPr>
                <w:b/>
                <w:color w:val="0070C0"/>
                <w:sz w:val="18"/>
                <w:szCs w:val="18"/>
                <w:u w:val="single"/>
              </w:rPr>
              <w:t>primaria@primariadrobeta.ro</w:t>
            </w:r>
          </w:p>
          <w:p w14:paraId="54491AE8" w14:textId="77777777" w:rsidR="00501B78" w:rsidRPr="00EB308B" w:rsidRDefault="00501B78" w:rsidP="00EC7C8C">
            <w:pPr>
              <w:keepNext/>
              <w:rPr>
                <w:sz w:val="18"/>
                <w:szCs w:val="18"/>
              </w:rPr>
            </w:pPr>
          </w:p>
        </w:tc>
      </w:tr>
      <w:tr w:rsidR="00501B78" w14:paraId="17849178" w14:textId="77777777" w:rsidTr="00EC7C8C">
        <w:trPr>
          <w:cantSplit/>
          <w:trHeight w:val="510"/>
        </w:trPr>
        <w:tc>
          <w:tcPr>
            <w:tcW w:w="1606" w:type="dxa"/>
            <w:vMerge/>
          </w:tcPr>
          <w:p w14:paraId="1AC4EBC7" w14:textId="77777777" w:rsidR="00501B78" w:rsidRDefault="00501B78" w:rsidP="00EC7C8C"/>
        </w:tc>
        <w:tc>
          <w:tcPr>
            <w:tcW w:w="4818" w:type="dxa"/>
            <w:gridSpan w:val="2"/>
            <w:shd w:val="clear" w:color="auto" w:fill="F0F0F0"/>
          </w:tcPr>
          <w:p w14:paraId="0F95F542" w14:textId="77777777" w:rsidR="00501B78" w:rsidRPr="00EB308B" w:rsidRDefault="00501B78" w:rsidP="00EC7C8C">
            <w:pPr>
              <w:keepNext/>
              <w:rPr>
                <w:b/>
                <w:sz w:val="18"/>
                <w:szCs w:val="18"/>
              </w:rPr>
            </w:pPr>
          </w:p>
          <w:p w14:paraId="06EE8ECA" w14:textId="77777777" w:rsidR="00501B78" w:rsidRPr="00EB308B" w:rsidRDefault="00501B78" w:rsidP="00EC7C8C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EB308B">
              <w:rPr>
                <w:b/>
                <w:sz w:val="18"/>
                <w:szCs w:val="18"/>
              </w:rPr>
              <w:t>Număr</w:t>
            </w:r>
            <w:proofErr w:type="spellEnd"/>
            <w:r w:rsidRPr="00EB308B">
              <w:rPr>
                <w:b/>
                <w:sz w:val="18"/>
                <w:szCs w:val="18"/>
              </w:rPr>
              <w:t xml:space="preserve"> de </w:t>
            </w:r>
            <w:proofErr w:type="spellStart"/>
            <w:r w:rsidRPr="00EB308B">
              <w:rPr>
                <w:b/>
                <w:sz w:val="18"/>
                <w:szCs w:val="18"/>
              </w:rPr>
              <w:t>înregistrare</w:t>
            </w:r>
            <w:proofErr w:type="spellEnd"/>
            <w:r w:rsidRPr="00EB308B">
              <w:rPr>
                <w:b/>
                <w:sz w:val="18"/>
                <w:szCs w:val="18"/>
              </w:rPr>
              <w:t xml:space="preserve"> ………………………</w:t>
            </w:r>
          </w:p>
          <w:p w14:paraId="08E89C80" w14:textId="77777777" w:rsidR="00501B78" w:rsidRPr="00EB308B" w:rsidRDefault="00501B78" w:rsidP="00EC7C8C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shd w:val="clear" w:color="auto" w:fill="F0F0F0"/>
          </w:tcPr>
          <w:p w14:paraId="5EC8880E" w14:textId="77777777" w:rsidR="00501B78" w:rsidRPr="00EB308B" w:rsidRDefault="00501B78" w:rsidP="00EC7C8C">
            <w:pPr>
              <w:keepNext/>
              <w:rPr>
                <w:b/>
                <w:sz w:val="18"/>
                <w:szCs w:val="18"/>
              </w:rPr>
            </w:pPr>
          </w:p>
          <w:p w14:paraId="4E186BB5" w14:textId="77777777" w:rsidR="00501B78" w:rsidRPr="00EB308B" w:rsidRDefault="00501B78" w:rsidP="00EC7C8C">
            <w:pPr>
              <w:keepNext/>
              <w:rPr>
                <w:sz w:val="18"/>
                <w:szCs w:val="18"/>
              </w:rPr>
            </w:pPr>
            <w:r w:rsidRPr="00EB308B">
              <w:rPr>
                <w:b/>
                <w:sz w:val="18"/>
                <w:szCs w:val="18"/>
              </w:rPr>
              <w:t>Data ………………………</w:t>
            </w:r>
          </w:p>
          <w:p w14:paraId="19E8EACE" w14:textId="77777777" w:rsidR="00501B78" w:rsidRPr="00EB308B" w:rsidRDefault="00501B78" w:rsidP="00EC7C8C">
            <w:pPr>
              <w:keepNext/>
              <w:rPr>
                <w:sz w:val="18"/>
                <w:szCs w:val="18"/>
              </w:rPr>
            </w:pPr>
          </w:p>
        </w:tc>
      </w:tr>
      <w:tr w:rsidR="00501B78" w:rsidRPr="0021562A" w14:paraId="07A857D8" w14:textId="77777777" w:rsidTr="00EC7C8C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3CD57A6" w14:textId="77777777" w:rsidR="00501B78" w:rsidRPr="00F801F2" w:rsidRDefault="00501B78" w:rsidP="00EC7C8C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F801F2">
              <w:rPr>
                <w:i/>
                <w:color w:val="595959"/>
                <w:lang w:val="fr-FR"/>
              </w:rPr>
              <w:t>se</w:t>
            </w:r>
            <w:proofErr w:type="gram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scrie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în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5970DD8" w14:textId="77777777" w:rsidR="00C85C0B" w:rsidRPr="00150E80" w:rsidRDefault="00C85C0B">
      <w:pPr>
        <w:spacing w:line="168" w:lineRule="auto"/>
        <w:rPr>
          <w:lang w:val="fr-FR"/>
        </w:rPr>
      </w:pPr>
    </w:p>
    <w:p w14:paraId="0EFADD9B" w14:textId="77777777" w:rsidR="00C85C0B" w:rsidRPr="003A7070" w:rsidRDefault="00000000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14:paraId="49143762" w14:textId="77777777" w:rsidR="00C85C0B" w:rsidRPr="00AB750C" w:rsidRDefault="00000000">
      <w:pPr>
        <w:spacing w:after="120"/>
        <w:jc w:val="center"/>
        <w:rPr>
          <w:b/>
          <w:bCs/>
          <w:sz w:val="20"/>
          <w:szCs w:val="20"/>
        </w:rPr>
      </w:pPr>
      <w:proofErr w:type="spellStart"/>
      <w:r w:rsidRPr="00AB750C">
        <w:rPr>
          <w:b/>
          <w:bCs/>
          <w:sz w:val="20"/>
          <w:szCs w:val="20"/>
        </w:rPr>
        <w:t>privind</w:t>
      </w:r>
      <w:proofErr w:type="spellEnd"/>
      <w:r w:rsidRPr="00AB750C">
        <w:rPr>
          <w:b/>
          <w:bCs/>
          <w:sz w:val="20"/>
          <w:szCs w:val="20"/>
        </w:rPr>
        <w:t xml:space="preserve"> </w:t>
      </w:r>
      <w:proofErr w:type="spellStart"/>
      <w:r w:rsidRPr="00AB750C">
        <w:rPr>
          <w:b/>
          <w:bCs/>
          <w:sz w:val="20"/>
          <w:szCs w:val="20"/>
        </w:rPr>
        <w:t>finalizarea</w:t>
      </w:r>
      <w:proofErr w:type="spellEnd"/>
      <w:r w:rsidRPr="00AB750C">
        <w:rPr>
          <w:b/>
          <w:bCs/>
          <w:sz w:val="20"/>
          <w:szCs w:val="20"/>
        </w:rPr>
        <w:t xml:space="preserve"> </w:t>
      </w:r>
      <w:proofErr w:type="spellStart"/>
      <w:r w:rsidRPr="00AB750C">
        <w:rPr>
          <w:b/>
          <w:bCs/>
          <w:sz w:val="20"/>
          <w:szCs w:val="20"/>
        </w:rPr>
        <w:t>lucrărilor</w:t>
      </w:r>
      <w:proofErr w:type="spellEnd"/>
      <w:r w:rsidRPr="00AB750C">
        <w:rPr>
          <w:b/>
          <w:bCs/>
          <w:sz w:val="20"/>
          <w:szCs w:val="20"/>
        </w:rPr>
        <w:t xml:space="preserve"> </w:t>
      </w:r>
      <w:proofErr w:type="spellStart"/>
      <w:r w:rsidRPr="00AB750C">
        <w:rPr>
          <w:b/>
          <w:bCs/>
          <w:sz w:val="20"/>
          <w:szCs w:val="20"/>
        </w:rPr>
        <w:t>notificate</w:t>
      </w:r>
      <w:proofErr w:type="spellEnd"/>
      <w:r w:rsidRPr="00AB750C">
        <w:rPr>
          <w:b/>
          <w:bCs/>
          <w:sz w:val="20"/>
          <w:szCs w:val="20"/>
        </w:rPr>
        <w:t xml:space="preserve"> </w:t>
      </w:r>
      <w:proofErr w:type="spellStart"/>
      <w:r w:rsidRPr="00AB750C">
        <w:rPr>
          <w:b/>
          <w:bCs/>
          <w:sz w:val="20"/>
          <w:szCs w:val="20"/>
        </w:rPr>
        <w:t>și</w:t>
      </w:r>
      <w:proofErr w:type="spellEnd"/>
      <w:r w:rsidRPr="00AB750C">
        <w:rPr>
          <w:b/>
          <w:bCs/>
          <w:sz w:val="20"/>
          <w:szCs w:val="20"/>
        </w:rPr>
        <w:t xml:space="preserve"> </w:t>
      </w:r>
      <w:proofErr w:type="spellStart"/>
      <w:r w:rsidRPr="00AB750C">
        <w:rPr>
          <w:b/>
          <w:bCs/>
          <w:sz w:val="20"/>
          <w:szCs w:val="20"/>
        </w:rPr>
        <w:t>solicitarea</w:t>
      </w:r>
      <w:proofErr w:type="spellEnd"/>
      <w:r w:rsidRPr="00AB750C">
        <w:rPr>
          <w:b/>
          <w:bCs/>
          <w:sz w:val="20"/>
          <w:szCs w:val="20"/>
        </w:rPr>
        <w:t xml:space="preserve"> </w:t>
      </w:r>
      <w:proofErr w:type="spellStart"/>
      <w:r w:rsidRPr="00AB750C">
        <w:rPr>
          <w:b/>
          <w:bCs/>
          <w:sz w:val="20"/>
          <w:szCs w:val="20"/>
        </w:rPr>
        <w:t>participării</w:t>
      </w:r>
      <w:proofErr w:type="spellEnd"/>
      <w:r w:rsidRPr="00AB750C">
        <w:rPr>
          <w:b/>
          <w:bCs/>
          <w:sz w:val="20"/>
          <w:szCs w:val="20"/>
        </w:rPr>
        <w:t xml:space="preserve"> </w:t>
      </w:r>
      <w:proofErr w:type="spellStart"/>
      <w:r w:rsidRPr="00AB750C">
        <w:rPr>
          <w:b/>
          <w:bCs/>
          <w:sz w:val="20"/>
          <w:szCs w:val="20"/>
        </w:rPr>
        <w:t>reprezentantului</w:t>
      </w:r>
      <w:proofErr w:type="spellEnd"/>
      <w:r w:rsidRPr="00AB750C">
        <w:rPr>
          <w:b/>
          <w:bCs/>
          <w:sz w:val="20"/>
          <w:szCs w:val="20"/>
        </w:rPr>
        <w:t xml:space="preserve"> UAT la </w:t>
      </w:r>
      <w:proofErr w:type="spellStart"/>
      <w:r w:rsidRPr="00AB750C">
        <w:rPr>
          <w:b/>
          <w:bCs/>
          <w:sz w:val="20"/>
          <w:szCs w:val="20"/>
        </w:rPr>
        <w:t>recepție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F0706" w14:paraId="4AA2315F" w14:textId="77777777" w:rsidTr="00EC7C8C">
        <w:trPr>
          <w:cantSplit/>
        </w:trPr>
        <w:tc>
          <w:tcPr>
            <w:tcW w:w="9636" w:type="dxa"/>
            <w:shd w:val="clear" w:color="auto" w:fill="F4F4F4"/>
          </w:tcPr>
          <w:p w14:paraId="6938FF2C" w14:textId="77777777" w:rsidR="005F0706" w:rsidRDefault="005F0706" w:rsidP="00EC7C8C">
            <w:pPr>
              <w:keepNext/>
            </w:pP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5F0706" w:rsidRPr="0021562A" w14:paraId="5FAF45E2" w14:textId="77777777" w:rsidTr="00EC7C8C">
        <w:trPr>
          <w:cantSplit/>
          <w:trHeight w:val="510"/>
        </w:trPr>
        <w:tc>
          <w:tcPr>
            <w:tcW w:w="9636" w:type="dxa"/>
          </w:tcPr>
          <w:p w14:paraId="4B4CE30D" w14:textId="77777777" w:rsidR="005F0706" w:rsidRPr="002F5EAB" w:rsidRDefault="005F0706" w:rsidP="00EC7C8C">
            <w:pPr>
              <w:keepNext/>
              <w:rPr>
                <w:b/>
                <w:color w:val="0D5F78"/>
                <w:sz w:val="28"/>
                <w:szCs w:val="28"/>
              </w:rPr>
            </w:pPr>
            <w:proofErr w:type="spellStart"/>
            <w:r w:rsidRPr="001E6EE7">
              <w:rPr>
                <w:b/>
                <w:sz w:val="28"/>
                <w:szCs w:val="28"/>
              </w:rPr>
              <w:t>Primăria</w:t>
            </w:r>
            <w:proofErr w:type="spellEnd"/>
            <w:r w:rsidRPr="001E6EE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E6EE7">
              <w:rPr>
                <w:b/>
                <w:sz w:val="28"/>
                <w:szCs w:val="28"/>
              </w:rPr>
              <w:t>Municipiului</w:t>
            </w:r>
            <w:proofErr w:type="spellEnd"/>
            <w:r w:rsidRPr="001E6EE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E6EE7">
              <w:rPr>
                <w:b/>
                <w:sz w:val="28"/>
                <w:szCs w:val="28"/>
              </w:rPr>
              <w:t>Drobeta</w:t>
            </w:r>
            <w:proofErr w:type="spellEnd"/>
            <w:r w:rsidRPr="001E6EE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E6EE7">
              <w:rPr>
                <w:b/>
                <w:sz w:val="28"/>
                <w:szCs w:val="28"/>
              </w:rPr>
              <w:t>Turnu</w:t>
            </w:r>
            <w:proofErr w:type="spellEnd"/>
            <w:r w:rsidRPr="001E6EE7">
              <w:rPr>
                <w:b/>
                <w:sz w:val="28"/>
                <w:szCs w:val="28"/>
              </w:rPr>
              <w:t xml:space="preserve"> Severin</w:t>
            </w:r>
          </w:p>
        </w:tc>
      </w:tr>
      <w:tr w:rsidR="005F0706" w:rsidRPr="0021562A" w14:paraId="6E48BB8B" w14:textId="77777777" w:rsidTr="00EC7C8C">
        <w:trPr>
          <w:cantSplit/>
        </w:trPr>
        <w:tc>
          <w:tcPr>
            <w:tcW w:w="9636" w:type="dxa"/>
            <w:shd w:val="clear" w:color="auto" w:fill="F4F4F4"/>
          </w:tcPr>
          <w:p w14:paraId="6218D8F9" w14:textId="77777777" w:rsidR="005F0706" w:rsidRPr="00E44906" w:rsidRDefault="005F0706" w:rsidP="00EC7C8C">
            <w:pPr>
              <w:spacing w:line="228" w:lineRule="auto"/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E44906">
              <w:rPr>
                <w:bCs/>
              </w:rPr>
              <w:t>Drobeta</w:t>
            </w:r>
            <w:proofErr w:type="spellEnd"/>
            <w:r w:rsidRPr="00E44906">
              <w:rPr>
                <w:bCs/>
              </w:rPr>
              <w:t xml:space="preserve"> </w:t>
            </w:r>
            <w:proofErr w:type="spellStart"/>
            <w:r w:rsidRPr="00E44906">
              <w:rPr>
                <w:bCs/>
              </w:rPr>
              <w:t>Turnu</w:t>
            </w:r>
            <w:proofErr w:type="spellEnd"/>
            <w:r w:rsidRPr="00E44906">
              <w:rPr>
                <w:bCs/>
              </w:rPr>
              <w:t xml:space="preserve"> Severin</w:t>
            </w:r>
          </w:p>
        </w:tc>
      </w:tr>
    </w:tbl>
    <w:p w14:paraId="3373FB80" w14:textId="77777777" w:rsidR="005F0706" w:rsidRPr="00150E80" w:rsidRDefault="005F0706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Default="00000000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Pr="005C5362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5C5362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5C5362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5C5362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5C5362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5C5362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</w:p>
          <w:p w14:paraId="78962F31" w14:textId="77777777" w:rsidR="00C85C0B" w:rsidRPr="005C5362" w:rsidRDefault="00C85C0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15" w:type="dxa"/>
            <w:gridSpan w:val="3"/>
          </w:tcPr>
          <w:p w14:paraId="349D53B4" w14:textId="77777777" w:rsidR="00C85C0B" w:rsidRPr="005C5362" w:rsidRDefault="00000000">
            <w:pPr>
              <w:keepNext/>
              <w:rPr>
                <w:sz w:val="20"/>
                <w:szCs w:val="20"/>
              </w:rPr>
            </w:pPr>
            <w:r w:rsidRPr="005C5362">
              <w:rPr>
                <w:b/>
                <w:color w:val="0D5F78"/>
                <w:sz w:val="20"/>
                <w:szCs w:val="20"/>
              </w:rPr>
              <w:t>CNP</w:t>
            </w:r>
          </w:p>
          <w:p w14:paraId="12A0DF42" w14:textId="77777777" w:rsidR="00C85C0B" w:rsidRPr="005C5362" w:rsidRDefault="00C85C0B">
            <w:pPr>
              <w:keepNext/>
              <w:rPr>
                <w:sz w:val="20"/>
                <w:szCs w:val="20"/>
              </w:rPr>
            </w:pPr>
          </w:p>
        </w:tc>
      </w:tr>
      <w:tr w:rsidR="00C85C0B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Pr="005C5362" w:rsidRDefault="00000000">
            <w:pPr>
              <w:keepNext/>
              <w:rPr>
                <w:sz w:val="20"/>
                <w:szCs w:val="20"/>
              </w:rPr>
            </w:pPr>
            <w:r w:rsidRPr="005C5362">
              <w:rPr>
                <w:sz w:val="20"/>
                <w:szCs w:val="20"/>
              </w:rPr>
              <w:t xml:space="preserve"> Act de </w:t>
            </w:r>
            <w:proofErr w:type="spellStart"/>
            <w:r w:rsidRPr="005C5362">
              <w:rPr>
                <w:sz w:val="20"/>
                <w:szCs w:val="20"/>
              </w:rPr>
              <w:t>identitate</w:t>
            </w:r>
            <w:proofErr w:type="spellEnd"/>
          </w:p>
        </w:tc>
      </w:tr>
      <w:tr w:rsidR="00C85C0B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Pr="005C5362" w:rsidRDefault="00000000">
            <w:pPr>
              <w:keepNext/>
              <w:rPr>
                <w:sz w:val="20"/>
                <w:szCs w:val="20"/>
              </w:rPr>
            </w:pPr>
            <w:r w:rsidRPr="005C5362">
              <w:rPr>
                <w:b/>
                <w:color w:val="0D5F78"/>
                <w:sz w:val="20"/>
                <w:szCs w:val="20"/>
              </w:rPr>
              <w:t>Seria</w:t>
            </w:r>
          </w:p>
          <w:p w14:paraId="1372DB4F" w14:textId="77777777" w:rsidR="00C85C0B" w:rsidRPr="005C5362" w:rsidRDefault="00C85C0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38543067" w14:textId="77777777" w:rsidR="00C85C0B" w:rsidRPr="005C5362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5C5362">
              <w:rPr>
                <w:b/>
                <w:color w:val="0D5F78"/>
                <w:sz w:val="20"/>
                <w:szCs w:val="20"/>
              </w:rPr>
              <w:t>Numărul</w:t>
            </w:r>
            <w:proofErr w:type="spellEnd"/>
          </w:p>
          <w:p w14:paraId="10D1BCEF" w14:textId="77777777" w:rsidR="00C85C0B" w:rsidRPr="005C5362" w:rsidRDefault="00C85C0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818" w:type="dxa"/>
            <w:gridSpan w:val="5"/>
          </w:tcPr>
          <w:p w14:paraId="5949C44F" w14:textId="77777777" w:rsidR="00C85C0B" w:rsidRPr="005C5362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5C5362">
              <w:rPr>
                <w:b/>
                <w:color w:val="0D5F78"/>
                <w:sz w:val="20"/>
                <w:szCs w:val="20"/>
              </w:rPr>
              <w:t>Eliberat</w:t>
            </w:r>
            <w:proofErr w:type="spellEnd"/>
            <w:r w:rsidRPr="005C5362">
              <w:rPr>
                <w:b/>
                <w:color w:val="0D5F78"/>
                <w:sz w:val="20"/>
                <w:szCs w:val="20"/>
              </w:rPr>
              <w:t xml:space="preserve"> de</w:t>
            </w:r>
          </w:p>
          <w:p w14:paraId="7DFD0055" w14:textId="77777777" w:rsidR="00C85C0B" w:rsidRPr="005C5362" w:rsidRDefault="00C85C0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6E02C3D3" w14:textId="77777777" w:rsidR="00C85C0B" w:rsidRPr="005C5362" w:rsidRDefault="00000000">
            <w:pPr>
              <w:keepNext/>
              <w:rPr>
                <w:sz w:val="20"/>
                <w:szCs w:val="20"/>
              </w:rPr>
            </w:pPr>
            <w:r w:rsidRPr="005C5362">
              <w:rPr>
                <w:b/>
                <w:color w:val="0D5F78"/>
                <w:sz w:val="20"/>
                <w:szCs w:val="20"/>
              </w:rPr>
              <w:t>La data</w:t>
            </w:r>
          </w:p>
          <w:p w14:paraId="7B1F54BC" w14:textId="77777777" w:rsidR="00C85C0B" w:rsidRPr="005C5362" w:rsidRDefault="00C85C0B">
            <w:pPr>
              <w:keepNext/>
              <w:rPr>
                <w:sz w:val="20"/>
                <w:szCs w:val="20"/>
              </w:rPr>
            </w:pPr>
          </w:p>
        </w:tc>
      </w:tr>
      <w:tr w:rsidR="00C85C0B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Pr="005C5362" w:rsidRDefault="00000000">
            <w:pPr>
              <w:keepNext/>
              <w:rPr>
                <w:sz w:val="20"/>
                <w:szCs w:val="20"/>
              </w:rPr>
            </w:pPr>
            <w:r w:rsidRPr="005C5362">
              <w:rPr>
                <w:sz w:val="20"/>
                <w:szCs w:val="20"/>
              </w:rPr>
              <w:t xml:space="preserve"> </w:t>
            </w:r>
            <w:proofErr w:type="spellStart"/>
            <w:r w:rsidRPr="005C5362">
              <w:rPr>
                <w:sz w:val="20"/>
                <w:szCs w:val="20"/>
              </w:rPr>
              <w:t>Domiciliul</w:t>
            </w:r>
            <w:proofErr w:type="spellEnd"/>
          </w:p>
        </w:tc>
      </w:tr>
      <w:tr w:rsidR="00C85C0B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Pr="005C5362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5C5362">
              <w:rPr>
                <w:b/>
                <w:color w:val="0D5F78"/>
                <w:sz w:val="20"/>
                <w:szCs w:val="20"/>
              </w:rPr>
              <w:t>Județul</w:t>
            </w:r>
            <w:proofErr w:type="spellEnd"/>
          </w:p>
          <w:p w14:paraId="2186F192" w14:textId="77777777" w:rsidR="00C85C0B" w:rsidRPr="005C5362" w:rsidRDefault="00C85C0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4"/>
          </w:tcPr>
          <w:p w14:paraId="50EE20EA" w14:textId="77777777" w:rsidR="00C85C0B" w:rsidRPr="005C5362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5C5362">
              <w:rPr>
                <w:b/>
                <w:color w:val="0D5F78"/>
                <w:sz w:val="20"/>
                <w:szCs w:val="20"/>
              </w:rPr>
              <w:t>Municipiul</w:t>
            </w:r>
            <w:proofErr w:type="spellEnd"/>
            <w:r w:rsidRPr="005C5362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5C5362">
              <w:rPr>
                <w:b/>
                <w:color w:val="0D5F78"/>
                <w:sz w:val="20"/>
                <w:szCs w:val="20"/>
              </w:rPr>
              <w:t>orașul</w:t>
            </w:r>
            <w:proofErr w:type="spellEnd"/>
            <w:r w:rsidRPr="005C5362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5C5362">
              <w:rPr>
                <w:b/>
                <w:color w:val="0D5F78"/>
                <w:sz w:val="20"/>
                <w:szCs w:val="20"/>
              </w:rPr>
              <w:t>comuna</w:t>
            </w:r>
            <w:proofErr w:type="spellEnd"/>
          </w:p>
          <w:p w14:paraId="5A7197A9" w14:textId="77777777" w:rsidR="00C85C0B" w:rsidRPr="005C5362" w:rsidRDefault="00C85C0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52D40263" w14:textId="77777777" w:rsidR="00C85C0B" w:rsidRPr="005C5362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5C5362">
              <w:rPr>
                <w:b/>
                <w:color w:val="0D5F78"/>
                <w:sz w:val="20"/>
                <w:szCs w:val="20"/>
              </w:rPr>
              <w:t>Satul</w:t>
            </w:r>
            <w:proofErr w:type="spellEnd"/>
            <w:r w:rsidRPr="005C5362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5C5362">
              <w:rPr>
                <w:b/>
                <w:color w:val="0D5F78"/>
                <w:sz w:val="20"/>
                <w:szCs w:val="20"/>
              </w:rPr>
              <w:t>sectorul</w:t>
            </w:r>
            <w:proofErr w:type="spellEnd"/>
          </w:p>
          <w:p w14:paraId="2A6C818F" w14:textId="77777777" w:rsidR="00C85C0B" w:rsidRPr="005C5362" w:rsidRDefault="00C85C0B">
            <w:pPr>
              <w:keepNext/>
              <w:rPr>
                <w:sz w:val="20"/>
                <w:szCs w:val="20"/>
              </w:rPr>
            </w:pPr>
          </w:p>
        </w:tc>
      </w:tr>
      <w:tr w:rsidR="00C85C0B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Pr="005C5362" w:rsidRDefault="00000000">
            <w:pPr>
              <w:keepNext/>
              <w:rPr>
                <w:sz w:val="20"/>
                <w:szCs w:val="20"/>
              </w:rPr>
            </w:pPr>
            <w:r w:rsidRPr="005C5362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4F3D8CE6" w14:textId="77777777" w:rsidR="00C85C0B" w:rsidRPr="005C5362" w:rsidRDefault="00C85C0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075341DA" w14:textId="77777777" w:rsidR="00C85C0B" w:rsidRPr="005C5362" w:rsidRDefault="00000000">
            <w:pPr>
              <w:keepNext/>
              <w:rPr>
                <w:sz w:val="20"/>
                <w:szCs w:val="20"/>
              </w:rPr>
            </w:pPr>
            <w:r w:rsidRPr="005C5362">
              <w:rPr>
                <w:b/>
                <w:color w:val="0D5F78"/>
                <w:sz w:val="20"/>
                <w:szCs w:val="20"/>
              </w:rPr>
              <w:t>Nr.</w:t>
            </w:r>
          </w:p>
          <w:p w14:paraId="20120A0F" w14:textId="77777777" w:rsidR="00C85C0B" w:rsidRPr="005C5362" w:rsidRDefault="00C85C0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6F18AE53" w14:textId="77777777" w:rsidR="00C85C0B" w:rsidRPr="005C5362" w:rsidRDefault="00000000">
            <w:pPr>
              <w:keepNext/>
              <w:rPr>
                <w:sz w:val="20"/>
                <w:szCs w:val="20"/>
              </w:rPr>
            </w:pPr>
            <w:r w:rsidRPr="005C5362">
              <w:rPr>
                <w:b/>
                <w:color w:val="0D5F78"/>
                <w:sz w:val="20"/>
                <w:szCs w:val="20"/>
              </w:rPr>
              <w:t>Sc.</w:t>
            </w:r>
          </w:p>
          <w:p w14:paraId="20E48DEE" w14:textId="77777777" w:rsidR="00C85C0B" w:rsidRPr="005C5362" w:rsidRDefault="00C85C0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7B25ACF6" w14:textId="77777777" w:rsidR="00C85C0B" w:rsidRPr="005C5362" w:rsidRDefault="00000000">
            <w:pPr>
              <w:keepNext/>
              <w:rPr>
                <w:sz w:val="20"/>
                <w:szCs w:val="20"/>
              </w:rPr>
            </w:pPr>
            <w:r w:rsidRPr="005C5362">
              <w:rPr>
                <w:b/>
                <w:color w:val="0D5F78"/>
                <w:sz w:val="20"/>
                <w:szCs w:val="20"/>
              </w:rPr>
              <w:t>Et.</w:t>
            </w:r>
          </w:p>
          <w:p w14:paraId="6F6960D6" w14:textId="77777777" w:rsidR="00C85C0B" w:rsidRPr="005C5362" w:rsidRDefault="00C85C0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38B4DB2B" w14:textId="77777777" w:rsidR="00C85C0B" w:rsidRPr="005C5362" w:rsidRDefault="00000000">
            <w:pPr>
              <w:keepNext/>
              <w:rPr>
                <w:sz w:val="20"/>
                <w:szCs w:val="20"/>
              </w:rPr>
            </w:pPr>
            <w:r w:rsidRPr="005C5362">
              <w:rPr>
                <w:b/>
                <w:color w:val="0D5F78"/>
                <w:sz w:val="20"/>
                <w:szCs w:val="20"/>
              </w:rPr>
              <w:t>Ap.</w:t>
            </w:r>
          </w:p>
          <w:p w14:paraId="0D48C9FB" w14:textId="77777777" w:rsidR="00C85C0B" w:rsidRPr="005C5362" w:rsidRDefault="00C85C0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3C794EFE" w14:textId="77777777" w:rsidR="00C85C0B" w:rsidRPr="005C5362" w:rsidRDefault="00000000">
            <w:pPr>
              <w:keepNext/>
              <w:rPr>
                <w:sz w:val="20"/>
                <w:szCs w:val="20"/>
              </w:rPr>
            </w:pPr>
            <w:r w:rsidRPr="005C5362">
              <w:rPr>
                <w:b/>
                <w:color w:val="0D5F78"/>
                <w:sz w:val="20"/>
                <w:szCs w:val="20"/>
              </w:rPr>
              <w:t xml:space="preserve">Cod </w:t>
            </w:r>
            <w:proofErr w:type="spellStart"/>
            <w:r w:rsidRPr="005C5362">
              <w:rPr>
                <w:b/>
                <w:color w:val="0D5F78"/>
                <w:sz w:val="20"/>
                <w:szCs w:val="20"/>
              </w:rPr>
              <w:t>poștal</w:t>
            </w:r>
            <w:proofErr w:type="spellEnd"/>
          </w:p>
          <w:p w14:paraId="14D83194" w14:textId="77777777" w:rsidR="00C85C0B" w:rsidRPr="005C5362" w:rsidRDefault="00C85C0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44F2C34C" w14:textId="77777777" w:rsidR="00C85C0B" w:rsidRPr="005C5362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5C5362">
              <w:rPr>
                <w:b/>
                <w:color w:val="0D5F78"/>
                <w:sz w:val="20"/>
                <w:szCs w:val="20"/>
              </w:rPr>
              <w:t>Țara</w:t>
            </w:r>
            <w:proofErr w:type="spellEnd"/>
          </w:p>
          <w:p w14:paraId="303B0DDB" w14:textId="77777777" w:rsidR="00C85C0B" w:rsidRPr="005C5362" w:rsidRDefault="00C85C0B">
            <w:pPr>
              <w:keepNext/>
              <w:rPr>
                <w:sz w:val="20"/>
                <w:szCs w:val="20"/>
              </w:rPr>
            </w:pPr>
          </w:p>
        </w:tc>
      </w:tr>
      <w:tr w:rsidR="00C85C0B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Pr="005C5362" w:rsidRDefault="00000000">
            <w:pPr>
              <w:keepNext/>
              <w:rPr>
                <w:sz w:val="20"/>
                <w:szCs w:val="20"/>
              </w:rPr>
            </w:pPr>
            <w:r w:rsidRPr="005C5362">
              <w:rPr>
                <w:sz w:val="20"/>
                <w:szCs w:val="20"/>
              </w:rPr>
              <w:t xml:space="preserve"> Date de contact</w:t>
            </w:r>
          </w:p>
        </w:tc>
      </w:tr>
      <w:tr w:rsidR="00C85C0B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Pr="005C5362" w:rsidRDefault="00000000">
            <w:pPr>
              <w:rPr>
                <w:sz w:val="20"/>
                <w:szCs w:val="20"/>
              </w:rPr>
            </w:pPr>
            <w:proofErr w:type="spellStart"/>
            <w:r w:rsidRPr="005C5362">
              <w:rPr>
                <w:b/>
                <w:color w:val="0D5F78"/>
                <w:sz w:val="20"/>
                <w:szCs w:val="20"/>
              </w:rPr>
              <w:t>Telefon</w:t>
            </w:r>
            <w:proofErr w:type="spellEnd"/>
            <w:r w:rsidRPr="005C5362">
              <w:rPr>
                <w:b/>
                <w:color w:val="0D5F78"/>
                <w:sz w:val="20"/>
                <w:szCs w:val="20"/>
              </w:rPr>
              <w:t xml:space="preserve"> / fax</w:t>
            </w:r>
          </w:p>
          <w:p w14:paraId="1D1557B5" w14:textId="77777777" w:rsidR="00C85C0B" w:rsidRPr="005C5362" w:rsidRDefault="00C85C0B">
            <w:pPr>
              <w:rPr>
                <w:sz w:val="20"/>
                <w:szCs w:val="20"/>
              </w:rPr>
            </w:pPr>
          </w:p>
        </w:tc>
        <w:tc>
          <w:tcPr>
            <w:tcW w:w="5621" w:type="dxa"/>
            <w:gridSpan w:val="5"/>
          </w:tcPr>
          <w:p w14:paraId="56D269E2" w14:textId="77777777" w:rsidR="00C85C0B" w:rsidRPr="005C5362" w:rsidRDefault="00000000">
            <w:pPr>
              <w:rPr>
                <w:sz w:val="20"/>
                <w:szCs w:val="20"/>
              </w:rPr>
            </w:pPr>
            <w:r w:rsidRPr="005C5362">
              <w:rPr>
                <w:b/>
                <w:color w:val="0D5F78"/>
                <w:sz w:val="20"/>
                <w:szCs w:val="20"/>
              </w:rPr>
              <w:t>E-mail</w:t>
            </w:r>
          </w:p>
          <w:p w14:paraId="6134E69B" w14:textId="77777777" w:rsidR="00C85C0B" w:rsidRPr="005C5362" w:rsidRDefault="00C85C0B">
            <w:pPr>
              <w:rPr>
                <w:sz w:val="20"/>
                <w:szCs w:val="20"/>
              </w:rPr>
            </w:pPr>
          </w:p>
        </w:tc>
      </w:tr>
    </w:tbl>
    <w:p w14:paraId="4DBE4EFE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Pr="00AF6904" w:rsidRDefault="00000000">
            <w:pPr>
              <w:rPr>
                <w:sz w:val="20"/>
                <w:szCs w:val="20"/>
              </w:rPr>
            </w:pPr>
            <w:r w:rsidRPr="00AF6904">
              <w:rPr>
                <w:b/>
                <w:color w:val="0D5F78"/>
                <w:sz w:val="20"/>
                <w:szCs w:val="20"/>
              </w:rPr>
              <w:t xml:space="preserve">Nr. / </w:t>
            </w:r>
            <w:proofErr w:type="gramStart"/>
            <w:r w:rsidRPr="00AF6904">
              <w:rPr>
                <w:b/>
                <w:color w:val="0D5F78"/>
                <w:sz w:val="20"/>
                <w:szCs w:val="20"/>
              </w:rPr>
              <w:t>data</w:t>
            </w:r>
            <w:proofErr w:type="gramEnd"/>
            <w:r w:rsidRPr="00AF6904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AF6904">
              <w:rPr>
                <w:b/>
                <w:color w:val="0D5F78"/>
                <w:sz w:val="20"/>
                <w:szCs w:val="20"/>
              </w:rPr>
              <w:t>notificării</w:t>
            </w:r>
            <w:proofErr w:type="spellEnd"/>
          </w:p>
          <w:p w14:paraId="782A3FB4" w14:textId="77777777" w:rsidR="00C85C0B" w:rsidRPr="00AF6904" w:rsidRDefault="00C85C0B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07DACF42" w14:textId="77777777" w:rsidR="00C85C0B" w:rsidRPr="00AF6904" w:rsidRDefault="00000000">
            <w:pPr>
              <w:rPr>
                <w:sz w:val="20"/>
                <w:szCs w:val="20"/>
              </w:rPr>
            </w:pPr>
            <w:proofErr w:type="spellStart"/>
            <w:r w:rsidRPr="00AF6904">
              <w:rPr>
                <w:b/>
                <w:color w:val="0D5F78"/>
                <w:sz w:val="20"/>
                <w:szCs w:val="20"/>
              </w:rPr>
              <w:t>Proiect</w:t>
            </w:r>
            <w:proofErr w:type="spellEnd"/>
            <w:r w:rsidRPr="00AF6904">
              <w:rPr>
                <w:b/>
                <w:color w:val="0D5F78"/>
                <w:sz w:val="20"/>
                <w:szCs w:val="20"/>
              </w:rPr>
              <w:t xml:space="preserve"> nr. / </w:t>
            </w:r>
            <w:proofErr w:type="gramStart"/>
            <w:r w:rsidRPr="00AF6904">
              <w:rPr>
                <w:b/>
                <w:color w:val="0D5F78"/>
                <w:sz w:val="20"/>
                <w:szCs w:val="20"/>
              </w:rPr>
              <w:t>cod</w:t>
            </w:r>
            <w:proofErr w:type="gramEnd"/>
          </w:p>
          <w:p w14:paraId="704DDBFC" w14:textId="77777777" w:rsidR="00C85C0B" w:rsidRPr="00AF6904" w:rsidRDefault="00C85C0B">
            <w:pPr>
              <w:rPr>
                <w:sz w:val="20"/>
                <w:szCs w:val="20"/>
              </w:rPr>
            </w:pPr>
          </w:p>
        </w:tc>
        <w:tc>
          <w:tcPr>
            <w:tcW w:w="4818" w:type="dxa"/>
          </w:tcPr>
          <w:p w14:paraId="75FD378C" w14:textId="77777777" w:rsidR="00C85C0B" w:rsidRPr="00AF6904" w:rsidRDefault="00000000">
            <w:pPr>
              <w:rPr>
                <w:sz w:val="20"/>
                <w:szCs w:val="20"/>
              </w:rPr>
            </w:pPr>
            <w:proofErr w:type="spellStart"/>
            <w:r w:rsidRPr="00AF6904">
              <w:rPr>
                <w:b/>
                <w:color w:val="0D5F78"/>
                <w:sz w:val="20"/>
                <w:szCs w:val="20"/>
              </w:rPr>
              <w:t>Imobilul</w:t>
            </w:r>
            <w:proofErr w:type="spellEnd"/>
          </w:p>
          <w:p w14:paraId="0E48F05F" w14:textId="77777777" w:rsidR="00C85C0B" w:rsidRPr="00AF6904" w:rsidRDefault="00C85C0B">
            <w:pPr>
              <w:rPr>
                <w:sz w:val="20"/>
                <w:szCs w:val="20"/>
              </w:rPr>
            </w:pPr>
          </w:p>
        </w:tc>
      </w:tr>
    </w:tbl>
    <w:p w14:paraId="13D2FF9F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Pr="00AF6904" w:rsidRDefault="00000000">
            <w:pPr>
              <w:keepNext/>
              <w:rPr>
                <w:sz w:val="20"/>
                <w:szCs w:val="20"/>
              </w:rPr>
            </w:pPr>
            <w:r w:rsidRPr="00AF6904">
              <w:rPr>
                <w:b/>
                <w:color w:val="0D5F78"/>
                <w:sz w:val="20"/>
                <w:szCs w:val="20"/>
              </w:rPr>
              <w:t xml:space="preserve">Data </w:t>
            </w:r>
            <w:proofErr w:type="spellStart"/>
            <w:r w:rsidRPr="00AF6904">
              <w:rPr>
                <w:b/>
                <w:color w:val="0D5F78"/>
                <w:sz w:val="20"/>
                <w:szCs w:val="20"/>
              </w:rPr>
              <w:t>începerii</w:t>
            </w:r>
            <w:proofErr w:type="spellEnd"/>
            <w:r w:rsidRPr="00AF6904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AF6904">
              <w:rPr>
                <w:b/>
                <w:color w:val="0D5F78"/>
                <w:sz w:val="20"/>
                <w:szCs w:val="20"/>
              </w:rPr>
              <w:t>lucrărilor</w:t>
            </w:r>
            <w:proofErr w:type="spellEnd"/>
          </w:p>
          <w:p w14:paraId="2D6D470D" w14:textId="77777777" w:rsidR="00C85C0B" w:rsidRPr="00AF6904" w:rsidRDefault="00000000">
            <w:pPr>
              <w:keepNext/>
              <w:rPr>
                <w:sz w:val="20"/>
                <w:szCs w:val="20"/>
              </w:rPr>
            </w:pPr>
            <w:r w:rsidRPr="00AF6904">
              <w:rPr>
                <w:i/>
                <w:color w:val="7A7A7A"/>
                <w:sz w:val="20"/>
                <w:szCs w:val="20"/>
              </w:rPr>
              <w:t xml:space="preserve">se </w:t>
            </w:r>
            <w:proofErr w:type="spellStart"/>
            <w:r w:rsidRPr="00AF6904">
              <w:rPr>
                <w:i/>
                <w:color w:val="7A7A7A"/>
                <w:sz w:val="20"/>
                <w:szCs w:val="20"/>
              </w:rPr>
              <w:t>declară</w:t>
            </w:r>
            <w:proofErr w:type="spellEnd"/>
            <w:r w:rsidRPr="00AF6904">
              <w:rPr>
                <w:i/>
                <w:color w:val="7A7A7A"/>
                <w:sz w:val="20"/>
                <w:szCs w:val="20"/>
              </w:rPr>
              <w:t xml:space="preserve"> </w:t>
            </w:r>
            <w:proofErr w:type="spellStart"/>
            <w:r w:rsidRPr="00AF6904">
              <w:rPr>
                <w:i/>
                <w:color w:val="7A7A7A"/>
                <w:sz w:val="20"/>
                <w:szCs w:val="20"/>
              </w:rPr>
              <w:t>aici</w:t>
            </w:r>
            <w:proofErr w:type="spellEnd"/>
          </w:p>
          <w:p w14:paraId="544B9697" w14:textId="77777777" w:rsidR="00C85C0B" w:rsidRPr="00AF6904" w:rsidRDefault="00C85C0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818" w:type="dxa"/>
          </w:tcPr>
          <w:p w14:paraId="72DCF9AA" w14:textId="77777777" w:rsidR="00C85C0B" w:rsidRPr="00AF6904" w:rsidRDefault="00000000">
            <w:pPr>
              <w:keepNext/>
              <w:rPr>
                <w:sz w:val="20"/>
                <w:szCs w:val="20"/>
              </w:rPr>
            </w:pPr>
            <w:r w:rsidRPr="00AF6904">
              <w:rPr>
                <w:b/>
                <w:color w:val="0D5F78"/>
                <w:sz w:val="20"/>
                <w:szCs w:val="20"/>
              </w:rPr>
              <w:t xml:space="preserve">Data </w:t>
            </w:r>
            <w:proofErr w:type="spellStart"/>
            <w:r w:rsidRPr="00AF6904">
              <w:rPr>
                <w:b/>
                <w:color w:val="0D5F78"/>
                <w:sz w:val="20"/>
                <w:szCs w:val="20"/>
              </w:rPr>
              <w:t>finalizării</w:t>
            </w:r>
            <w:proofErr w:type="spellEnd"/>
          </w:p>
          <w:p w14:paraId="2262F4A8" w14:textId="77777777" w:rsidR="00C85C0B" w:rsidRPr="00AF6904" w:rsidRDefault="00C85C0B">
            <w:pPr>
              <w:keepNext/>
              <w:rPr>
                <w:sz w:val="20"/>
                <w:szCs w:val="20"/>
              </w:rPr>
            </w:pPr>
          </w:p>
        </w:tc>
      </w:tr>
      <w:tr w:rsidR="00C85C0B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Pr="00811B3F" w:rsidRDefault="00000000">
            <w:pPr>
              <w:keepNext/>
              <w:rPr>
                <w:sz w:val="20"/>
                <w:szCs w:val="20"/>
              </w:rPr>
            </w:pPr>
            <w:r w:rsidRPr="00811B3F">
              <w:rPr>
                <w:b/>
                <w:color w:val="0D5F78"/>
                <w:sz w:val="20"/>
                <w:szCs w:val="20"/>
              </w:rPr>
              <w:t xml:space="preserve">Data </w:t>
            </w:r>
            <w:proofErr w:type="spellStart"/>
            <w:r w:rsidRPr="00811B3F">
              <w:rPr>
                <w:b/>
                <w:color w:val="0D5F78"/>
                <w:sz w:val="20"/>
                <w:szCs w:val="20"/>
              </w:rPr>
              <w:t>propusă</w:t>
            </w:r>
            <w:proofErr w:type="spellEnd"/>
            <w:r w:rsidRPr="00811B3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811B3F">
              <w:rPr>
                <w:b/>
                <w:color w:val="0D5F78"/>
                <w:sz w:val="20"/>
                <w:szCs w:val="20"/>
              </w:rPr>
              <w:t>pentru</w:t>
            </w:r>
            <w:proofErr w:type="spellEnd"/>
            <w:r w:rsidRPr="00811B3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811B3F">
              <w:rPr>
                <w:b/>
                <w:color w:val="0D5F78"/>
                <w:sz w:val="20"/>
                <w:szCs w:val="20"/>
              </w:rPr>
              <w:t>recepție</w:t>
            </w:r>
            <w:proofErr w:type="spellEnd"/>
          </w:p>
          <w:p w14:paraId="327C4FB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60A9FC7" w14:textId="77777777" w:rsidR="00C85C0B" w:rsidRPr="00AF6904" w:rsidRDefault="00000000">
            <w:pPr>
              <w:keepNext/>
              <w:rPr>
                <w:sz w:val="20"/>
                <w:szCs w:val="20"/>
              </w:rPr>
            </w:pPr>
            <w:r w:rsidRPr="00AF6904">
              <w:rPr>
                <w:b/>
                <w:color w:val="0D5F78"/>
                <w:sz w:val="20"/>
                <w:szCs w:val="20"/>
              </w:rPr>
              <w:t>ora</w:t>
            </w:r>
          </w:p>
          <w:p w14:paraId="40A08B01" w14:textId="77777777" w:rsidR="00C85C0B" w:rsidRPr="00AF6904" w:rsidRDefault="00C85C0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818" w:type="dxa"/>
          </w:tcPr>
          <w:p w14:paraId="6A018CE9" w14:textId="77777777" w:rsidR="00C85C0B" w:rsidRPr="00AF6904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AF6904">
              <w:rPr>
                <w:b/>
                <w:color w:val="0D5F78"/>
                <w:sz w:val="20"/>
                <w:szCs w:val="20"/>
              </w:rPr>
              <w:t>locul</w:t>
            </w:r>
            <w:proofErr w:type="spellEnd"/>
          </w:p>
          <w:p w14:paraId="5887C7E5" w14:textId="77777777" w:rsidR="00C85C0B" w:rsidRPr="00AF6904" w:rsidRDefault="00C85C0B">
            <w:pPr>
              <w:keepNext/>
              <w:rPr>
                <w:sz w:val="20"/>
                <w:szCs w:val="20"/>
              </w:rPr>
            </w:pPr>
          </w:p>
        </w:tc>
      </w:tr>
      <w:tr w:rsidR="00C85C0B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Pr="00AF6904" w:rsidRDefault="00150E80">
            <w:pPr>
              <w:spacing w:line="228" w:lineRule="auto"/>
              <w:rPr>
                <w:sz w:val="20"/>
                <w:szCs w:val="20"/>
              </w:rPr>
            </w:pPr>
            <w:r w:rsidRPr="00AF6904">
              <w:rPr>
                <w:sz w:val="20"/>
                <w:szCs w:val="20"/>
              </w:rPr>
              <w:t xml:space="preserve">Legea nr.169/2026 </w:t>
            </w:r>
            <w:proofErr w:type="spellStart"/>
            <w:r w:rsidRPr="00AF6904">
              <w:rPr>
                <w:sz w:val="20"/>
                <w:szCs w:val="20"/>
              </w:rPr>
              <w:t>privind</w:t>
            </w:r>
            <w:proofErr w:type="spellEnd"/>
            <w:r w:rsidRPr="00AF6904">
              <w:rPr>
                <w:sz w:val="20"/>
                <w:szCs w:val="20"/>
              </w:rPr>
              <w:t xml:space="preserve"> </w:t>
            </w:r>
            <w:proofErr w:type="spellStart"/>
            <w:r w:rsidRPr="00AF6904">
              <w:rPr>
                <w:sz w:val="20"/>
                <w:szCs w:val="20"/>
              </w:rPr>
              <w:t>Codul</w:t>
            </w:r>
            <w:proofErr w:type="spellEnd"/>
            <w:r w:rsidRPr="00AF6904">
              <w:rPr>
                <w:sz w:val="20"/>
                <w:szCs w:val="20"/>
              </w:rPr>
              <w:t xml:space="preserve"> </w:t>
            </w:r>
            <w:proofErr w:type="spellStart"/>
            <w:r w:rsidRPr="00AF6904">
              <w:rPr>
                <w:sz w:val="20"/>
                <w:szCs w:val="20"/>
              </w:rPr>
              <w:t>amenajării</w:t>
            </w:r>
            <w:proofErr w:type="spellEnd"/>
            <w:r w:rsidRPr="00AF6904">
              <w:rPr>
                <w:sz w:val="20"/>
                <w:szCs w:val="20"/>
              </w:rPr>
              <w:t xml:space="preserve"> </w:t>
            </w:r>
            <w:proofErr w:type="spellStart"/>
            <w:r w:rsidRPr="00AF6904">
              <w:rPr>
                <w:sz w:val="20"/>
                <w:szCs w:val="20"/>
              </w:rPr>
              <w:t>teritoriului</w:t>
            </w:r>
            <w:proofErr w:type="spellEnd"/>
            <w:r w:rsidRPr="00AF6904">
              <w:rPr>
                <w:sz w:val="20"/>
                <w:szCs w:val="20"/>
              </w:rPr>
              <w:t xml:space="preserve">, </w:t>
            </w:r>
            <w:proofErr w:type="spellStart"/>
            <w:r w:rsidRPr="00AF6904">
              <w:rPr>
                <w:sz w:val="20"/>
                <w:szCs w:val="20"/>
              </w:rPr>
              <w:t>urbanismului</w:t>
            </w:r>
            <w:proofErr w:type="spellEnd"/>
            <w:r w:rsidRPr="00AF6904">
              <w:rPr>
                <w:sz w:val="20"/>
                <w:szCs w:val="20"/>
              </w:rPr>
              <w:t xml:space="preserve"> </w:t>
            </w:r>
            <w:proofErr w:type="spellStart"/>
            <w:r w:rsidRPr="00AF6904">
              <w:rPr>
                <w:sz w:val="20"/>
                <w:szCs w:val="20"/>
              </w:rPr>
              <w:t>și</w:t>
            </w:r>
            <w:proofErr w:type="spellEnd"/>
            <w:r w:rsidRPr="00AF6904">
              <w:rPr>
                <w:sz w:val="20"/>
                <w:szCs w:val="20"/>
              </w:rPr>
              <w:t xml:space="preserve"> </w:t>
            </w:r>
            <w:proofErr w:type="spellStart"/>
            <w:r w:rsidRPr="00AF6904">
              <w:rPr>
                <w:sz w:val="20"/>
                <w:szCs w:val="20"/>
              </w:rPr>
              <w:t>construcțiilor</w:t>
            </w:r>
            <w:proofErr w:type="spellEnd"/>
            <w:r w:rsidRPr="00AF6904">
              <w:rPr>
                <w:sz w:val="20"/>
                <w:szCs w:val="20"/>
              </w:rPr>
              <w:t xml:space="preserve"> nu </w:t>
            </w:r>
            <w:proofErr w:type="spellStart"/>
            <w:r w:rsidRPr="00AF6904">
              <w:rPr>
                <w:sz w:val="20"/>
                <w:szCs w:val="20"/>
              </w:rPr>
              <w:t>instituie</w:t>
            </w:r>
            <w:proofErr w:type="spellEnd"/>
            <w:r w:rsidRPr="00AF6904">
              <w:rPr>
                <w:sz w:val="20"/>
                <w:szCs w:val="20"/>
              </w:rPr>
              <w:t xml:space="preserve"> o </w:t>
            </w:r>
            <w:proofErr w:type="spellStart"/>
            <w:r w:rsidRPr="00AF6904">
              <w:rPr>
                <w:sz w:val="20"/>
                <w:szCs w:val="20"/>
              </w:rPr>
              <w:t>înștiințare</w:t>
            </w:r>
            <w:proofErr w:type="spellEnd"/>
            <w:r w:rsidRPr="00AF6904">
              <w:rPr>
                <w:sz w:val="20"/>
                <w:szCs w:val="20"/>
              </w:rPr>
              <w:t xml:space="preserve"> </w:t>
            </w:r>
            <w:proofErr w:type="spellStart"/>
            <w:r w:rsidRPr="00AF6904">
              <w:rPr>
                <w:sz w:val="20"/>
                <w:szCs w:val="20"/>
              </w:rPr>
              <w:t>distinctă</w:t>
            </w:r>
            <w:proofErr w:type="spellEnd"/>
            <w:r w:rsidRPr="00AF6904">
              <w:rPr>
                <w:sz w:val="20"/>
                <w:szCs w:val="20"/>
              </w:rPr>
              <w:t xml:space="preserve"> </w:t>
            </w:r>
            <w:proofErr w:type="spellStart"/>
            <w:r w:rsidRPr="00AF6904">
              <w:rPr>
                <w:sz w:val="20"/>
                <w:szCs w:val="20"/>
              </w:rPr>
              <w:t>privind</w:t>
            </w:r>
            <w:proofErr w:type="spellEnd"/>
            <w:r w:rsidRPr="00AF6904">
              <w:rPr>
                <w:sz w:val="20"/>
                <w:szCs w:val="20"/>
              </w:rPr>
              <w:t xml:space="preserve"> </w:t>
            </w:r>
            <w:proofErr w:type="spellStart"/>
            <w:r w:rsidRPr="00AF6904">
              <w:rPr>
                <w:sz w:val="20"/>
                <w:szCs w:val="20"/>
              </w:rPr>
              <w:t>începerea</w:t>
            </w:r>
            <w:proofErr w:type="spellEnd"/>
            <w:r w:rsidRPr="00AF6904">
              <w:rPr>
                <w:sz w:val="20"/>
                <w:szCs w:val="20"/>
              </w:rPr>
              <w:t xml:space="preserve"> </w:t>
            </w:r>
            <w:proofErr w:type="spellStart"/>
            <w:r w:rsidRPr="00AF6904">
              <w:rPr>
                <w:sz w:val="20"/>
                <w:szCs w:val="20"/>
              </w:rPr>
              <w:t>lucrărilor</w:t>
            </w:r>
            <w:proofErr w:type="spellEnd"/>
            <w:r w:rsidRPr="00AF6904">
              <w:rPr>
                <w:sz w:val="20"/>
                <w:szCs w:val="20"/>
              </w:rPr>
              <w:t xml:space="preserve"> </w:t>
            </w:r>
            <w:proofErr w:type="spellStart"/>
            <w:r w:rsidRPr="00AF6904">
              <w:rPr>
                <w:sz w:val="20"/>
                <w:szCs w:val="20"/>
              </w:rPr>
              <w:t>notificate</w:t>
            </w:r>
            <w:proofErr w:type="spellEnd"/>
            <w:r w:rsidRPr="00AF6904">
              <w:rPr>
                <w:sz w:val="20"/>
                <w:szCs w:val="20"/>
              </w:rPr>
              <w:t xml:space="preserve">; data </w:t>
            </w:r>
            <w:proofErr w:type="spellStart"/>
            <w:r w:rsidRPr="00AF6904">
              <w:rPr>
                <w:sz w:val="20"/>
                <w:szCs w:val="20"/>
              </w:rPr>
              <w:t>începerii</w:t>
            </w:r>
            <w:proofErr w:type="spellEnd"/>
            <w:r w:rsidRPr="00AF6904">
              <w:rPr>
                <w:sz w:val="20"/>
                <w:szCs w:val="20"/>
              </w:rPr>
              <w:t xml:space="preserve"> se </w:t>
            </w:r>
            <w:proofErr w:type="spellStart"/>
            <w:r w:rsidRPr="00AF6904">
              <w:rPr>
                <w:sz w:val="20"/>
                <w:szCs w:val="20"/>
              </w:rPr>
              <w:t>declară</w:t>
            </w:r>
            <w:proofErr w:type="spellEnd"/>
            <w:r w:rsidRPr="00AF6904">
              <w:rPr>
                <w:sz w:val="20"/>
                <w:szCs w:val="20"/>
              </w:rPr>
              <w:t xml:space="preserve"> </w:t>
            </w:r>
            <w:proofErr w:type="spellStart"/>
            <w:r w:rsidRPr="00AF6904">
              <w:rPr>
                <w:sz w:val="20"/>
                <w:szCs w:val="20"/>
              </w:rPr>
              <w:t>în</w:t>
            </w:r>
            <w:proofErr w:type="spellEnd"/>
            <w:r w:rsidRPr="00AF6904">
              <w:rPr>
                <w:sz w:val="20"/>
                <w:szCs w:val="20"/>
              </w:rPr>
              <w:t xml:space="preserve"> </w:t>
            </w:r>
            <w:proofErr w:type="spellStart"/>
            <w:r w:rsidRPr="00AF6904">
              <w:rPr>
                <w:sz w:val="20"/>
                <w:szCs w:val="20"/>
              </w:rPr>
              <w:t>prezentul</w:t>
            </w:r>
            <w:proofErr w:type="spellEnd"/>
            <w:r w:rsidRPr="00AF6904">
              <w:rPr>
                <w:sz w:val="20"/>
                <w:szCs w:val="20"/>
              </w:rPr>
              <w:t xml:space="preserve"> formular </w:t>
            </w:r>
            <w:proofErr w:type="spellStart"/>
            <w:r w:rsidRPr="00AF6904">
              <w:rPr>
                <w:sz w:val="20"/>
                <w:szCs w:val="20"/>
              </w:rPr>
              <w:t>și</w:t>
            </w:r>
            <w:proofErr w:type="spellEnd"/>
            <w:r w:rsidRPr="00AF6904">
              <w:rPr>
                <w:sz w:val="20"/>
                <w:szCs w:val="20"/>
              </w:rPr>
              <w:t xml:space="preserve"> se </w:t>
            </w:r>
            <w:proofErr w:type="spellStart"/>
            <w:r w:rsidRPr="00AF6904">
              <w:rPr>
                <w:sz w:val="20"/>
                <w:szCs w:val="20"/>
              </w:rPr>
              <w:t>consemnează</w:t>
            </w:r>
            <w:proofErr w:type="spellEnd"/>
            <w:r w:rsidRPr="00AF6904">
              <w:rPr>
                <w:sz w:val="20"/>
                <w:szCs w:val="20"/>
              </w:rPr>
              <w:t xml:space="preserve"> </w:t>
            </w:r>
            <w:proofErr w:type="spellStart"/>
            <w:r w:rsidRPr="00AF6904">
              <w:rPr>
                <w:sz w:val="20"/>
                <w:szCs w:val="20"/>
              </w:rPr>
              <w:t>în</w:t>
            </w:r>
            <w:proofErr w:type="spellEnd"/>
            <w:r w:rsidRPr="00AF6904">
              <w:rPr>
                <w:sz w:val="20"/>
                <w:szCs w:val="20"/>
              </w:rPr>
              <w:t xml:space="preserve"> </w:t>
            </w:r>
            <w:proofErr w:type="spellStart"/>
            <w:r w:rsidRPr="00AF6904">
              <w:rPr>
                <w:sz w:val="20"/>
                <w:szCs w:val="20"/>
              </w:rPr>
              <w:t>procesul</w:t>
            </w:r>
            <w:proofErr w:type="spellEnd"/>
            <w:r w:rsidRPr="00AF6904">
              <w:rPr>
                <w:sz w:val="20"/>
                <w:szCs w:val="20"/>
              </w:rPr>
              <w:t xml:space="preserve">-verbal de </w:t>
            </w:r>
            <w:proofErr w:type="spellStart"/>
            <w:r w:rsidRPr="00AF6904">
              <w:rPr>
                <w:sz w:val="20"/>
                <w:szCs w:val="20"/>
              </w:rPr>
              <w:t>recepție</w:t>
            </w:r>
            <w:proofErr w:type="spellEnd"/>
            <w:r w:rsidRPr="00AF6904">
              <w:rPr>
                <w:sz w:val="20"/>
                <w:szCs w:val="20"/>
              </w:rPr>
              <w:t>.</w:t>
            </w:r>
          </w:p>
        </w:tc>
      </w:tr>
    </w:tbl>
    <w:p w14:paraId="049D9BE6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Pr="00BC16E1" w:rsidRDefault="00000000" w:rsidP="00BC16E1">
            <w:pPr>
              <w:jc w:val="center"/>
              <w:rPr>
                <w:sz w:val="20"/>
                <w:szCs w:val="20"/>
              </w:rPr>
            </w:pPr>
            <w:r w:rsidRPr="00BC16E1">
              <w:rPr>
                <w:b/>
                <w:color w:val="0D5F78"/>
                <w:sz w:val="20"/>
                <w:szCs w:val="20"/>
              </w:rPr>
              <w:t>Data</w:t>
            </w:r>
          </w:p>
          <w:p w14:paraId="3121BEF9" w14:textId="77777777" w:rsidR="00C85C0B" w:rsidRPr="00BC16E1" w:rsidRDefault="00C85C0B" w:rsidP="00BC1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Pr="00BC16E1" w:rsidRDefault="00000000" w:rsidP="00BC16E1">
            <w:pPr>
              <w:jc w:val="center"/>
              <w:rPr>
                <w:sz w:val="20"/>
                <w:szCs w:val="20"/>
              </w:rPr>
            </w:pPr>
            <w:proofErr w:type="spellStart"/>
            <w:r w:rsidRPr="00BC16E1">
              <w:rPr>
                <w:b/>
                <w:color w:val="0D5F78"/>
                <w:sz w:val="20"/>
                <w:szCs w:val="20"/>
              </w:rPr>
              <w:t>Beneficiarul</w:t>
            </w:r>
            <w:proofErr w:type="spellEnd"/>
          </w:p>
          <w:p w14:paraId="2DCA5FDA" w14:textId="77777777" w:rsidR="00C85C0B" w:rsidRPr="00BC16E1" w:rsidRDefault="00C85C0B" w:rsidP="00BC1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Pr="00BC16E1" w:rsidRDefault="00000000" w:rsidP="00BC16E1">
            <w:pPr>
              <w:jc w:val="center"/>
              <w:rPr>
                <w:sz w:val="20"/>
                <w:szCs w:val="20"/>
              </w:rPr>
            </w:pPr>
            <w:proofErr w:type="spellStart"/>
            <w:r w:rsidRPr="00BC16E1">
              <w:rPr>
                <w:b/>
                <w:color w:val="0D5F78"/>
                <w:sz w:val="20"/>
                <w:szCs w:val="20"/>
              </w:rPr>
              <w:t>Semnătura</w:t>
            </w:r>
            <w:proofErr w:type="spellEnd"/>
          </w:p>
          <w:p w14:paraId="765AB599" w14:textId="77777777" w:rsidR="00C85C0B" w:rsidRPr="00BC16E1" w:rsidRDefault="00C85C0B" w:rsidP="00BC16E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AF77583" w14:textId="77777777" w:rsidR="00C85C0B" w:rsidRDefault="00C85C0B">
      <w:pPr>
        <w:spacing w:line="168" w:lineRule="auto"/>
      </w:pPr>
    </w:p>
    <w:sectPr w:rsidR="00C85C0B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A9D00" w14:textId="77777777" w:rsidR="004A74B6" w:rsidRDefault="004A74B6">
      <w:r>
        <w:separator/>
      </w:r>
    </w:p>
  </w:endnote>
  <w:endnote w:type="continuationSeparator" w:id="0">
    <w:p w14:paraId="64B882F6" w14:textId="77777777" w:rsidR="004A74B6" w:rsidRDefault="004A7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40899" w14:textId="77777777" w:rsidR="004D5EF9" w:rsidRDefault="004D5E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5726" w14:textId="77777777" w:rsidR="00C85C0B" w:rsidRDefault="00000000">
    <w:pPr>
      <w:pStyle w:val="Footer"/>
      <w:tabs>
        <w:tab w:val="right" w:pos="9639"/>
      </w:tabs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1F45F" w14:textId="77777777" w:rsidR="004D5EF9" w:rsidRDefault="004D5E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B47DD" w14:textId="77777777" w:rsidR="004A74B6" w:rsidRDefault="004A74B6">
      <w:r>
        <w:separator/>
      </w:r>
    </w:p>
  </w:footnote>
  <w:footnote w:type="continuationSeparator" w:id="0">
    <w:p w14:paraId="196B11C9" w14:textId="77777777" w:rsidR="004A74B6" w:rsidRDefault="004A74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83359" w14:textId="77777777" w:rsidR="004D5EF9" w:rsidRDefault="004D5E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F0E07" w14:textId="77777777" w:rsidR="004D5EF9" w:rsidRDefault="004D5EF9" w:rsidP="004D5EF9">
    <w:pPr>
      <w:pStyle w:val="Header"/>
      <w:rPr>
        <w:i/>
        <w:iCs/>
        <w:color w:val="000000" w:themeColor="text1"/>
        <w:sz w:val="24"/>
        <w:szCs w:val="24"/>
        <w:u w:val="single"/>
        <w:lang w:val="ro-RO"/>
      </w:rPr>
    </w:pPr>
    <w:r w:rsidRPr="00F343D2">
      <w:rPr>
        <w:i/>
        <w:iCs/>
        <w:color w:val="000000" w:themeColor="text1"/>
        <w:sz w:val="24"/>
        <w:szCs w:val="24"/>
        <w:u w:val="single"/>
        <w:lang w:val="ro-RO"/>
      </w:rPr>
      <w:t>Anexa nr.3</w:t>
    </w:r>
  </w:p>
  <w:p w14:paraId="48CA237F" w14:textId="4288D81E" w:rsidR="004D5EF9" w:rsidRPr="00F343D2" w:rsidRDefault="004D5EF9" w:rsidP="004D5EF9">
    <w:pPr>
      <w:pStyle w:val="Header"/>
      <w:rPr>
        <w:i/>
        <w:iCs/>
        <w:color w:val="000000" w:themeColor="text1"/>
        <w:sz w:val="24"/>
        <w:szCs w:val="24"/>
        <w:u w:val="single"/>
        <w:lang w:val="ro-RO"/>
      </w:rPr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D82549F" w14:textId="77777777" w:rsidR="004D5EF9" w:rsidRDefault="004D5E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4137" w14:textId="77777777" w:rsidR="004D5EF9" w:rsidRDefault="004D5E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328430">
    <w:abstractNumId w:val="8"/>
  </w:num>
  <w:num w:numId="2" w16cid:durableId="1130898323">
    <w:abstractNumId w:val="6"/>
  </w:num>
  <w:num w:numId="3" w16cid:durableId="896206482">
    <w:abstractNumId w:val="5"/>
  </w:num>
  <w:num w:numId="4" w16cid:durableId="274681599">
    <w:abstractNumId w:val="4"/>
  </w:num>
  <w:num w:numId="5" w16cid:durableId="1333411861">
    <w:abstractNumId w:val="7"/>
  </w:num>
  <w:num w:numId="6" w16cid:durableId="1480608108">
    <w:abstractNumId w:val="3"/>
  </w:num>
  <w:num w:numId="7" w16cid:durableId="2120636634">
    <w:abstractNumId w:val="2"/>
  </w:num>
  <w:num w:numId="8" w16cid:durableId="967707077">
    <w:abstractNumId w:val="1"/>
  </w:num>
  <w:num w:numId="9" w16cid:durableId="184912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F78"/>
    <w:rsid w:val="00034616"/>
    <w:rsid w:val="0006063C"/>
    <w:rsid w:val="0015074B"/>
    <w:rsid w:val="00150E80"/>
    <w:rsid w:val="0024158D"/>
    <w:rsid w:val="002841CC"/>
    <w:rsid w:val="0029639D"/>
    <w:rsid w:val="00326F90"/>
    <w:rsid w:val="003A6D39"/>
    <w:rsid w:val="003A7070"/>
    <w:rsid w:val="003F0F62"/>
    <w:rsid w:val="004A74B6"/>
    <w:rsid w:val="004D5EF9"/>
    <w:rsid w:val="00501B78"/>
    <w:rsid w:val="00590841"/>
    <w:rsid w:val="005A2AAC"/>
    <w:rsid w:val="005C02E4"/>
    <w:rsid w:val="005C5362"/>
    <w:rsid w:val="005F0706"/>
    <w:rsid w:val="00811B3F"/>
    <w:rsid w:val="00AA1D8D"/>
    <w:rsid w:val="00AB750C"/>
    <w:rsid w:val="00AF6904"/>
    <w:rsid w:val="00B47730"/>
    <w:rsid w:val="00B94163"/>
    <w:rsid w:val="00BC16E1"/>
    <w:rsid w:val="00C85C0B"/>
    <w:rsid w:val="00CB0664"/>
    <w:rsid w:val="00E5015C"/>
    <w:rsid w:val="00E61A6B"/>
    <w:rsid w:val="00EB308B"/>
    <w:rsid w:val="00FC693F"/>
    <w:rsid w:val="00FD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Magdalena Mihaela Cojocaru</cp:lastModifiedBy>
  <cp:revision>19</cp:revision>
  <dcterms:created xsi:type="dcterms:W3CDTF">2013-12-23T23:15:00Z</dcterms:created>
  <dcterms:modified xsi:type="dcterms:W3CDTF">2026-10-07T10:50:00Z</dcterms:modified>
  <cp:category/>
</cp:coreProperties>
</file>